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60E02A21" w:rsidR="004849BE" w:rsidRPr="0077541D" w:rsidRDefault="003D302A" w:rsidP="003F2CCA">
            <w:pPr>
              <w:shd w:val="clear" w:color="auto" w:fill="FFFFFF"/>
              <w:jc w:val="both"/>
              <w:rPr>
                <w:sz w:val="21"/>
                <w:szCs w:val="21"/>
                <w:lang w:eastAsia="uk-UA"/>
              </w:rPr>
            </w:pPr>
            <w:r w:rsidRPr="003D302A">
              <w:rPr>
                <w:b/>
                <w:color w:val="000000"/>
                <w:sz w:val="21"/>
                <w:szCs w:val="21"/>
              </w:rPr>
              <w:t xml:space="preserve">Витратні матеріали для аналізатору </w:t>
            </w:r>
            <w:proofErr w:type="spellStart"/>
            <w:r w:rsidRPr="003D302A">
              <w:rPr>
                <w:b/>
                <w:color w:val="000000"/>
                <w:sz w:val="21"/>
                <w:szCs w:val="21"/>
              </w:rPr>
              <w:t>осмоляльності</w:t>
            </w:r>
            <w:proofErr w:type="spellEnd"/>
            <w:r w:rsidRPr="003D302A">
              <w:rPr>
                <w:b/>
                <w:color w:val="000000"/>
                <w:sz w:val="21"/>
                <w:szCs w:val="21"/>
              </w:rPr>
              <w:t xml:space="preserve"> VAPRO 5600 </w:t>
            </w:r>
            <w:proofErr w:type="spellStart"/>
            <w:r w:rsidRPr="003D302A">
              <w:rPr>
                <w:b/>
                <w:color w:val="000000"/>
                <w:sz w:val="21"/>
                <w:szCs w:val="21"/>
              </w:rPr>
              <w:t>Референс</w:t>
            </w:r>
            <w:proofErr w:type="spellEnd"/>
            <w:r w:rsidRPr="003D302A">
              <w:rPr>
                <w:b/>
                <w:color w:val="000000"/>
                <w:sz w:val="21"/>
                <w:szCs w:val="21"/>
              </w:rPr>
              <w:t xml:space="preserve">-лабораторії Українського </w:t>
            </w:r>
            <w:proofErr w:type="spellStart"/>
            <w:r w:rsidRPr="003D302A">
              <w:rPr>
                <w:b/>
                <w:color w:val="000000"/>
                <w:sz w:val="21"/>
                <w:szCs w:val="21"/>
              </w:rPr>
              <w:t>Референс</w:t>
            </w:r>
            <w:proofErr w:type="spellEnd"/>
            <w:r w:rsidRPr="003D302A">
              <w:rPr>
                <w:b/>
                <w:color w:val="000000"/>
                <w:sz w:val="21"/>
                <w:szCs w:val="21"/>
              </w:rPr>
              <w:t xml:space="preserve">-центру з клінічної лабораторної діагностики та метрології – код ДК 021:2015 – 38430000-8 - Детектори та аналізатори (Абсорбційний фільтрувальний картридж для </w:t>
            </w:r>
            <w:proofErr w:type="spellStart"/>
            <w:r w:rsidRPr="003D302A">
              <w:rPr>
                <w:b/>
                <w:color w:val="000000"/>
                <w:sz w:val="21"/>
                <w:szCs w:val="21"/>
              </w:rPr>
              <w:t>Vapro</w:t>
            </w:r>
            <w:proofErr w:type="spellEnd"/>
            <w:r w:rsidRPr="003D302A">
              <w:rPr>
                <w:b/>
                <w:color w:val="000000"/>
                <w:sz w:val="21"/>
                <w:szCs w:val="21"/>
              </w:rPr>
              <w:t xml:space="preserve"> 5600, або еквівалент – код ДК 021:2015 – 38434540-3 - Біомедичне обладнання)</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7B8DBAE2"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bookmarkStart w:id="0" w:name="_Hlk235102570"/>
            <w:r w:rsidR="000B2F17" w:rsidRPr="0077541D">
              <w:rPr>
                <w:sz w:val="21"/>
                <w:szCs w:val="21"/>
              </w:rPr>
              <w:t>завідувачки</w:t>
            </w:r>
            <w:r w:rsidR="0077541D" w:rsidRPr="0077541D">
              <w:rPr>
                <w:sz w:val="21"/>
                <w:szCs w:val="21"/>
              </w:rPr>
              <w:t xml:space="preserve"> </w:t>
            </w:r>
            <w:proofErr w:type="spellStart"/>
            <w:r w:rsidR="0077541D" w:rsidRPr="0077541D">
              <w:rPr>
                <w:sz w:val="21"/>
                <w:szCs w:val="21"/>
              </w:rPr>
              <w:t>Референс</w:t>
            </w:r>
            <w:proofErr w:type="spellEnd"/>
            <w:r w:rsidR="0077541D" w:rsidRPr="0077541D">
              <w:rPr>
                <w:sz w:val="21"/>
                <w:szCs w:val="21"/>
              </w:rPr>
              <w:t xml:space="preserve">-лабораторії Українського </w:t>
            </w:r>
            <w:proofErr w:type="spellStart"/>
            <w:r w:rsidR="0077541D" w:rsidRPr="0077541D">
              <w:rPr>
                <w:sz w:val="21"/>
                <w:szCs w:val="21"/>
              </w:rPr>
              <w:t>Референс</w:t>
            </w:r>
            <w:proofErr w:type="spellEnd"/>
            <w:r w:rsidR="0077541D" w:rsidRPr="0077541D">
              <w:rPr>
                <w:sz w:val="21"/>
                <w:szCs w:val="21"/>
              </w:rPr>
              <w:t>-центру з</w:t>
            </w:r>
            <w:r w:rsidR="0077541D">
              <w:rPr>
                <w:sz w:val="21"/>
                <w:szCs w:val="21"/>
              </w:rPr>
              <w:t xml:space="preserve"> </w:t>
            </w:r>
            <w:r w:rsidR="0077541D" w:rsidRPr="0077541D">
              <w:rPr>
                <w:sz w:val="21"/>
                <w:szCs w:val="21"/>
              </w:rPr>
              <w:t>клінічної лабораторної діагностики та метрології Наталії БАРАШИВЕЦЬ</w:t>
            </w:r>
            <w:r w:rsidR="0077541D">
              <w:rPr>
                <w:sz w:val="21"/>
                <w:szCs w:val="21"/>
              </w:rPr>
              <w:t xml:space="preserve"> від 15.07.2026 року № 16</w:t>
            </w:r>
            <w:bookmarkEnd w:id="0"/>
            <w:r w:rsidR="00364EA9">
              <w:rPr>
                <w:sz w:val="21"/>
                <w:szCs w:val="21"/>
              </w:rPr>
              <w:t>90</w:t>
            </w:r>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AD91348" w14:textId="77777777" w:rsidR="009B405E" w:rsidRPr="009B405E" w:rsidRDefault="009B405E" w:rsidP="009B405E">
            <w:pPr>
              <w:spacing w:line="254" w:lineRule="auto"/>
              <w:jc w:val="both"/>
              <w:rPr>
                <w:color w:val="000000"/>
                <w:sz w:val="21"/>
                <w:szCs w:val="21"/>
                <w:lang w:eastAsia="uk-UA"/>
              </w:rPr>
            </w:pPr>
            <w:r w:rsidRPr="009B405E">
              <w:rPr>
                <w:color w:val="000000"/>
                <w:sz w:val="21"/>
                <w:szCs w:val="21"/>
                <w:lang w:eastAsia="uk-UA"/>
              </w:rPr>
              <w:t xml:space="preserve">27.07.2026 року, відповідно до службової записки Ініціатора закупівлі Ініціатора закупівлі Завідувачки </w:t>
            </w:r>
            <w:proofErr w:type="spellStart"/>
            <w:r w:rsidRPr="009B405E">
              <w:rPr>
                <w:color w:val="000000"/>
                <w:sz w:val="21"/>
                <w:szCs w:val="21"/>
                <w:lang w:eastAsia="uk-UA"/>
              </w:rPr>
              <w:t>Референс</w:t>
            </w:r>
            <w:proofErr w:type="spellEnd"/>
            <w:r w:rsidRPr="009B405E">
              <w:rPr>
                <w:color w:val="000000"/>
                <w:sz w:val="21"/>
                <w:szCs w:val="21"/>
                <w:lang w:eastAsia="uk-UA"/>
              </w:rPr>
              <w:t xml:space="preserve">-лабораторії Українського </w:t>
            </w:r>
            <w:proofErr w:type="spellStart"/>
            <w:r w:rsidRPr="009B405E">
              <w:rPr>
                <w:color w:val="000000"/>
                <w:sz w:val="21"/>
                <w:szCs w:val="21"/>
                <w:lang w:eastAsia="uk-UA"/>
              </w:rPr>
              <w:t>Референс</w:t>
            </w:r>
            <w:proofErr w:type="spellEnd"/>
            <w:r w:rsidRPr="009B405E">
              <w:rPr>
                <w:color w:val="000000"/>
                <w:sz w:val="21"/>
                <w:szCs w:val="21"/>
                <w:lang w:eastAsia="uk-UA"/>
              </w:rPr>
              <w:t>-центру з клінічної лабораторної діагностики та метрології Наталії БАРАШИВЕЦЬ від 15.07.2026 року № 1690, було оголошено процедуру відкритих торгів з особливостями за ідентифікатором закупівлі UA-2026-07-27-005394-a.</w:t>
            </w:r>
          </w:p>
          <w:p w14:paraId="24C5B482" w14:textId="77777777" w:rsidR="009B405E" w:rsidRPr="009B405E" w:rsidRDefault="009B405E" w:rsidP="009B405E">
            <w:pPr>
              <w:spacing w:line="254" w:lineRule="auto"/>
              <w:jc w:val="both"/>
              <w:rPr>
                <w:color w:val="000000"/>
                <w:sz w:val="21"/>
                <w:szCs w:val="21"/>
                <w:lang w:eastAsia="uk-UA"/>
              </w:rPr>
            </w:pPr>
            <w:r w:rsidRPr="009B405E">
              <w:rPr>
                <w:color w:val="000000"/>
                <w:sz w:val="21"/>
                <w:szCs w:val="21"/>
                <w:lang w:eastAsia="uk-UA"/>
              </w:rPr>
              <w:t>Очікувана вартість предмета закупівлі була визначена на підставі трьох наданих комерційних пропозицій та, з метою досягнення максимальної економії бюджетних коштів, зменшена на 5 % від найнижчої запропонованої ціни.</w:t>
            </w:r>
          </w:p>
          <w:p w14:paraId="4FAAA2BC" w14:textId="77777777" w:rsidR="009B405E" w:rsidRPr="009B405E" w:rsidRDefault="009B405E" w:rsidP="009B405E">
            <w:pPr>
              <w:spacing w:line="254" w:lineRule="auto"/>
              <w:jc w:val="both"/>
              <w:rPr>
                <w:color w:val="000000"/>
                <w:sz w:val="21"/>
                <w:szCs w:val="21"/>
                <w:lang w:eastAsia="uk-UA"/>
              </w:rPr>
            </w:pPr>
            <w:r w:rsidRPr="009B405E">
              <w:rPr>
                <w:color w:val="000000"/>
                <w:sz w:val="21"/>
                <w:szCs w:val="21"/>
                <w:lang w:eastAsia="uk-UA"/>
              </w:rPr>
              <w:t>04.08.2026 року зазначена процедура закупівлі не відбулася. У зв'язку з цим прийнято рішення повторно провести закупівлю, визначивши очікувану вартість на рівні найнижчої ціни, зазначеної у наданих комерційних пропозиціях.</w:t>
            </w:r>
          </w:p>
          <w:p w14:paraId="1AEE276B" w14:textId="6031F963" w:rsidR="004849BE" w:rsidRPr="0077541D" w:rsidRDefault="009B405E" w:rsidP="009B405E">
            <w:pPr>
              <w:spacing w:line="254" w:lineRule="auto"/>
              <w:jc w:val="both"/>
              <w:rPr>
                <w:sz w:val="21"/>
                <w:szCs w:val="21"/>
                <w:lang w:eastAsia="uk-UA"/>
              </w:rPr>
            </w:pPr>
            <w:r w:rsidRPr="009B405E">
              <w:rPr>
                <w:color w:val="000000"/>
                <w:sz w:val="21"/>
                <w:szCs w:val="21"/>
                <w:lang w:eastAsia="uk-UA"/>
              </w:rPr>
              <w:t>Враховуючі вищевикладене очікувана вартість закупівлі з ПДВ складає 8 453 грн., 00 коп. (Вісім тисяч чотириста п’ятдесят три гривні 00 копійок), очікувана вартість закупівлі без ПДВ складає 7 900 грн., 00 коп. (Сім тисяч дев’ятсот гривень 00 копійок).</w:t>
            </w:r>
            <w:bookmarkStart w:id="1" w:name="_GoBack"/>
            <w:bookmarkEnd w:id="1"/>
          </w:p>
        </w:tc>
      </w:tr>
    </w:tbl>
    <w:p w14:paraId="29E94E66" w14:textId="68E43949" w:rsidR="00733ECA" w:rsidRPr="0077541D" w:rsidRDefault="00D8326E" w:rsidP="0091295D">
      <w:pPr>
        <w:ind w:left="120"/>
        <w:jc w:val="center"/>
        <w:rPr>
          <w:sz w:val="21"/>
          <w:szCs w:val="21"/>
        </w:rPr>
      </w:pPr>
      <w:r w:rsidRPr="0077541D">
        <w:rPr>
          <w:sz w:val="21"/>
          <w:szCs w:val="21"/>
        </w:rPr>
        <w:tab/>
      </w:r>
    </w:p>
    <w:p w14:paraId="5CD2A4F0" w14:textId="77777777" w:rsidR="003D302A" w:rsidRPr="00697447" w:rsidRDefault="003D302A" w:rsidP="003D302A">
      <w:pPr>
        <w:jc w:val="center"/>
        <w:outlineLvl w:val="0"/>
        <w:rPr>
          <w:b/>
          <w:color w:val="000000"/>
          <w:sz w:val="21"/>
          <w:szCs w:val="21"/>
        </w:rPr>
      </w:pPr>
      <w:r w:rsidRPr="00697447">
        <w:rPr>
          <w:b/>
          <w:color w:val="000000"/>
          <w:sz w:val="21"/>
          <w:szCs w:val="21"/>
        </w:rPr>
        <w:t xml:space="preserve">МЕДИКО-ТЕХНІЧНІ ВИМОГИ </w:t>
      </w:r>
    </w:p>
    <w:p w14:paraId="180E7510" w14:textId="77777777" w:rsidR="003D302A" w:rsidRPr="00697447" w:rsidRDefault="003D302A" w:rsidP="003D302A">
      <w:pPr>
        <w:jc w:val="center"/>
        <w:outlineLvl w:val="0"/>
        <w:rPr>
          <w:b/>
          <w:color w:val="000000"/>
          <w:sz w:val="21"/>
          <w:szCs w:val="21"/>
        </w:rPr>
      </w:pPr>
      <w:r w:rsidRPr="00697447">
        <w:rPr>
          <w:b/>
          <w:color w:val="000000"/>
          <w:sz w:val="21"/>
          <w:szCs w:val="21"/>
        </w:rPr>
        <w:t>на закупівлю по предмету:</w:t>
      </w:r>
    </w:p>
    <w:p w14:paraId="7DADB389" w14:textId="77777777" w:rsidR="003D302A" w:rsidRDefault="003D302A" w:rsidP="003D302A">
      <w:pPr>
        <w:tabs>
          <w:tab w:val="left" w:pos="4253"/>
        </w:tabs>
        <w:jc w:val="center"/>
        <w:rPr>
          <w:b/>
          <w:color w:val="000000"/>
          <w:sz w:val="21"/>
          <w:szCs w:val="21"/>
        </w:rPr>
      </w:pPr>
      <w:bookmarkStart w:id="2" w:name="_Hlk236051146"/>
      <w:r>
        <w:rPr>
          <w:b/>
          <w:color w:val="000000"/>
          <w:sz w:val="21"/>
          <w:szCs w:val="21"/>
        </w:rPr>
        <w:t xml:space="preserve">Витратні матеріали </w:t>
      </w:r>
      <w:r w:rsidRPr="00D40A0B">
        <w:rPr>
          <w:b/>
          <w:color w:val="000000"/>
          <w:sz w:val="21"/>
          <w:szCs w:val="21"/>
        </w:rPr>
        <w:t xml:space="preserve">для аналізатору </w:t>
      </w:r>
      <w:proofErr w:type="spellStart"/>
      <w:r w:rsidRPr="00D40A0B">
        <w:rPr>
          <w:b/>
          <w:color w:val="000000"/>
          <w:sz w:val="21"/>
          <w:szCs w:val="21"/>
        </w:rPr>
        <w:t>осмоляльності</w:t>
      </w:r>
      <w:proofErr w:type="spellEnd"/>
      <w:r w:rsidRPr="00D40A0B">
        <w:rPr>
          <w:b/>
          <w:color w:val="000000"/>
          <w:sz w:val="21"/>
          <w:szCs w:val="21"/>
        </w:rPr>
        <w:t xml:space="preserve"> VAPRO 5600</w:t>
      </w:r>
      <w:r>
        <w:rPr>
          <w:b/>
          <w:color w:val="000000"/>
          <w:sz w:val="21"/>
          <w:szCs w:val="21"/>
        </w:rPr>
        <w:t xml:space="preserve"> </w:t>
      </w:r>
      <w:proofErr w:type="spellStart"/>
      <w:r w:rsidRPr="00D40A0B">
        <w:rPr>
          <w:b/>
          <w:color w:val="000000"/>
          <w:sz w:val="21"/>
          <w:szCs w:val="21"/>
        </w:rPr>
        <w:t>Референс</w:t>
      </w:r>
      <w:proofErr w:type="spellEnd"/>
      <w:r w:rsidRPr="00D40A0B">
        <w:rPr>
          <w:b/>
          <w:color w:val="000000"/>
          <w:sz w:val="21"/>
          <w:szCs w:val="21"/>
        </w:rPr>
        <w:t>-лабораторії Українського</w:t>
      </w:r>
      <w:r>
        <w:rPr>
          <w:b/>
          <w:color w:val="000000"/>
          <w:sz w:val="21"/>
          <w:szCs w:val="21"/>
        </w:rPr>
        <w:t xml:space="preserve"> </w:t>
      </w:r>
      <w:proofErr w:type="spellStart"/>
      <w:r w:rsidRPr="00D40A0B">
        <w:rPr>
          <w:b/>
          <w:color w:val="000000"/>
          <w:sz w:val="21"/>
          <w:szCs w:val="21"/>
        </w:rPr>
        <w:t>Референс</w:t>
      </w:r>
      <w:proofErr w:type="spellEnd"/>
      <w:r w:rsidRPr="00D40A0B">
        <w:rPr>
          <w:b/>
          <w:color w:val="000000"/>
          <w:sz w:val="21"/>
          <w:szCs w:val="21"/>
        </w:rPr>
        <w:t>-центру з</w:t>
      </w:r>
      <w:r>
        <w:rPr>
          <w:b/>
          <w:color w:val="000000"/>
          <w:sz w:val="21"/>
          <w:szCs w:val="21"/>
        </w:rPr>
        <w:t xml:space="preserve"> </w:t>
      </w:r>
      <w:r w:rsidRPr="00D40A0B">
        <w:rPr>
          <w:b/>
          <w:color w:val="000000"/>
          <w:sz w:val="21"/>
          <w:szCs w:val="21"/>
        </w:rPr>
        <w:t>клінічної лабораторної діагностики та метрології</w:t>
      </w:r>
      <w:r>
        <w:rPr>
          <w:b/>
          <w:color w:val="000000"/>
          <w:sz w:val="21"/>
          <w:szCs w:val="21"/>
        </w:rPr>
        <w:t xml:space="preserve"> </w:t>
      </w:r>
      <w:r w:rsidRPr="002D01F7">
        <w:rPr>
          <w:b/>
          <w:color w:val="000000"/>
          <w:sz w:val="21"/>
          <w:szCs w:val="21"/>
        </w:rPr>
        <w:t>– код ДК 021:2015 –</w:t>
      </w:r>
      <w:r>
        <w:rPr>
          <w:b/>
          <w:color w:val="000000"/>
          <w:sz w:val="21"/>
          <w:szCs w:val="21"/>
        </w:rPr>
        <w:t xml:space="preserve"> </w:t>
      </w:r>
      <w:r w:rsidRPr="00D40A0B">
        <w:rPr>
          <w:b/>
          <w:color w:val="000000"/>
          <w:sz w:val="21"/>
          <w:szCs w:val="21"/>
        </w:rPr>
        <w:t xml:space="preserve">38430000-8 - Детектори та аналізатори </w:t>
      </w:r>
      <w:r>
        <w:rPr>
          <w:b/>
          <w:color w:val="000000"/>
          <w:sz w:val="21"/>
          <w:szCs w:val="21"/>
        </w:rPr>
        <w:t>(</w:t>
      </w:r>
      <w:r w:rsidRPr="00D40A0B">
        <w:rPr>
          <w:b/>
          <w:color w:val="000000"/>
          <w:sz w:val="21"/>
          <w:szCs w:val="21"/>
        </w:rPr>
        <w:t xml:space="preserve">Абсорбційний фільтрувальний картридж для </w:t>
      </w:r>
      <w:proofErr w:type="spellStart"/>
      <w:r w:rsidRPr="00D40A0B">
        <w:rPr>
          <w:b/>
          <w:color w:val="000000"/>
          <w:sz w:val="21"/>
          <w:szCs w:val="21"/>
        </w:rPr>
        <w:t>Vapro</w:t>
      </w:r>
      <w:proofErr w:type="spellEnd"/>
      <w:r w:rsidRPr="00D40A0B">
        <w:rPr>
          <w:b/>
          <w:color w:val="000000"/>
          <w:sz w:val="21"/>
          <w:szCs w:val="21"/>
        </w:rPr>
        <w:t xml:space="preserve"> 5600</w:t>
      </w:r>
      <w:r>
        <w:rPr>
          <w:b/>
          <w:color w:val="000000"/>
          <w:sz w:val="21"/>
          <w:szCs w:val="21"/>
        </w:rPr>
        <w:t>, або еквівалент</w:t>
      </w:r>
      <w:r w:rsidRPr="002D01F7">
        <w:rPr>
          <w:b/>
          <w:color w:val="000000"/>
          <w:sz w:val="21"/>
          <w:szCs w:val="21"/>
        </w:rPr>
        <w:t xml:space="preserve"> – код ДК 021:2015 – </w:t>
      </w:r>
      <w:r w:rsidRPr="00D40A0B">
        <w:rPr>
          <w:b/>
          <w:color w:val="000000"/>
          <w:sz w:val="21"/>
          <w:szCs w:val="21"/>
        </w:rPr>
        <w:t>38434540-3 - Біомедичне обладнання</w:t>
      </w:r>
      <w:r>
        <w:rPr>
          <w:b/>
          <w:color w:val="000000"/>
          <w:sz w:val="21"/>
          <w:szCs w:val="21"/>
        </w:rPr>
        <w:t>)</w:t>
      </w:r>
      <w:bookmarkEnd w:id="2"/>
      <w:r>
        <w:rPr>
          <w:b/>
          <w:color w:val="000000"/>
          <w:sz w:val="21"/>
          <w:szCs w:val="21"/>
        </w:rPr>
        <w:t xml:space="preserve"> </w:t>
      </w:r>
    </w:p>
    <w:p w14:paraId="0BCD8EFA" w14:textId="77777777" w:rsidR="003D302A" w:rsidRDefault="003D302A" w:rsidP="003D302A">
      <w:pPr>
        <w:pStyle w:val="rvps2"/>
        <w:shd w:val="clear" w:color="auto" w:fill="FFFFFF"/>
        <w:spacing w:before="0" w:beforeAutospacing="0" w:after="0" w:afterAutospacing="0"/>
        <w:textAlignment w:val="baseline"/>
        <w:rPr>
          <w:b/>
          <w:color w:val="000000"/>
          <w:sz w:val="21"/>
          <w:szCs w:val="21"/>
        </w:rPr>
      </w:pPr>
    </w:p>
    <w:p w14:paraId="67F2B834" w14:textId="77777777" w:rsidR="003D302A" w:rsidRDefault="003D302A" w:rsidP="003D302A">
      <w:pPr>
        <w:pStyle w:val="rvps2"/>
        <w:shd w:val="clear" w:color="auto" w:fill="FFFFFF"/>
        <w:spacing w:before="0" w:beforeAutospacing="0" w:after="0" w:afterAutospacing="0"/>
        <w:jc w:val="both"/>
        <w:textAlignment w:val="baseline"/>
        <w:rPr>
          <w:color w:val="000000"/>
          <w:sz w:val="21"/>
          <w:szCs w:val="21"/>
          <w:lang w:eastAsia="en-US"/>
        </w:rPr>
      </w:pPr>
      <w:r w:rsidRPr="00697447">
        <w:rPr>
          <w:b/>
          <w:color w:val="000000"/>
          <w:sz w:val="21"/>
          <w:szCs w:val="21"/>
          <w:lang w:eastAsia="en-US"/>
        </w:rPr>
        <w:t>Місце поставки товару</w:t>
      </w:r>
      <w:r w:rsidRPr="00697447">
        <w:rPr>
          <w:b/>
          <w:bCs/>
          <w:caps/>
          <w:color w:val="000000"/>
          <w:sz w:val="21"/>
          <w:szCs w:val="21"/>
        </w:rPr>
        <w:t xml:space="preserve">: </w:t>
      </w:r>
      <w:r w:rsidRPr="00697447">
        <w:rPr>
          <w:color w:val="000000"/>
          <w:sz w:val="21"/>
          <w:szCs w:val="21"/>
          <w:lang w:eastAsia="en-US"/>
        </w:rPr>
        <w:t xml:space="preserve">м. Київ, вул. В. Чорновола, 28 /1, ДНП «НДСЛ "Охматдит" МОЗ України </w:t>
      </w:r>
    </w:p>
    <w:p w14:paraId="6591833F" w14:textId="77777777" w:rsidR="003D302A" w:rsidRPr="00697447" w:rsidRDefault="003D302A" w:rsidP="003D302A">
      <w:pPr>
        <w:pStyle w:val="rvps2"/>
        <w:shd w:val="clear" w:color="auto" w:fill="FFFFFF"/>
        <w:spacing w:before="0" w:beforeAutospacing="0" w:after="0" w:afterAutospacing="0"/>
        <w:jc w:val="both"/>
        <w:textAlignment w:val="baseline"/>
        <w:rPr>
          <w:color w:val="000000"/>
          <w:sz w:val="21"/>
          <w:szCs w:val="21"/>
          <w:lang w:eastAsia="en-US"/>
        </w:rPr>
      </w:pPr>
    </w:p>
    <w:p w14:paraId="1A64F85B" w14:textId="77777777" w:rsidR="003D302A" w:rsidRPr="00697447" w:rsidRDefault="003D302A" w:rsidP="003D302A">
      <w:pPr>
        <w:pStyle w:val="rvps2"/>
        <w:shd w:val="clear" w:color="auto" w:fill="FFFFFF"/>
        <w:spacing w:before="0" w:beforeAutospacing="0" w:after="0" w:afterAutospacing="0"/>
        <w:jc w:val="center"/>
        <w:textAlignment w:val="baseline"/>
        <w:rPr>
          <w:b/>
          <w:color w:val="000000"/>
          <w:sz w:val="21"/>
          <w:szCs w:val="21"/>
        </w:rPr>
      </w:pPr>
      <w:r w:rsidRPr="00697447">
        <w:rPr>
          <w:rFonts w:eastAsia="Times New Roman"/>
          <w:b/>
          <w:sz w:val="21"/>
          <w:szCs w:val="21"/>
        </w:rPr>
        <w:t>Медико - технічні, якісні та кількісні вимоги до предмету закупівлі</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2249"/>
        <w:gridCol w:w="3984"/>
      </w:tblGrid>
      <w:tr w:rsidR="003D302A" w:rsidRPr="00ED7638" w14:paraId="3096BE2F" w14:textId="77777777" w:rsidTr="007B6AD1">
        <w:trPr>
          <w:trHeight w:val="1113"/>
          <w:jc w:val="center"/>
        </w:trPr>
        <w:tc>
          <w:tcPr>
            <w:tcW w:w="891" w:type="dxa"/>
            <w:shd w:val="clear" w:color="FFFFCC" w:fill="FFFFFF"/>
            <w:noWrap/>
            <w:vAlign w:val="center"/>
            <w:hideMark/>
          </w:tcPr>
          <w:p w14:paraId="2E988730" w14:textId="77777777" w:rsidR="003D302A" w:rsidRPr="00ED7638" w:rsidRDefault="003D302A" w:rsidP="004C2A17">
            <w:pPr>
              <w:jc w:val="center"/>
              <w:rPr>
                <w:b/>
                <w:bCs/>
                <w:color w:val="000000"/>
                <w:sz w:val="21"/>
                <w:szCs w:val="21"/>
              </w:rPr>
            </w:pPr>
            <w:bookmarkStart w:id="3" w:name="RANGE!B3:D3"/>
            <w:bookmarkStart w:id="4" w:name="_Hlk229662913"/>
            <w:r w:rsidRPr="00ED7638">
              <w:rPr>
                <w:b/>
                <w:bCs/>
                <w:color w:val="000000"/>
                <w:sz w:val="21"/>
                <w:szCs w:val="21"/>
              </w:rPr>
              <w:t>№</w:t>
            </w:r>
          </w:p>
          <w:p w14:paraId="2C8704E5" w14:textId="77777777" w:rsidR="003D302A" w:rsidRPr="00ED7638" w:rsidRDefault="003D302A" w:rsidP="004C2A17">
            <w:pPr>
              <w:jc w:val="center"/>
              <w:rPr>
                <w:b/>
                <w:bCs/>
                <w:color w:val="000000"/>
                <w:sz w:val="21"/>
                <w:szCs w:val="21"/>
              </w:rPr>
            </w:pPr>
            <w:r w:rsidRPr="00ED7638">
              <w:rPr>
                <w:b/>
                <w:bCs/>
                <w:color w:val="000000"/>
                <w:sz w:val="21"/>
                <w:szCs w:val="21"/>
              </w:rPr>
              <w:t>з/п</w:t>
            </w:r>
            <w:bookmarkEnd w:id="3"/>
          </w:p>
        </w:tc>
        <w:tc>
          <w:tcPr>
            <w:tcW w:w="2122" w:type="dxa"/>
            <w:shd w:val="clear" w:color="auto" w:fill="auto"/>
            <w:vAlign w:val="center"/>
            <w:hideMark/>
          </w:tcPr>
          <w:p w14:paraId="52D39178" w14:textId="77777777" w:rsidR="003D302A" w:rsidRPr="00C23EBB" w:rsidRDefault="003D302A" w:rsidP="004C2A17">
            <w:pPr>
              <w:jc w:val="center"/>
              <w:rPr>
                <w:b/>
                <w:bCs/>
                <w:color w:val="000000"/>
                <w:sz w:val="21"/>
                <w:szCs w:val="21"/>
              </w:rPr>
            </w:pPr>
            <w:r w:rsidRPr="00C23EBB">
              <w:rPr>
                <w:b/>
                <w:bCs/>
                <w:color w:val="000000"/>
                <w:sz w:val="21"/>
                <w:szCs w:val="21"/>
              </w:rPr>
              <w:t xml:space="preserve">Назва реагенту, </w:t>
            </w:r>
          </w:p>
          <w:p w14:paraId="19807EFD" w14:textId="77777777" w:rsidR="003D302A" w:rsidRPr="00ED7638" w:rsidRDefault="003D302A" w:rsidP="004C2A17">
            <w:pPr>
              <w:jc w:val="center"/>
              <w:rPr>
                <w:b/>
                <w:bCs/>
                <w:color w:val="000000"/>
                <w:sz w:val="21"/>
                <w:szCs w:val="21"/>
              </w:rPr>
            </w:pPr>
            <w:r w:rsidRPr="00C23EBB">
              <w:rPr>
                <w:b/>
                <w:bCs/>
                <w:color w:val="000000"/>
                <w:sz w:val="21"/>
                <w:szCs w:val="21"/>
              </w:rPr>
              <w:t>або еквівалент</w:t>
            </w:r>
          </w:p>
        </w:tc>
        <w:tc>
          <w:tcPr>
            <w:tcW w:w="749" w:type="dxa"/>
            <w:shd w:val="clear" w:color="auto" w:fill="auto"/>
            <w:noWrap/>
            <w:vAlign w:val="center"/>
            <w:hideMark/>
          </w:tcPr>
          <w:p w14:paraId="719473F1" w14:textId="77777777" w:rsidR="003D302A" w:rsidRPr="00ED7638" w:rsidRDefault="003D302A" w:rsidP="004C2A17">
            <w:pPr>
              <w:jc w:val="center"/>
              <w:rPr>
                <w:b/>
                <w:bCs/>
                <w:color w:val="000000"/>
                <w:sz w:val="21"/>
                <w:szCs w:val="21"/>
              </w:rPr>
            </w:pPr>
            <w:r w:rsidRPr="00ED7638">
              <w:rPr>
                <w:b/>
                <w:bCs/>
                <w:color w:val="000000"/>
                <w:sz w:val="21"/>
                <w:szCs w:val="21"/>
              </w:rPr>
              <w:t>Од.</w:t>
            </w:r>
          </w:p>
          <w:p w14:paraId="6730E20E" w14:textId="77777777" w:rsidR="003D302A" w:rsidRPr="00ED7638" w:rsidRDefault="003D302A" w:rsidP="004C2A17">
            <w:pPr>
              <w:jc w:val="center"/>
              <w:rPr>
                <w:b/>
                <w:bCs/>
                <w:color w:val="000000"/>
                <w:sz w:val="21"/>
                <w:szCs w:val="21"/>
              </w:rPr>
            </w:pPr>
            <w:proofErr w:type="spellStart"/>
            <w:r w:rsidRPr="00ED7638">
              <w:rPr>
                <w:b/>
                <w:bCs/>
                <w:color w:val="000000"/>
                <w:sz w:val="21"/>
                <w:szCs w:val="21"/>
              </w:rPr>
              <w:t>вим</w:t>
            </w:r>
            <w:proofErr w:type="spellEnd"/>
            <w:r w:rsidRPr="00ED7638">
              <w:rPr>
                <w:b/>
                <w:bCs/>
                <w:color w:val="000000"/>
                <w:sz w:val="21"/>
                <w:szCs w:val="21"/>
              </w:rPr>
              <w:t>.</w:t>
            </w:r>
          </w:p>
        </w:tc>
        <w:tc>
          <w:tcPr>
            <w:tcW w:w="744" w:type="dxa"/>
            <w:shd w:val="clear" w:color="auto" w:fill="auto"/>
            <w:vAlign w:val="center"/>
            <w:hideMark/>
          </w:tcPr>
          <w:p w14:paraId="595D1684" w14:textId="77777777" w:rsidR="003D302A" w:rsidRPr="00ED7638" w:rsidRDefault="003D302A" w:rsidP="004C2A17">
            <w:pPr>
              <w:jc w:val="center"/>
              <w:rPr>
                <w:b/>
                <w:bCs/>
                <w:color w:val="000000"/>
                <w:sz w:val="21"/>
                <w:szCs w:val="21"/>
              </w:rPr>
            </w:pPr>
            <w:r w:rsidRPr="00ED7638">
              <w:rPr>
                <w:b/>
                <w:bCs/>
                <w:color w:val="000000"/>
                <w:sz w:val="21"/>
                <w:szCs w:val="21"/>
              </w:rPr>
              <w:t xml:space="preserve">К-сть </w:t>
            </w:r>
          </w:p>
        </w:tc>
        <w:tc>
          <w:tcPr>
            <w:tcW w:w="2249" w:type="dxa"/>
            <w:shd w:val="clear" w:color="FFFFCC" w:fill="FFFFFF"/>
            <w:vAlign w:val="center"/>
            <w:hideMark/>
          </w:tcPr>
          <w:p w14:paraId="6335A137" w14:textId="77777777" w:rsidR="003D302A" w:rsidRPr="00ED7638" w:rsidRDefault="003D302A" w:rsidP="004C2A17">
            <w:pPr>
              <w:jc w:val="center"/>
              <w:rPr>
                <w:b/>
                <w:bCs/>
                <w:color w:val="000000"/>
                <w:sz w:val="21"/>
                <w:szCs w:val="21"/>
              </w:rPr>
            </w:pPr>
            <w:r w:rsidRPr="00ED7638">
              <w:rPr>
                <w:b/>
                <w:bCs/>
                <w:color w:val="000000"/>
                <w:sz w:val="21"/>
                <w:szCs w:val="21"/>
              </w:rPr>
              <w:t>НАЦІОНАЛЬНИЙ КЛАСИФІКАТОР УКРАЇНИ Класифікатор медичних виробів НК 024:2023/НК 031:2024</w:t>
            </w:r>
          </w:p>
        </w:tc>
        <w:tc>
          <w:tcPr>
            <w:tcW w:w="3984" w:type="dxa"/>
            <w:shd w:val="clear" w:color="FFFFCC" w:fill="FFFFFF"/>
            <w:vAlign w:val="center"/>
          </w:tcPr>
          <w:p w14:paraId="1B769DF7" w14:textId="77777777" w:rsidR="003D302A" w:rsidRPr="00ED7638" w:rsidRDefault="003D302A" w:rsidP="004C2A17">
            <w:pPr>
              <w:jc w:val="center"/>
              <w:rPr>
                <w:b/>
                <w:bCs/>
                <w:color w:val="000000"/>
                <w:sz w:val="21"/>
                <w:szCs w:val="21"/>
              </w:rPr>
            </w:pPr>
            <w:r w:rsidRPr="00ED7638">
              <w:rPr>
                <w:b/>
                <w:bCs/>
                <w:color w:val="000000"/>
                <w:sz w:val="21"/>
                <w:szCs w:val="21"/>
                <w:lang w:eastAsia="uk-UA"/>
              </w:rPr>
              <w:t>Характеристики товару</w:t>
            </w:r>
          </w:p>
        </w:tc>
      </w:tr>
      <w:tr w:rsidR="003D302A" w:rsidRPr="00ED7638" w14:paraId="71A801B0" w14:textId="77777777" w:rsidTr="007B6AD1">
        <w:trPr>
          <w:trHeight w:val="1686"/>
          <w:jc w:val="center"/>
        </w:trPr>
        <w:tc>
          <w:tcPr>
            <w:tcW w:w="891" w:type="dxa"/>
            <w:shd w:val="clear" w:color="FFFFCC" w:fill="FFFFFF"/>
            <w:noWrap/>
            <w:vAlign w:val="center"/>
          </w:tcPr>
          <w:p w14:paraId="220AE66B" w14:textId="77777777" w:rsidR="003D302A" w:rsidRPr="00ED7638" w:rsidRDefault="003D302A" w:rsidP="004C2A17">
            <w:pPr>
              <w:jc w:val="center"/>
              <w:rPr>
                <w:bCs/>
                <w:color w:val="000000"/>
                <w:sz w:val="21"/>
                <w:szCs w:val="21"/>
              </w:rPr>
            </w:pPr>
            <w:r>
              <w:rPr>
                <w:bCs/>
                <w:color w:val="000000"/>
                <w:sz w:val="21"/>
                <w:szCs w:val="21"/>
              </w:rPr>
              <w:t>1</w:t>
            </w:r>
          </w:p>
        </w:tc>
        <w:tc>
          <w:tcPr>
            <w:tcW w:w="2122" w:type="dxa"/>
            <w:shd w:val="clear" w:color="auto" w:fill="auto"/>
            <w:vAlign w:val="center"/>
          </w:tcPr>
          <w:p w14:paraId="17366C71" w14:textId="77777777" w:rsidR="003D302A" w:rsidRPr="007B6AD1" w:rsidRDefault="003D302A" w:rsidP="004C2A17">
            <w:pPr>
              <w:jc w:val="center"/>
              <w:rPr>
                <w:bCs/>
                <w:color w:val="000000"/>
                <w:sz w:val="21"/>
                <w:szCs w:val="21"/>
              </w:rPr>
            </w:pPr>
            <w:r w:rsidRPr="00B147A9">
              <w:rPr>
                <w:bCs/>
                <w:color w:val="000000"/>
                <w:sz w:val="21"/>
                <w:szCs w:val="21"/>
              </w:rPr>
              <w:t xml:space="preserve">Абсорбційний фільтрувальний картридж для </w:t>
            </w:r>
            <w:proofErr w:type="spellStart"/>
            <w:r w:rsidRPr="00B147A9">
              <w:rPr>
                <w:bCs/>
                <w:color w:val="000000"/>
                <w:sz w:val="21"/>
                <w:szCs w:val="21"/>
              </w:rPr>
              <w:t>Vapro</w:t>
            </w:r>
            <w:proofErr w:type="spellEnd"/>
            <w:r w:rsidRPr="00B147A9">
              <w:rPr>
                <w:bCs/>
                <w:color w:val="000000"/>
                <w:sz w:val="21"/>
                <w:szCs w:val="21"/>
              </w:rPr>
              <w:t xml:space="preserve"> 5600</w:t>
            </w:r>
          </w:p>
        </w:tc>
        <w:tc>
          <w:tcPr>
            <w:tcW w:w="749" w:type="dxa"/>
            <w:shd w:val="clear" w:color="auto" w:fill="auto"/>
            <w:noWrap/>
            <w:vAlign w:val="center"/>
          </w:tcPr>
          <w:p w14:paraId="1DEAEF2A" w14:textId="77777777" w:rsidR="003D302A" w:rsidRPr="00697447" w:rsidRDefault="003D302A" w:rsidP="004C2A17">
            <w:pPr>
              <w:jc w:val="center"/>
              <w:rPr>
                <w:bCs/>
                <w:color w:val="000000"/>
                <w:sz w:val="21"/>
                <w:szCs w:val="21"/>
              </w:rPr>
            </w:pPr>
            <w:proofErr w:type="spellStart"/>
            <w:r>
              <w:rPr>
                <w:bCs/>
                <w:color w:val="000000"/>
                <w:sz w:val="21"/>
                <w:szCs w:val="21"/>
              </w:rPr>
              <w:t>шт</w:t>
            </w:r>
            <w:proofErr w:type="spellEnd"/>
          </w:p>
        </w:tc>
        <w:tc>
          <w:tcPr>
            <w:tcW w:w="744" w:type="dxa"/>
            <w:shd w:val="clear" w:color="auto" w:fill="auto"/>
            <w:vAlign w:val="center"/>
          </w:tcPr>
          <w:p w14:paraId="58E5D601" w14:textId="77777777" w:rsidR="003D302A" w:rsidRPr="00697447" w:rsidRDefault="003D302A" w:rsidP="004C2A17">
            <w:pPr>
              <w:jc w:val="center"/>
              <w:rPr>
                <w:bCs/>
                <w:color w:val="000000"/>
                <w:sz w:val="21"/>
                <w:szCs w:val="21"/>
              </w:rPr>
            </w:pPr>
            <w:r>
              <w:rPr>
                <w:bCs/>
                <w:color w:val="000000"/>
                <w:sz w:val="21"/>
                <w:szCs w:val="21"/>
              </w:rPr>
              <w:t>1</w:t>
            </w:r>
          </w:p>
        </w:tc>
        <w:tc>
          <w:tcPr>
            <w:tcW w:w="2249" w:type="dxa"/>
            <w:shd w:val="clear" w:color="FFFFCC" w:fill="FFFFFF"/>
            <w:vAlign w:val="center"/>
          </w:tcPr>
          <w:p w14:paraId="044FC39A" w14:textId="77777777" w:rsidR="003D302A" w:rsidRDefault="003D302A" w:rsidP="004C2A17">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030F9941" w14:textId="77777777" w:rsidR="003D302A" w:rsidRDefault="003D302A" w:rsidP="004C2A17">
            <w:pPr>
              <w:jc w:val="center"/>
              <w:rPr>
                <w:bCs/>
                <w:color w:val="000000"/>
                <w:sz w:val="21"/>
                <w:szCs w:val="21"/>
              </w:rPr>
            </w:pPr>
            <w:r>
              <w:rPr>
                <w:bCs/>
                <w:color w:val="000000"/>
                <w:sz w:val="21"/>
                <w:szCs w:val="21"/>
              </w:rPr>
              <w:t>/</w:t>
            </w:r>
          </w:p>
          <w:p w14:paraId="08770FD5" w14:textId="77777777" w:rsidR="003D302A" w:rsidRPr="00697447" w:rsidRDefault="003D302A" w:rsidP="004C2A17">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5AA72137" w14:textId="77777777" w:rsidR="003D302A" w:rsidRDefault="003D302A" w:rsidP="004C2A17">
            <w:pPr>
              <w:jc w:val="center"/>
              <w:rPr>
                <w:bCs/>
                <w:color w:val="000000"/>
                <w:sz w:val="21"/>
                <w:szCs w:val="21"/>
              </w:rPr>
            </w:pPr>
            <w:proofErr w:type="spellStart"/>
            <w:r w:rsidRPr="00B147A9">
              <w:rPr>
                <w:bCs/>
                <w:color w:val="000000"/>
                <w:sz w:val="21"/>
                <w:szCs w:val="21"/>
              </w:rPr>
              <w:t>Kартридж</w:t>
            </w:r>
            <w:proofErr w:type="spellEnd"/>
            <w:r w:rsidRPr="00B147A9">
              <w:rPr>
                <w:bCs/>
                <w:color w:val="000000"/>
                <w:sz w:val="21"/>
                <w:szCs w:val="21"/>
              </w:rPr>
              <w:t xml:space="preserve"> / фільтр осушувача для осмометра </w:t>
            </w:r>
            <w:proofErr w:type="spellStart"/>
            <w:r w:rsidRPr="00B147A9">
              <w:rPr>
                <w:bCs/>
                <w:color w:val="000000"/>
                <w:sz w:val="21"/>
                <w:szCs w:val="21"/>
              </w:rPr>
              <w:t>Vapro</w:t>
            </w:r>
            <w:proofErr w:type="spellEnd"/>
            <w:r w:rsidRPr="00B147A9">
              <w:rPr>
                <w:bCs/>
                <w:color w:val="000000"/>
                <w:sz w:val="21"/>
                <w:szCs w:val="21"/>
              </w:rPr>
              <w:t xml:space="preserve">® 5600.                              Склад: </w:t>
            </w:r>
          </w:p>
          <w:p w14:paraId="58B22CB6" w14:textId="77777777" w:rsidR="003D302A" w:rsidRDefault="003D302A" w:rsidP="004C2A17">
            <w:pPr>
              <w:jc w:val="center"/>
              <w:rPr>
                <w:bCs/>
                <w:color w:val="000000"/>
                <w:sz w:val="21"/>
                <w:szCs w:val="21"/>
              </w:rPr>
            </w:pPr>
            <w:r w:rsidRPr="00B147A9">
              <w:rPr>
                <w:bCs/>
                <w:color w:val="000000"/>
                <w:sz w:val="21"/>
                <w:szCs w:val="21"/>
              </w:rPr>
              <w:t>&gt;98% Сульфат кальцію</w:t>
            </w:r>
          </w:p>
          <w:p w14:paraId="466A28B2" w14:textId="77777777" w:rsidR="003D302A" w:rsidRPr="00697447" w:rsidRDefault="003D302A" w:rsidP="004C2A17">
            <w:pPr>
              <w:jc w:val="center"/>
              <w:rPr>
                <w:bCs/>
                <w:color w:val="000000"/>
                <w:sz w:val="21"/>
                <w:szCs w:val="21"/>
              </w:rPr>
            </w:pPr>
            <w:r w:rsidRPr="00B147A9">
              <w:rPr>
                <w:bCs/>
                <w:color w:val="000000"/>
                <w:sz w:val="21"/>
                <w:szCs w:val="21"/>
              </w:rPr>
              <w:t>&lt; 2% Хлорид кобальту T, N</w:t>
            </w:r>
          </w:p>
        </w:tc>
      </w:tr>
      <w:bookmarkEnd w:id="4"/>
    </w:tbl>
    <w:p w14:paraId="5555B2A6" w14:textId="77777777" w:rsidR="003D302A" w:rsidRPr="00697447" w:rsidRDefault="003D302A" w:rsidP="003D302A">
      <w:pPr>
        <w:tabs>
          <w:tab w:val="left" w:pos="3669"/>
        </w:tabs>
        <w:spacing w:line="312" w:lineRule="auto"/>
        <w:ind w:firstLine="357"/>
        <w:jc w:val="both"/>
        <w:rPr>
          <w:color w:val="000000"/>
          <w:sz w:val="21"/>
          <w:szCs w:val="21"/>
        </w:rPr>
      </w:pPr>
    </w:p>
    <w:p w14:paraId="53B371EE" w14:textId="77777777" w:rsidR="003D302A" w:rsidRPr="00697447" w:rsidRDefault="003D302A" w:rsidP="003D302A">
      <w:pPr>
        <w:ind w:firstLine="567"/>
        <w:jc w:val="both"/>
        <w:rPr>
          <w:i/>
          <w:color w:val="000000"/>
          <w:sz w:val="21"/>
          <w:szCs w:val="21"/>
        </w:rPr>
      </w:pPr>
      <w:r w:rsidRPr="00697447">
        <w:rPr>
          <w:i/>
          <w:color w:val="000000"/>
          <w:sz w:val="21"/>
          <w:szCs w:val="21"/>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Pr>
          <w:i/>
          <w:color w:val="000000"/>
          <w:sz w:val="21"/>
          <w:szCs w:val="21"/>
        </w:rPr>
        <w:t>торгові марки</w:t>
      </w:r>
      <w:r w:rsidRPr="00697447">
        <w:rPr>
          <w:i/>
          <w:color w:val="000000"/>
          <w:sz w:val="21"/>
          <w:szCs w:val="21"/>
        </w:rPr>
        <w:t xml:space="preserve"> тільки для орієнтиру, так як вони мають гарну якість та ефективність у використанні.</w:t>
      </w:r>
    </w:p>
    <w:p w14:paraId="26269952" w14:textId="77777777" w:rsidR="003D302A" w:rsidRPr="00697447" w:rsidRDefault="003D302A" w:rsidP="003D302A">
      <w:pPr>
        <w:ind w:firstLine="567"/>
        <w:jc w:val="both"/>
        <w:rPr>
          <w:i/>
          <w:color w:val="000000"/>
          <w:sz w:val="21"/>
          <w:szCs w:val="21"/>
        </w:rPr>
      </w:pPr>
      <w:r w:rsidRPr="00697447">
        <w:rPr>
          <w:i/>
          <w:color w:val="000000"/>
          <w:sz w:val="21"/>
          <w:szCs w:val="21"/>
        </w:rPr>
        <w:lastRenderedPageBreak/>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31D49ACF" w14:textId="77777777" w:rsidR="003D302A" w:rsidRPr="00697447" w:rsidRDefault="003D302A" w:rsidP="003D302A">
      <w:pPr>
        <w:ind w:firstLine="567"/>
        <w:jc w:val="both"/>
        <w:rPr>
          <w:color w:val="000000"/>
          <w:sz w:val="21"/>
          <w:szCs w:val="21"/>
        </w:rPr>
      </w:pPr>
    </w:p>
    <w:p w14:paraId="4443BDA2"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bCs/>
          <w:color w:val="000000"/>
          <w:sz w:val="21"/>
          <w:szCs w:val="21"/>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75CEBFCC"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color w:val="000000"/>
          <w:sz w:val="21"/>
          <w:szCs w:val="21"/>
        </w:rPr>
        <w:t>Мати копію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(надаються на момент поставки).</w:t>
      </w:r>
    </w:p>
    <w:p w14:paraId="17A0EE0C"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13D8FC6F"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color w:val="000000"/>
          <w:sz w:val="21"/>
          <w:szCs w:val="21"/>
        </w:rPr>
        <w:t>Мати терміни придатності не менше 6 місяців та не менше 80% від передбачуваного.</w:t>
      </w:r>
    </w:p>
    <w:p w14:paraId="0658D90A" w14:textId="77777777" w:rsidR="003D302A" w:rsidRPr="00C23EBB" w:rsidRDefault="003D302A" w:rsidP="003D302A">
      <w:pPr>
        <w:pStyle w:val="a5"/>
        <w:numPr>
          <w:ilvl w:val="0"/>
          <w:numId w:val="14"/>
        </w:numPr>
        <w:tabs>
          <w:tab w:val="left" w:pos="993"/>
        </w:tabs>
        <w:ind w:left="0" w:firstLine="709"/>
        <w:jc w:val="both"/>
        <w:rPr>
          <w:color w:val="000000"/>
          <w:sz w:val="21"/>
          <w:szCs w:val="21"/>
        </w:rPr>
      </w:pPr>
      <w:r w:rsidRPr="00C23EBB">
        <w:rPr>
          <w:color w:val="000000"/>
          <w:sz w:val="21"/>
          <w:szCs w:val="21"/>
        </w:rPr>
        <w:t xml:space="preserve">Зберігатися та </w:t>
      </w:r>
      <w:proofErr w:type="spellStart"/>
      <w:r w:rsidRPr="00C23EBB">
        <w:rPr>
          <w:color w:val="000000"/>
          <w:sz w:val="21"/>
          <w:szCs w:val="21"/>
        </w:rPr>
        <w:t>траспортуватися</w:t>
      </w:r>
      <w:proofErr w:type="spellEnd"/>
      <w:r w:rsidRPr="00C23EBB">
        <w:rPr>
          <w:color w:val="000000"/>
          <w:sz w:val="21"/>
          <w:szCs w:val="21"/>
        </w:rPr>
        <w:t xml:space="preserve"> з дотриманням встановлених вимог до кожної позиції</w:t>
      </w:r>
    </w:p>
    <w:p w14:paraId="198AF647" w14:textId="77777777" w:rsidR="003D302A" w:rsidRDefault="003D302A" w:rsidP="003D302A">
      <w:pPr>
        <w:tabs>
          <w:tab w:val="left" w:pos="993"/>
        </w:tabs>
        <w:ind w:firstLine="709"/>
        <w:jc w:val="both"/>
        <w:rPr>
          <w:bCs/>
          <w:color w:val="000000"/>
          <w:sz w:val="21"/>
          <w:szCs w:val="21"/>
        </w:rPr>
      </w:pPr>
      <w:r w:rsidRPr="00C23EBB">
        <w:rPr>
          <w:bCs/>
          <w:color w:val="000000"/>
          <w:sz w:val="21"/>
          <w:szCs w:val="21"/>
        </w:rPr>
        <w:t>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C23EBB">
        <w:rPr>
          <w:bCs/>
          <w:color w:val="000000"/>
          <w:sz w:val="21"/>
          <w:szCs w:val="21"/>
          <w:lang w:val="ru-RU"/>
        </w:rPr>
        <w:t>6</w:t>
      </w:r>
      <w:r w:rsidRPr="00C23EBB">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6C0CC50B" w14:textId="199DF40A" w:rsidR="00CE3B8E" w:rsidRPr="0077541D" w:rsidRDefault="003D302A" w:rsidP="003D302A">
      <w:pPr>
        <w:tabs>
          <w:tab w:val="left" w:pos="993"/>
        </w:tabs>
        <w:ind w:firstLine="709"/>
        <w:jc w:val="both"/>
        <w:rPr>
          <w:sz w:val="21"/>
          <w:szCs w:val="21"/>
        </w:rPr>
      </w:pPr>
      <w:r w:rsidRPr="00D86670">
        <w:rPr>
          <w:sz w:val="21"/>
          <w:szCs w:val="21"/>
        </w:rPr>
        <w:t xml:space="preserve">7. Товар повинен бути повністю сумісним з аналізатором </w:t>
      </w:r>
      <w:proofErr w:type="spellStart"/>
      <w:r w:rsidRPr="00D86670">
        <w:rPr>
          <w:sz w:val="21"/>
          <w:szCs w:val="21"/>
        </w:rPr>
        <w:t>осмоляльності</w:t>
      </w:r>
      <w:proofErr w:type="spellEnd"/>
      <w:r w:rsidRPr="00D86670">
        <w:rPr>
          <w:sz w:val="21"/>
          <w:szCs w:val="21"/>
        </w:rPr>
        <w:t xml:space="preserve"> VAPRO 5600</w:t>
      </w:r>
      <w:r w:rsidRPr="00D86670">
        <w:rPr>
          <w:b/>
          <w:color w:val="000000"/>
          <w:sz w:val="21"/>
          <w:szCs w:val="21"/>
        </w:rPr>
        <w:t>.</w:t>
      </w:r>
    </w:p>
    <w:p w14:paraId="60927DF2" w14:textId="77777777" w:rsidR="003C0FB3" w:rsidRPr="0077541D" w:rsidRDefault="003C0FB3" w:rsidP="003C0FB3">
      <w:pPr>
        <w:jc w:val="both"/>
        <w:rPr>
          <w:sz w:val="21"/>
          <w:szCs w:val="21"/>
        </w:rPr>
      </w:pPr>
    </w:p>
    <w:sectPr w:rsidR="003C0FB3" w:rsidRPr="0077541D" w:rsidSect="0051663E">
      <w:footerReference w:type="even" r:id="rId7"/>
      <w:footerReference w:type="default" r:id="rId8"/>
      <w:pgSz w:w="11906" w:h="16838"/>
      <w:pgMar w:top="426" w:right="850"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9C6B6" w14:textId="77777777" w:rsidR="00000000" w:rsidRDefault="009B405E">
      <w:r>
        <w:separator/>
      </w:r>
    </w:p>
  </w:endnote>
  <w:endnote w:type="continuationSeparator" w:id="0">
    <w:p w14:paraId="3C140BDC" w14:textId="77777777" w:rsidR="00000000" w:rsidRDefault="009B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824E2" w14:textId="77777777" w:rsidR="0040040F" w:rsidRDefault="003D302A" w:rsidP="003F7498">
    <w:pPr>
      <w:pStyle w:val="ad"/>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25BB3E4" w14:textId="77777777" w:rsidR="0040040F" w:rsidRDefault="009B405E">
    <w:pPr>
      <w:pStyle w:val="ad"/>
      <w:ind w:right="360"/>
    </w:pPr>
  </w:p>
  <w:p w14:paraId="73110EBD" w14:textId="77777777" w:rsidR="0040040F" w:rsidRDefault="009B405E"/>
  <w:p w14:paraId="706F4B7D" w14:textId="77777777" w:rsidR="0040040F" w:rsidRDefault="009B405E"/>
  <w:p w14:paraId="78AFEAB9" w14:textId="77777777" w:rsidR="0040040F" w:rsidRDefault="009B405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C6A45" w14:textId="77777777" w:rsidR="0040040F" w:rsidRDefault="003D302A" w:rsidP="003F7498">
    <w:pPr>
      <w:pStyle w:val="ad"/>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41</w:t>
    </w:r>
    <w:r>
      <w:rPr>
        <w:rStyle w:val="aa"/>
      </w:rPr>
      <w:fldChar w:fldCharType="end"/>
    </w:r>
  </w:p>
  <w:p w14:paraId="4BE5A771" w14:textId="77777777" w:rsidR="0040040F" w:rsidRDefault="009B405E" w:rsidP="002E5CCE">
    <w:pPr>
      <w:pStyle w:val="ad"/>
      <w:ind w:right="360"/>
    </w:pPr>
  </w:p>
  <w:p w14:paraId="445573BD" w14:textId="77777777" w:rsidR="0040040F" w:rsidRDefault="009B405E"/>
  <w:p w14:paraId="1D4603C3" w14:textId="77777777" w:rsidR="0040040F" w:rsidRDefault="009B405E"/>
  <w:p w14:paraId="220B0B1C" w14:textId="77777777" w:rsidR="0040040F" w:rsidRDefault="009B40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1576C" w14:textId="77777777" w:rsidR="00000000" w:rsidRDefault="009B405E">
      <w:r>
        <w:separator/>
      </w:r>
    </w:p>
  </w:footnote>
  <w:footnote w:type="continuationSeparator" w:id="0">
    <w:p w14:paraId="17D824F8" w14:textId="77777777" w:rsidR="00000000" w:rsidRDefault="009B4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64EA9"/>
    <w:rsid w:val="003779B7"/>
    <w:rsid w:val="0039040B"/>
    <w:rsid w:val="003C0FB3"/>
    <w:rsid w:val="003D302A"/>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7541D"/>
    <w:rsid w:val="007A3DA3"/>
    <w:rsid w:val="007E3784"/>
    <w:rsid w:val="007F503D"/>
    <w:rsid w:val="00856EEB"/>
    <w:rsid w:val="008E1B80"/>
    <w:rsid w:val="0091295D"/>
    <w:rsid w:val="00941459"/>
    <w:rsid w:val="0097768E"/>
    <w:rsid w:val="00981353"/>
    <w:rsid w:val="00984C0B"/>
    <w:rsid w:val="009B405E"/>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3812</Words>
  <Characters>2174</Characters>
  <Application>Microsoft Office Word</Application>
  <DocSecurity>0</DocSecurity>
  <Lines>18</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9</cp:revision>
  <cp:lastPrinted>2025-01-20T07:48:00Z</cp:lastPrinted>
  <dcterms:created xsi:type="dcterms:W3CDTF">2026-05-14T11:49:00Z</dcterms:created>
  <dcterms:modified xsi:type="dcterms:W3CDTF">2026-08-07T08:02:00Z</dcterms:modified>
</cp:coreProperties>
</file>