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64D1D61A" w:rsidR="004849BE" w:rsidRPr="0077541D" w:rsidRDefault="00B7648F" w:rsidP="003F2CCA">
            <w:pPr>
              <w:shd w:val="clear" w:color="auto" w:fill="FFFFFF"/>
              <w:jc w:val="both"/>
              <w:rPr>
                <w:sz w:val="21"/>
                <w:szCs w:val="21"/>
                <w:lang w:eastAsia="uk-UA"/>
              </w:rPr>
            </w:pPr>
            <w:bookmarkStart w:id="0" w:name="_Hlk236308464"/>
            <w:r>
              <w:rPr>
                <w:b/>
                <w:bCs/>
                <w:iCs/>
                <w:color w:val="000000" w:themeColor="text1"/>
                <w:sz w:val="21"/>
                <w:szCs w:val="21"/>
              </w:rPr>
              <w:t>Ганчірки для прибирання</w:t>
            </w:r>
            <w:r w:rsidR="00C73F4D">
              <w:rPr>
                <w:b/>
                <w:bCs/>
                <w:iCs/>
                <w:color w:val="000000" w:themeColor="text1"/>
                <w:sz w:val="21"/>
                <w:szCs w:val="21"/>
              </w:rPr>
              <w:t xml:space="preserve"> </w:t>
            </w:r>
            <w:r w:rsidR="00C73F4D" w:rsidRPr="00D555E5">
              <w:rPr>
                <w:b/>
                <w:bCs/>
                <w:iCs/>
                <w:color w:val="000000" w:themeColor="text1"/>
                <w:sz w:val="21"/>
                <w:szCs w:val="21"/>
              </w:rPr>
              <w:t xml:space="preserve">– код ДК 021:2015 – </w:t>
            </w:r>
            <w:r w:rsidRPr="00B7648F">
              <w:rPr>
                <w:b/>
                <w:bCs/>
                <w:iCs/>
                <w:color w:val="000000" w:themeColor="text1"/>
                <w:sz w:val="21"/>
                <w:szCs w:val="21"/>
              </w:rPr>
              <w:t>39520000-3 - Готові текстильні вироби</w:t>
            </w:r>
            <w:r w:rsidR="00C73F4D" w:rsidRPr="00D555E5">
              <w:rPr>
                <w:b/>
                <w:bCs/>
                <w:iCs/>
                <w:color w:val="000000" w:themeColor="text1"/>
                <w:sz w:val="21"/>
                <w:szCs w:val="21"/>
              </w:rPr>
              <w:t xml:space="preserve"> (</w:t>
            </w:r>
            <w:r w:rsidR="00802709">
              <w:rPr>
                <w:b/>
                <w:bCs/>
                <w:iCs/>
                <w:color w:val="000000" w:themeColor="text1"/>
                <w:sz w:val="21"/>
                <w:szCs w:val="21"/>
              </w:rPr>
              <w:t>Серветки</w:t>
            </w:r>
            <w:r>
              <w:rPr>
                <w:b/>
                <w:bCs/>
                <w:iCs/>
                <w:color w:val="000000" w:themeColor="text1"/>
                <w:sz w:val="21"/>
                <w:szCs w:val="21"/>
              </w:rPr>
              <w:t xml:space="preserve"> для прибирання</w:t>
            </w:r>
            <w:r w:rsidR="00C73F4D">
              <w:rPr>
                <w:b/>
                <w:bCs/>
                <w:iCs/>
                <w:color w:val="000000" w:themeColor="text1"/>
                <w:sz w:val="21"/>
                <w:szCs w:val="21"/>
              </w:rPr>
              <w:t xml:space="preserve"> </w:t>
            </w:r>
            <w:r w:rsidR="00C73F4D" w:rsidRPr="00D555E5">
              <w:rPr>
                <w:b/>
                <w:bCs/>
                <w:iCs/>
                <w:color w:val="000000" w:themeColor="text1"/>
                <w:sz w:val="21"/>
                <w:szCs w:val="21"/>
              </w:rPr>
              <w:t xml:space="preserve">– код ДК 021:2015 – </w:t>
            </w:r>
            <w:r w:rsidRPr="00B7648F">
              <w:rPr>
                <w:b/>
                <w:bCs/>
                <w:iCs/>
                <w:color w:val="000000" w:themeColor="text1"/>
                <w:sz w:val="21"/>
                <w:szCs w:val="21"/>
              </w:rPr>
              <w:t>39525800-6 - Ганчірки для прибирання</w:t>
            </w:r>
            <w:r w:rsidR="00C73F4D" w:rsidRPr="00D555E5">
              <w:rPr>
                <w:b/>
                <w:bCs/>
                <w:iCs/>
                <w:color w:val="000000" w:themeColor="text1"/>
                <w:sz w:val="21"/>
                <w:szCs w:val="21"/>
              </w:rPr>
              <w:t>)</w:t>
            </w:r>
            <w:bookmarkEnd w:id="0"/>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1C7D0C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Службової записки про потребу</w:t>
            </w:r>
            <w:r w:rsidR="001D3A01">
              <w:rPr>
                <w:sz w:val="21"/>
                <w:szCs w:val="21"/>
              </w:rPr>
              <w:t xml:space="preserve"> від</w:t>
            </w:r>
            <w:r w:rsidR="007A3DA3" w:rsidRPr="0077541D">
              <w:rPr>
                <w:sz w:val="21"/>
                <w:szCs w:val="21"/>
              </w:rPr>
              <w:t xml:space="preserve"> </w:t>
            </w:r>
            <w:bookmarkStart w:id="1" w:name="_Hlk236308901"/>
            <w:r w:rsidR="00C73F4D" w:rsidRPr="00C73F4D">
              <w:rPr>
                <w:sz w:val="21"/>
                <w:szCs w:val="21"/>
              </w:rPr>
              <w:t xml:space="preserve">Ініціатора закупівлі </w:t>
            </w:r>
            <w:r w:rsidR="00B7648F">
              <w:rPr>
                <w:sz w:val="21"/>
                <w:szCs w:val="21"/>
              </w:rPr>
              <w:t>Завідувача відділу оцінки ризиків та інфекційного контролю Вероніки ГАРНИК від 08.07.2026 року № 1642</w:t>
            </w:r>
            <w:bookmarkEnd w:id="1"/>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6FAA18AA"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802709">
              <w:rPr>
                <w:color w:val="000000"/>
                <w:sz w:val="21"/>
                <w:szCs w:val="21"/>
                <w:lang w:eastAsia="uk-UA"/>
              </w:rPr>
              <w:t>601 469</w:t>
            </w:r>
            <w:r w:rsidR="003F2CCA" w:rsidRPr="0077541D">
              <w:rPr>
                <w:color w:val="000000"/>
                <w:sz w:val="21"/>
                <w:szCs w:val="21"/>
                <w:lang w:eastAsia="uk-UA"/>
              </w:rPr>
              <w:t xml:space="preserve"> грн., </w:t>
            </w:r>
            <w:r w:rsidR="00802709">
              <w:rPr>
                <w:color w:val="000000"/>
                <w:sz w:val="21"/>
                <w:szCs w:val="21"/>
                <w:lang w:eastAsia="uk-UA"/>
              </w:rPr>
              <w:t>28</w:t>
            </w:r>
            <w:r w:rsidR="003F2CCA" w:rsidRPr="0077541D">
              <w:rPr>
                <w:color w:val="000000"/>
                <w:sz w:val="21"/>
                <w:szCs w:val="21"/>
                <w:lang w:eastAsia="uk-UA"/>
              </w:rPr>
              <w:t xml:space="preserve"> коп. (</w:t>
            </w:r>
            <w:r w:rsidR="00802709">
              <w:rPr>
                <w:color w:val="000000"/>
                <w:sz w:val="21"/>
                <w:szCs w:val="21"/>
                <w:lang w:eastAsia="uk-UA"/>
              </w:rPr>
              <w:t>Шістсот одна тисяча чотириста шістдесят дев’ять гривень 28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2" w:name="_Hlk235102529"/>
            <w:r w:rsidR="00802709">
              <w:rPr>
                <w:color w:val="000000"/>
                <w:sz w:val="21"/>
                <w:szCs w:val="21"/>
                <w:lang w:eastAsia="uk-UA"/>
              </w:rPr>
              <w:t>501 224</w:t>
            </w:r>
            <w:r w:rsidR="0077541D">
              <w:rPr>
                <w:color w:val="000000"/>
                <w:sz w:val="21"/>
                <w:szCs w:val="21"/>
                <w:lang w:eastAsia="uk-UA"/>
              </w:rPr>
              <w:t xml:space="preserve"> грн., </w:t>
            </w:r>
            <w:r w:rsidR="00802709">
              <w:rPr>
                <w:color w:val="000000"/>
                <w:sz w:val="21"/>
                <w:szCs w:val="21"/>
                <w:lang w:eastAsia="uk-UA"/>
              </w:rPr>
              <w:t>4</w:t>
            </w:r>
            <w:r w:rsidR="00857308">
              <w:rPr>
                <w:color w:val="000000"/>
                <w:sz w:val="21"/>
                <w:szCs w:val="21"/>
                <w:lang w:eastAsia="uk-UA"/>
              </w:rPr>
              <w:t>0</w:t>
            </w:r>
            <w:r w:rsidR="0077541D">
              <w:rPr>
                <w:color w:val="000000"/>
                <w:sz w:val="21"/>
                <w:szCs w:val="21"/>
                <w:lang w:eastAsia="uk-UA"/>
              </w:rPr>
              <w:t xml:space="preserve"> коп. (</w:t>
            </w:r>
            <w:r w:rsidR="00802709">
              <w:rPr>
                <w:color w:val="000000"/>
                <w:sz w:val="21"/>
                <w:szCs w:val="21"/>
                <w:lang w:eastAsia="uk-UA"/>
              </w:rPr>
              <w:t>П’ятсот одна тисяча двісті двадцять чотири тисячі 40 копійок</w:t>
            </w:r>
            <w:r w:rsidR="00D06BEF">
              <w:rPr>
                <w:color w:val="000000"/>
                <w:sz w:val="21"/>
                <w:szCs w:val="21"/>
                <w:lang w:eastAsia="uk-UA"/>
              </w:rPr>
              <w:t>)</w:t>
            </w:r>
            <w:bookmarkEnd w:id="2"/>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6C62EE12" w14:textId="08938A98" w:rsidR="00C73F4D" w:rsidRDefault="00857308" w:rsidP="00C73F4D">
      <w:pPr>
        <w:pBdr>
          <w:top w:val="nil"/>
          <w:left w:val="nil"/>
          <w:bottom w:val="nil"/>
          <w:right w:val="nil"/>
          <w:between w:val="nil"/>
        </w:pBdr>
        <w:jc w:val="center"/>
        <w:rPr>
          <w:b/>
          <w:bCs/>
          <w:iCs/>
          <w:color w:val="000000" w:themeColor="text1"/>
          <w:sz w:val="21"/>
          <w:szCs w:val="21"/>
        </w:rPr>
      </w:pPr>
      <w:r>
        <w:rPr>
          <w:b/>
          <w:bCs/>
          <w:iCs/>
          <w:color w:val="000000" w:themeColor="text1"/>
          <w:sz w:val="21"/>
          <w:szCs w:val="21"/>
        </w:rPr>
        <w:t xml:space="preserve">Ганчірки для прибирання </w:t>
      </w:r>
      <w:r w:rsidRPr="00D555E5">
        <w:rPr>
          <w:b/>
          <w:bCs/>
          <w:iCs/>
          <w:color w:val="000000" w:themeColor="text1"/>
          <w:sz w:val="21"/>
          <w:szCs w:val="21"/>
        </w:rPr>
        <w:t xml:space="preserve">– код ДК 021:2015 – </w:t>
      </w:r>
      <w:r w:rsidRPr="00B7648F">
        <w:rPr>
          <w:b/>
          <w:bCs/>
          <w:iCs/>
          <w:color w:val="000000" w:themeColor="text1"/>
          <w:sz w:val="21"/>
          <w:szCs w:val="21"/>
        </w:rPr>
        <w:t>39520000-3 - Готові текстильні вироби</w:t>
      </w:r>
      <w:r w:rsidRPr="00D555E5">
        <w:rPr>
          <w:b/>
          <w:bCs/>
          <w:iCs/>
          <w:color w:val="000000" w:themeColor="text1"/>
          <w:sz w:val="21"/>
          <w:szCs w:val="21"/>
        </w:rPr>
        <w:t xml:space="preserve"> (</w:t>
      </w:r>
      <w:r>
        <w:rPr>
          <w:b/>
          <w:bCs/>
          <w:iCs/>
          <w:color w:val="000000" w:themeColor="text1"/>
          <w:sz w:val="21"/>
          <w:szCs w:val="21"/>
        </w:rPr>
        <w:t xml:space="preserve">Ганчірки для прибирання </w:t>
      </w:r>
      <w:r w:rsidRPr="00D555E5">
        <w:rPr>
          <w:b/>
          <w:bCs/>
          <w:iCs/>
          <w:color w:val="000000" w:themeColor="text1"/>
          <w:sz w:val="21"/>
          <w:szCs w:val="21"/>
        </w:rPr>
        <w:t xml:space="preserve">– код ДК 021:2015 – </w:t>
      </w:r>
      <w:r w:rsidRPr="00B7648F">
        <w:rPr>
          <w:b/>
          <w:bCs/>
          <w:iCs/>
          <w:color w:val="000000" w:themeColor="text1"/>
          <w:sz w:val="21"/>
          <w:szCs w:val="21"/>
        </w:rPr>
        <w:t>39525800-6 - Ганчірки для прибирання</w:t>
      </w:r>
      <w:r w:rsidRPr="00D555E5">
        <w:rPr>
          <w:b/>
          <w:bCs/>
          <w:iCs/>
          <w:color w:val="000000" w:themeColor="text1"/>
          <w:sz w:val="21"/>
          <w:szCs w:val="21"/>
        </w:rPr>
        <w:t>)</w:t>
      </w:r>
    </w:p>
    <w:p w14:paraId="7924B8C5" w14:textId="77777777" w:rsidR="00C73F4D" w:rsidRDefault="00C73F4D" w:rsidP="00C73F4D">
      <w:pPr>
        <w:pBdr>
          <w:top w:val="nil"/>
          <w:left w:val="nil"/>
          <w:bottom w:val="nil"/>
          <w:right w:val="nil"/>
          <w:between w:val="nil"/>
        </w:pBdr>
        <w:jc w:val="center"/>
        <w:rPr>
          <w:b/>
          <w:bCs/>
          <w:iCs/>
          <w:color w:val="000000" w:themeColor="text1"/>
          <w:sz w:val="21"/>
          <w:szCs w:val="21"/>
        </w:rPr>
      </w:pPr>
    </w:p>
    <w:p w14:paraId="24C8AE0E" w14:textId="2A542539" w:rsidR="00C73F4D" w:rsidRPr="00B6757E" w:rsidRDefault="00C73F4D" w:rsidP="00C73F4D">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41CA1EBC" w14:textId="77777777" w:rsidR="00C73F4D" w:rsidRDefault="00C73F4D" w:rsidP="00C73F4D">
      <w:pPr>
        <w:jc w:val="both"/>
        <w:rPr>
          <w:b/>
          <w:i/>
          <w:sz w:val="21"/>
          <w:szCs w:val="21"/>
          <w:highlight w:val="yellow"/>
        </w:rPr>
      </w:pPr>
    </w:p>
    <w:tbl>
      <w:tblPr>
        <w:tblStyle w:val="a9"/>
        <w:tblW w:w="0" w:type="auto"/>
        <w:jc w:val="center"/>
        <w:tblLook w:val="04A0" w:firstRow="1" w:lastRow="0" w:firstColumn="1" w:lastColumn="0" w:noHBand="0" w:noVBand="1"/>
      </w:tblPr>
      <w:tblGrid>
        <w:gridCol w:w="428"/>
        <w:gridCol w:w="2403"/>
        <w:gridCol w:w="4652"/>
        <w:gridCol w:w="876"/>
        <w:gridCol w:w="986"/>
      </w:tblGrid>
      <w:tr w:rsidR="00C73F4D" w14:paraId="545D7EE4" w14:textId="77777777" w:rsidTr="00081D0A">
        <w:trPr>
          <w:jc w:val="center"/>
        </w:trPr>
        <w:tc>
          <w:tcPr>
            <w:tcW w:w="428" w:type="dxa"/>
            <w:vAlign w:val="center"/>
          </w:tcPr>
          <w:p w14:paraId="0209EF5D" w14:textId="77777777" w:rsidR="00C73F4D" w:rsidRPr="00B6757E" w:rsidRDefault="00C73F4D" w:rsidP="000676F4">
            <w:pPr>
              <w:jc w:val="center"/>
              <w:outlineLvl w:val="0"/>
              <w:rPr>
                <w:b/>
                <w:sz w:val="21"/>
                <w:szCs w:val="21"/>
              </w:rPr>
            </w:pPr>
            <w:bookmarkStart w:id="3" w:name="_Hlk233729533"/>
            <w:r w:rsidRPr="00B6757E">
              <w:rPr>
                <w:b/>
                <w:sz w:val="21"/>
                <w:szCs w:val="21"/>
              </w:rPr>
              <w:t>№</w:t>
            </w:r>
          </w:p>
        </w:tc>
        <w:tc>
          <w:tcPr>
            <w:tcW w:w="2403" w:type="dxa"/>
            <w:vAlign w:val="center"/>
          </w:tcPr>
          <w:p w14:paraId="523066D3" w14:textId="77777777" w:rsidR="00C73F4D" w:rsidRPr="00B6757E" w:rsidRDefault="00C73F4D" w:rsidP="000676F4">
            <w:pPr>
              <w:jc w:val="center"/>
              <w:outlineLvl w:val="0"/>
              <w:rPr>
                <w:b/>
                <w:sz w:val="21"/>
                <w:szCs w:val="21"/>
              </w:rPr>
            </w:pPr>
            <w:r w:rsidRPr="00B6757E">
              <w:rPr>
                <w:b/>
                <w:sz w:val="21"/>
                <w:szCs w:val="21"/>
              </w:rPr>
              <w:t>Найменування</w:t>
            </w:r>
          </w:p>
        </w:tc>
        <w:tc>
          <w:tcPr>
            <w:tcW w:w="4652" w:type="dxa"/>
            <w:vAlign w:val="center"/>
          </w:tcPr>
          <w:p w14:paraId="25E594A8" w14:textId="2FA4BBF3" w:rsidR="00C73F4D" w:rsidRPr="00B6757E" w:rsidRDefault="00C73F4D" w:rsidP="000676F4">
            <w:pPr>
              <w:jc w:val="center"/>
              <w:outlineLvl w:val="0"/>
              <w:rPr>
                <w:b/>
                <w:sz w:val="21"/>
                <w:szCs w:val="21"/>
              </w:rPr>
            </w:pPr>
            <w:r>
              <w:rPr>
                <w:b/>
                <w:sz w:val="21"/>
                <w:szCs w:val="21"/>
              </w:rPr>
              <w:t>Опис</w:t>
            </w:r>
          </w:p>
        </w:tc>
        <w:tc>
          <w:tcPr>
            <w:tcW w:w="876" w:type="dxa"/>
            <w:vAlign w:val="center"/>
          </w:tcPr>
          <w:p w14:paraId="7384C001" w14:textId="77777777" w:rsidR="00C73F4D" w:rsidRPr="00B6757E" w:rsidRDefault="00C73F4D" w:rsidP="000676F4">
            <w:pPr>
              <w:jc w:val="center"/>
              <w:outlineLvl w:val="0"/>
              <w:rPr>
                <w:b/>
                <w:sz w:val="21"/>
                <w:szCs w:val="21"/>
              </w:rPr>
            </w:pPr>
            <w:r>
              <w:rPr>
                <w:b/>
                <w:sz w:val="21"/>
                <w:szCs w:val="21"/>
              </w:rPr>
              <w:t>Од. виміру</w:t>
            </w:r>
          </w:p>
        </w:tc>
        <w:tc>
          <w:tcPr>
            <w:tcW w:w="986" w:type="dxa"/>
            <w:vAlign w:val="center"/>
          </w:tcPr>
          <w:p w14:paraId="46C6D170" w14:textId="77777777" w:rsidR="00C73F4D" w:rsidRPr="00B6757E" w:rsidRDefault="00C73F4D" w:rsidP="000676F4">
            <w:pPr>
              <w:jc w:val="center"/>
              <w:outlineLvl w:val="0"/>
              <w:rPr>
                <w:b/>
                <w:sz w:val="21"/>
                <w:szCs w:val="21"/>
              </w:rPr>
            </w:pPr>
            <w:r>
              <w:rPr>
                <w:b/>
                <w:sz w:val="21"/>
                <w:szCs w:val="21"/>
              </w:rPr>
              <w:t>К-сть</w:t>
            </w:r>
          </w:p>
        </w:tc>
      </w:tr>
      <w:tr w:rsidR="00C73F4D" w14:paraId="33774021" w14:textId="77777777" w:rsidTr="00081D0A">
        <w:trPr>
          <w:jc w:val="center"/>
        </w:trPr>
        <w:tc>
          <w:tcPr>
            <w:tcW w:w="428" w:type="dxa"/>
            <w:vAlign w:val="center"/>
          </w:tcPr>
          <w:p w14:paraId="21D9DC6D" w14:textId="77777777" w:rsidR="00C73F4D" w:rsidRPr="00C73F4D" w:rsidRDefault="00C73F4D" w:rsidP="00C73F4D">
            <w:pPr>
              <w:jc w:val="center"/>
              <w:outlineLvl w:val="0"/>
              <w:rPr>
                <w:sz w:val="21"/>
                <w:szCs w:val="21"/>
              </w:rPr>
            </w:pPr>
            <w:r w:rsidRPr="00C73F4D">
              <w:rPr>
                <w:sz w:val="21"/>
                <w:szCs w:val="21"/>
              </w:rPr>
              <w:t>1</w:t>
            </w:r>
          </w:p>
        </w:tc>
        <w:tc>
          <w:tcPr>
            <w:tcW w:w="2403" w:type="dxa"/>
            <w:vAlign w:val="center"/>
          </w:tcPr>
          <w:p w14:paraId="3DEA1525" w14:textId="3EF62B59" w:rsidR="00C73F4D" w:rsidRPr="00C73F4D" w:rsidRDefault="00081D0A" w:rsidP="00C73F4D">
            <w:pPr>
              <w:jc w:val="center"/>
              <w:outlineLvl w:val="0"/>
              <w:rPr>
                <w:sz w:val="21"/>
                <w:szCs w:val="21"/>
              </w:rPr>
            </w:pPr>
            <w:r w:rsidRPr="00081D0A">
              <w:rPr>
                <w:sz w:val="21"/>
                <w:szCs w:val="21"/>
              </w:rPr>
              <w:t>Серветка для прибирання червоного кольору</w:t>
            </w:r>
          </w:p>
        </w:tc>
        <w:tc>
          <w:tcPr>
            <w:tcW w:w="4652" w:type="dxa"/>
            <w:vAlign w:val="center"/>
          </w:tcPr>
          <w:p w14:paraId="787DA0FA" w14:textId="77777777" w:rsidR="00081D0A" w:rsidRPr="00081D0A" w:rsidRDefault="00081D0A" w:rsidP="00081D0A">
            <w:pPr>
              <w:jc w:val="both"/>
              <w:outlineLvl w:val="0"/>
              <w:rPr>
                <w:sz w:val="21"/>
                <w:szCs w:val="21"/>
              </w:rPr>
            </w:pPr>
            <w:r w:rsidRPr="00081D0A">
              <w:rPr>
                <w:sz w:val="21"/>
                <w:szCs w:val="21"/>
              </w:rPr>
              <w:t xml:space="preserve">•  Серветка повинна забезпечувати ефективне очищення та </w:t>
            </w:r>
            <w:proofErr w:type="spellStart"/>
            <w:r w:rsidRPr="00081D0A">
              <w:rPr>
                <w:sz w:val="21"/>
                <w:szCs w:val="21"/>
              </w:rPr>
              <w:t>дезинфекцію</w:t>
            </w:r>
            <w:proofErr w:type="spellEnd"/>
            <w:r w:rsidRPr="00081D0A">
              <w:rPr>
                <w:sz w:val="21"/>
                <w:szCs w:val="21"/>
              </w:rPr>
              <w:t xml:space="preserve">  поверхонь .</w:t>
            </w:r>
          </w:p>
          <w:p w14:paraId="06959A06" w14:textId="1FB96C65" w:rsidR="00081D0A" w:rsidRPr="00081D0A" w:rsidRDefault="00081D0A" w:rsidP="00081D0A">
            <w:pPr>
              <w:jc w:val="both"/>
              <w:outlineLvl w:val="0"/>
              <w:rPr>
                <w:sz w:val="21"/>
                <w:szCs w:val="21"/>
              </w:rPr>
            </w:pPr>
            <w:r w:rsidRPr="00081D0A">
              <w:rPr>
                <w:sz w:val="21"/>
                <w:szCs w:val="21"/>
              </w:rPr>
              <w:t xml:space="preserve">•  Серветка повинна бути виготовлена з високоякісної </w:t>
            </w:r>
            <w:proofErr w:type="spellStart"/>
            <w:r w:rsidRPr="00081D0A">
              <w:rPr>
                <w:sz w:val="21"/>
                <w:szCs w:val="21"/>
              </w:rPr>
              <w:t>мікрофібри</w:t>
            </w:r>
            <w:proofErr w:type="spellEnd"/>
            <w:r w:rsidRPr="00081D0A">
              <w:rPr>
                <w:sz w:val="21"/>
                <w:szCs w:val="21"/>
              </w:rPr>
              <w:t xml:space="preserve"> (</w:t>
            </w:r>
            <w:proofErr w:type="spellStart"/>
            <w:r w:rsidRPr="00081D0A">
              <w:rPr>
                <w:sz w:val="21"/>
                <w:szCs w:val="21"/>
              </w:rPr>
              <w:t>поліестер</w:t>
            </w:r>
            <w:proofErr w:type="spellEnd"/>
            <w:r w:rsidRPr="00081D0A">
              <w:rPr>
                <w:sz w:val="21"/>
                <w:szCs w:val="21"/>
              </w:rPr>
              <w:t>/</w:t>
            </w:r>
            <w:r w:rsidR="00B7648F">
              <w:rPr>
                <w:sz w:val="21"/>
                <w:szCs w:val="21"/>
              </w:rPr>
              <w:t xml:space="preserve"> </w:t>
            </w:r>
            <w:proofErr w:type="spellStart"/>
            <w:r w:rsidRPr="00081D0A">
              <w:rPr>
                <w:sz w:val="21"/>
                <w:szCs w:val="21"/>
              </w:rPr>
              <w:t>мікроволокно</w:t>
            </w:r>
            <w:proofErr w:type="spellEnd"/>
            <w:r w:rsidRPr="00081D0A">
              <w:rPr>
                <w:sz w:val="21"/>
                <w:szCs w:val="21"/>
              </w:rPr>
              <w:t xml:space="preserve">), що забезпечує ефективне механічне видалення пилу, бруду, органічних, біологічних  забруднень  без пошкодження поверхонь. </w:t>
            </w:r>
          </w:p>
          <w:p w14:paraId="34428DC1" w14:textId="77777777" w:rsidR="00081D0A" w:rsidRPr="00081D0A" w:rsidRDefault="00081D0A" w:rsidP="00081D0A">
            <w:pPr>
              <w:jc w:val="both"/>
              <w:outlineLvl w:val="0"/>
              <w:rPr>
                <w:sz w:val="21"/>
                <w:szCs w:val="21"/>
              </w:rPr>
            </w:pPr>
            <w:r w:rsidRPr="00081D0A">
              <w:rPr>
                <w:sz w:val="21"/>
                <w:szCs w:val="21"/>
              </w:rPr>
              <w:t>•  Розмір серветки – не менше 32 × 32 см..</w:t>
            </w:r>
          </w:p>
          <w:p w14:paraId="7844FA14" w14:textId="77777777" w:rsidR="00081D0A" w:rsidRPr="00081D0A" w:rsidRDefault="00081D0A" w:rsidP="00081D0A">
            <w:pPr>
              <w:jc w:val="both"/>
              <w:outlineLvl w:val="0"/>
              <w:rPr>
                <w:sz w:val="21"/>
                <w:szCs w:val="21"/>
              </w:rPr>
            </w:pPr>
            <w:r w:rsidRPr="00081D0A">
              <w:rPr>
                <w:sz w:val="21"/>
                <w:szCs w:val="21"/>
              </w:rPr>
              <w:t xml:space="preserve">•  Серветка повинна бути багаторазового використання та витримувати не менше 500 циклів машинного прання при температурі до 95 °С без суттєвої втрати експлуатаційних властивостей. </w:t>
            </w:r>
          </w:p>
          <w:p w14:paraId="093AD0B9" w14:textId="77777777" w:rsidR="00081D0A" w:rsidRPr="00081D0A" w:rsidRDefault="00081D0A" w:rsidP="00081D0A">
            <w:pPr>
              <w:jc w:val="both"/>
              <w:outlineLvl w:val="0"/>
              <w:rPr>
                <w:sz w:val="21"/>
                <w:szCs w:val="21"/>
              </w:rPr>
            </w:pPr>
            <w:r w:rsidRPr="00081D0A">
              <w:rPr>
                <w:sz w:val="21"/>
                <w:szCs w:val="21"/>
              </w:rPr>
              <w:t xml:space="preserve">•  Серветка повинна бути придатною для машинного прання та сушіння при температурі не менше  60 °С. </w:t>
            </w:r>
          </w:p>
          <w:p w14:paraId="3065FBA3" w14:textId="77777777" w:rsidR="00081D0A" w:rsidRPr="00081D0A" w:rsidRDefault="00081D0A" w:rsidP="00081D0A">
            <w:pPr>
              <w:jc w:val="both"/>
              <w:outlineLvl w:val="0"/>
              <w:rPr>
                <w:sz w:val="21"/>
                <w:szCs w:val="21"/>
              </w:rPr>
            </w:pPr>
            <w:r w:rsidRPr="00081D0A">
              <w:rPr>
                <w:sz w:val="21"/>
                <w:szCs w:val="21"/>
              </w:rPr>
              <w:t xml:space="preserve">•  Матеріал серветки повинен бути стійким до багаторазової обробки мийними та дезінфекційними засобами. </w:t>
            </w:r>
          </w:p>
          <w:p w14:paraId="5373590E" w14:textId="77777777" w:rsidR="00081D0A" w:rsidRPr="00081D0A" w:rsidRDefault="00081D0A" w:rsidP="00081D0A">
            <w:pPr>
              <w:jc w:val="both"/>
              <w:outlineLvl w:val="0"/>
              <w:rPr>
                <w:sz w:val="21"/>
                <w:szCs w:val="21"/>
              </w:rPr>
            </w:pPr>
            <w:r w:rsidRPr="00081D0A">
              <w:rPr>
                <w:sz w:val="21"/>
                <w:szCs w:val="21"/>
              </w:rPr>
              <w:t xml:space="preserve">•  Серветка не повинна залишати ворсинок, розводів і подряпин на поверхнях, у тому числі на скляних, дзеркальних та хромованих. </w:t>
            </w:r>
          </w:p>
          <w:p w14:paraId="56B81A23" w14:textId="0B2C5ACF" w:rsidR="0045036C" w:rsidRPr="00C73F4D" w:rsidRDefault="00081D0A" w:rsidP="00081D0A">
            <w:pPr>
              <w:jc w:val="both"/>
              <w:outlineLvl w:val="0"/>
              <w:rPr>
                <w:sz w:val="21"/>
                <w:szCs w:val="21"/>
              </w:rPr>
            </w:pPr>
            <w:r w:rsidRPr="00081D0A">
              <w:rPr>
                <w:sz w:val="21"/>
                <w:szCs w:val="21"/>
              </w:rPr>
              <w:t>•  Колір серветки – червоний.</w:t>
            </w:r>
          </w:p>
        </w:tc>
        <w:tc>
          <w:tcPr>
            <w:tcW w:w="876" w:type="dxa"/>
            <w:vAlign w:val="center"/>
          </w:tcPr>
          <w:p w14:paraId="6FCFA78C" w14:textId="2DBF2D38" w:rsidR="00C73F4D" w:rsidRPr="00C73F4D" w:rsidRDefault="00081D0A" w:rsidP="00C73F4D">
            <w:pPr>
              <w:jc w:val="center"/>
              <w:outlineLvl w:val="0"/>
              <w:rPr>
                <w:sz w:val="21"/>
                <w:szCs w:val="21"/>
              </w:rPr>
            </w:pPr>
            <w:proofErr w:type="spellStart"/>
            <w:r>
              <w:rPr>
                <w:sz w:val="21"/>
                <w:szCs w:val="21"/>
              </w:rPr>
              <w:t>шт</w:t>
            </w:r>
            <w:proofErr w:type="spellEnd"/>
          </w:p>
        </w:tc>
        <w:tc>
          <w:tcPr>
            <w:tcW w:w="986" w:type="dxa"/>
            <w:vAlign w:val="center"/>
          </w:tcPr>
          <w:p w14:paraId="0C5BA936" w14:textId="2725CE4F" w:rsidR="00C73F4D" w:rsidRPr="00C73F4D" w:rsidRDefault="00081D0A" w:rsidP="00C73F4D">
            <w:pPr>
              <w:jc w:val="center"/>
              <w:outlineLvl w:val="0"/>
              <w:rPr>
                <w:sz w:val="21"/>
                <w:szCs w:val="21"/>
              </w:rPr>
            </w:pPr>
            <w:r>
              <w:rPr>
                <w:sz w:val="21"/>
                <w:szCs w:val="21"/>
              </w:rPr>
              <w:t>1</w:t>
            </w:r>
            <w:r w:rsidR="00802709">
              <w:rPr>
                <w:sz w:val="21"/>
                <w:szCs w:val="21"/>
              </w:rPr>
              <w:t xml:space="preserve"> </w:t>
            </w:r>
            <w:r>
              <w:rPr>
                <w:sz w:val="21"/>
                <w:szCs w:val="21"/>
              </w:rPr>
              <w:t>978</w:t>
            </w:r>
          </w:p>
        </w:tc>
      </w:tr>
      <w:tr w:rsidR="00081D0A" w14:paraId="4BF67132" w14:textId="77777777" w:rsidTr="00081D0A">
        <w:trPr>
          <w:jc w:val="center"/>
        </w:trPr>
        <w:tc>
          <w:tcPr>
            <w:tcW w:w="428" w:type="dxa"/>
            <w:vAlign w:val="center"/>
          </w:tcPr>
          <w:p w14:paraId="1C55BEDF" w14:textId="452A2F0E" w:rsidR="00081D0A" w:rsidRPr="00C73F4D" w:rsidRDefault="00081D0A" w:rsidP="00C73F4D">
            <w:pPr>
              <w:jc w:val="center"/>
              <w:outlineLvl w:val="0"/>
              <w:rPr>
                <w:sz w:val="21"/>
                <w:szCs w:val="21"/>
              </w:rPr>
            </w:pPr>
            <w:r>
              <w:rPr>
                <w:sz w:val="21"/>
                <w:szCs w:val="21"/>
              </w:rPr>
              <w:t>2</w:t>
            </w:r>
          </w:p>
        </w:tc>
        <w:tc>
          <w:tcPr>
            <w:tcW w:w="2403" w:type="dxa"/>
            <w:vAlign w:val="center"/>
          </w:tcPr>
          <w:p w14:paraId="20883C8B" w14:textId="276A19F9" w:rsidR="00081D0A" w:rsidRPr="00C73F4D" w:rsidRDefault="00081D0A" w:rsidP="00C73F4D">
            <w:pPr>
              <w:jc w:val="center"/>
              <w:outlineLvl w:val="0"/>
              <w:rPr>
                <w:sz w:val="21"/>
                <w:szCs w:val="21"/>
              </w:rPr>
            </w:pPr>
            <w:r w:rsidRPr="00081D0A">
              <w:rPr>
                <w:sz w:val="21"/>
                <w:szCs w:val="21"/>
              </w:rPr>
              <w:t>Серветка для прибирання жовтого кольору</w:t>
            </w:r>
          </w:p>
        </w:tc>
        <w:tc>
          <w:tcPr>
            <w:tcW w:w="4652" w:type="dxa"/>
            <w:vAlign w:val="center"/>
          </w:tcPr>
          <w:p w14:paraId="64BE9191" w14:textId="77777777" w:rsidR="00081D0A" w:rsidRPr="00081D0A" w:rsidRDefault="00081D0A" w:rsidP="00081D0A">
            <w:pPr>
              <w:jc w:val="both"/>
              <w:outlineLvl w:val="0"/>
              <w:rPr>
                <w:sz w:val="21"/>
                <w:szCs w:val="21"/>
              </w:rPr>
            </w:pPr>
            <w:r w:rsidRPr="00081D0A">
              <w:rPr>
                <w:sz w:val="21"/>
                <w:szCs w:val="21"/>
              </w:rPr>
              <w:t xml:space="preserve">•  Серветка повинна забезпечувати ефективне очищення та </w:t>
            </w:r>
            <w:proofErr w:type="spellStart"/>
            <w:r w:rsidRPr="00081D0A">
              <w:rPr>
                <w:sz w:val="21"/>
                <w:szCs w:val="21"/>
              </w:rPr>
              <w:t>дезинфекцію</w:t>
            </w:r>
            <w:proofErr w:type="spellEnd"/>
            <w:r w:rsidRPr="00081D0A">
              <w:rPr>
                <w:sz w:val="21"/>
                <w:szCs w:val="21"/>
              </w:rPr>
              <w:t xml:space="preserve">  поверхонь .</w:t>
            </w:r>
          </w:p>
          <w:p w14:paraId="7DE35598" w14:textId="27802CC5" w:rsidR="00081D0A" w:rsidRPr="00081D0A" w:rsidRDefault="00081D0A" w:rsidP="00081D0A">
            <w:pPr>
              <w:jc w:val="both"/>
              <w:outlineLvl w:val="0"/>
              <w:rPr>
                <w:sz w:val="21"/>
                <w:szCs w:val="21"/>
              </w:rPr>
            </w:pPr>
            <w:r w:rsidRPr="00081D0A">
              <w:rPr>
                <w:sz w:val="21"/>
                <w:szCs w:val="21"/>
              </w:rPr>
              <w:t xml:space="preserve">•  Серветка повинна бути виготовлена з високоякісної </w:t>
            </w:r>
            <w:proofErr w:type="spellStart"/>
            <w:r w:rsidRPr="00081D0A">
              <w:rPr>
                <w:sz w:val="21"/>
                <w:szCs w:val="21"/>
              </w:rPr>
              <w:t>мікрофібри</w:t>
            </w:r>
            <w:proofErr w:type="spellEnd"/>
            <w:r w:rsidRPr="00081D0A">
              <w:rPr>
                <w:sz w:val="21"/>
                <w:szCs w:val="21"/>
              </w:rPr>
              <w:t xml:space="preserve"> (</w:t>
            </w:r>
            <w:proofErr w:type="spellStart"/>
            <w:r w:rsidRPr="00081D0A">
              <w:rPr>
                <w:sz w:val="21"/>
                <w:szCs w:val="21"/>
              </w:rPr>
              <w:t>поліестер</w:t>
            </w:r>
            <w:proofErr w:type="spellEnd"/>
            <w:r w:rsidRPr="00081D0A">
              <w:rPr>
                <w:sz w:val="21"/>
                <w:szCs w:val="21"/>
              </w:rPr>
              <w:t>/</w:t>
            </w:r>
            <w:r w:rsidR="00B7648F">
              <w:rPr>
                <w:sz w:val="21"/>
                <w:szCs w:val="21"/>
              </w:rPr>
              <w:t xml:space="preserve"> </w:t>
            </w:r>
            <w:proofErr w:type="spellStart"/>
            <w:r w:rsidRPr="00081D0A">
              <w:rPr>
                <w:sz w:val="21"/>
                <w:szCs w:val="21"/>
              </w:rPr>
              <w:t>мікроволокно</w:t>
            </w:r>
            <w:proofErr w:type="spellEnd"/>
            <w:r w:rsidRPr="00081D0A">
              <w:rPr>
                <w:sz w:val="21"/>
                <w:szCs w:val="21"/>
              </w:rPr>
              <w:t xml:space="preserve">), що забезпечує ефективне механічне видалення пилу, бруду, органічних, біологічних  забруднень  без пошкодження поверхонь. </w:t>
            </w:r>
          </w:p>
          <w:p w14:paraId="155793F8" w14:textId="77777777" w:rsidR="00081D0A" w:rsidRPr="00081D0A" w:rsidRDefault="00081D0A" w:rsidP="00081D0A">
            <w:pPr>
              <w:jc w:val="both"/>
              <w:outlineLvl w:val="0"/>
              <w:rPr>
                <w:sz w:val="21"/>
                <w:szCs w:val="21"/>
              </w:rPr>
            </w:pPr>
            <w:r w:rsidRPr="00081D0A">
              <w:rPr>
                <w:sz w:val="21"/>
                <w:szCs w:val="21"/>
              </w:rPr>
              <w:t>•  Розмір серветки – не менше 32 × 32 см..</w:t>
            </w:r>
          </w:p>
          <w:p w14:paraId="5BD44C5C" w14:textId="77777777" w:rsidR="00081D0A" w:rsidRPr="00081D0A" w:rsidRDefault="00081D0A" w:rsidP="00081D0A">
            <w:pPr>
              <w:jc w:val="both"/>
              <w:outlineLvl w:val="0"/>
              <w:rPr>
                <w:sz w:val="21"/>
                <w:szCs w:val="21"/>
              </w:rPr>
            </w:pPr>
            <w:r w:rsidRPr="00081D0A">
              <w:rPr>
                <w:sz w:val="21"/>
                <w:szCs w:val="21"/>
              </w:rPr>
              <w:lastRenderedPageBreak/>
              <w:t xml:space="preserve">•  Серветка повинна бути багаторазового використання та витримувати не менше 500 циклів машинного прання при температурі до 95 °С без суттєвої втрати експлуатаційних властивостей. </w:t>
            </w:r>
          </w:p>
          <w:p w14:paraId="7A825942" w14:textId="77777777" w:rsidR="00081D0A" w:rsidRPr="00081D0A" w:rsidRDefault="00081D0A" w:rsidP="00081D0A">
            <w:pPr>
              <w:jc w:val="both"/>
              <w:outlineLvl w:val="0"/>
              <w:rPr>
                <w:sz w:val="21"/>
                <w:szCs w:val="21"/>
              </w:rPr>
            </w:pPr>
            <w:r w:rsidRPr="00081D0A">
              <w:rPr>
                <w:sz w:val="21"/>
                <w:szCs w:val="21"/>
              </w:rPr>
              <w:t xml:space="preserve">•  Серветка повинна бути придатною для машинного прання та сушіння при температурі не менше  60 °С. </w:t>
            </w:r>
          </w:p>
          <w:p w14:paraId="75A73222" w14:textId="77777777" w:rsidR="00081D0A" w:rsidRPr="00081D0A" w:rsidRDefault="00081D0A" w:rsidP="00081D0A">
            <w:pPr>
              <w:jc w:val="both"/>
              <w:outlineLvl w:val="0"/>
              <w:rPr>
                <w:sz w:val="21"/>
                <w:szCs w:val="21"/>
              </w:rPr>
            </w:pPr>
            <w:r w:rsidRPr="00081D0A">
              <w:rPr>
                <w:sz w:val="21"/>
                <w:szCs w:val="21"/>
              </w:rPr>
              <w:t xml:space="preserve">•  Матеріал серветки повинен бути стійким до багаторазової обробки мийними та дезінфекційними засобами. </w:t>
            </w:r>
          </w:p>
          <w:p w14:paraId="2A3B379E" w14:textId="77777777" w:rsidR="00081D0A" w:rsidRPr="00081D0A" w:rsidRDefault="00081D0A" w:rsidP="00081D0A">
            <w:pPr>
              <w:jc w:val="both"/>
              <w:outlineLvl w:val="0"/>
              <w:rPr>
                <w:sz w:val="21"/>
                <w:szCs w:val="21"/>
              </w:rPr>
            </w:pPr>
            <w:r w:rsidRPr="00081D0A">
              <w:rPr>
                <w:sz w:val="21"/>
                <w:szCs w:val="21"/>
              </w:rPr>
              <w:t xml:space="preserve">•  Серветка не повинна залишати ворсинок, розводів і подряпин на поверхнях, у тому числі на скляних, дзеркальних та хромованих. </w:t>
            </w:r>
          </w:p>
          <w:p w14:paraId="25875792" w14:textId="3CD16637" w:rsidR="00081D0A" w:rsidRPr="00C73F4D" w:rsidRDefault="00081D0A" w:rsidP="00081D0A">
            <w:pPr>
              <w:jc w:val="both"/>
              <w:outlineLvl w:val="0"/>
              <w:rPr>
                <w:sz w:val="21"/>
                <w:szCs w:val="21"/>
              </w:rPr>
            </w:pPr>
            <w:r w:rsidRPr="00081D0A">
              <w:rPr>
                <w:sz w:val="21"/>
                <w:szCs w:val="21"/>
              </w:rPr>
              <w:t>•  Колір серветки – жовтий.</w:t>
            </w:r>
          </w:p>
        </w:tc>
        <w:tc>
          <w:tcPr>
            <w:tcW w:w="876" w:type="dxa"/>
            <w:vAlign w:val="center"/>
          </w:tcPr>
          <w:p w14:paraId="543742EC" w14:textId="2080B3C4" w:rsidR="00081D0A" w:rsidRPr="00C73F4D" w:rsidRDefault="00081D0A" w:rsidP="00C73F4D">
            <w:pPr>
              <w:jc w:val="center"/>
              <w:outlineLvl w:val="0"/>
              <w:rPr>
                <w:sz w:val="21"/>
                <w:szCs w:val="21"/>
              </w:rPr>
            </w:pPr>
            <w:proofErr w:type="spellStart"/>
            <w:r>
              <w:rPr>
                <w:sz w:val="21"/>
                <w:szCs w:val="21"/>
              </w:rPr>
              <w:lastRenderedPageBreak/>
              <w:t>шт</w:t>
            </w:r>
            <w:proofErr w:type="spellEnd"/>
          </w:p>
        </w:tc>
        <w:tc>
          <w:tcPr>
            <w:tcW w:w="986" w:type="dxa"/>
            <w:vAlign w:val="center"/>
          </w:tcPr>
          <w:p w14:paraId="670F2B21" w14:textId="7068766D" w:rsidR="00081D0A" w:rsidRPr="00C73F4D" w:rsidRDefault="00081D0A" w:rsidP="00C73F4D">
            <w:pPr>
              <w:jc w:val="center"/>
              <w:outlineLvl w:val="0"/>
              <w:rPr>
                <w:sz w:val="21"/>
                <w:szCs w:val="21"/>
              </w:rPr>
            </w:pPr>
            <w:r>
              <w:rPr>
                <w:sz w:val="21"/>
                <w:szCs w:val="21"/>
              </w:rPr>
              <w:t>2</w:t>
            </w:r>
            <w:r w:rsidR="00802709">
              <w:rPr>
                <w:sz w:val="21"/>
                <w:szCs w:val="21"/>
              </w:rPr>
              <w:t xml:space="preserve"> </w:t>
            </w:r>
            <w:r>
              <w:rPr>
                <w:sz w:val="21"/>
                <w:szCs w:val="21"/>
              </w:rPr>
              <w:t>409</w:t>
            </w:r>
          </w:p>
        </w:tc>
      </w:tr>
      <w:tr w:rsidR="00081D0A" w14:paraId="7251FFF5" w14:textId="77777777" w:rsidTr="00081D0A">
        <w:trPr>
          <w:jc w:val="center"/>
        </w:trPr>
        <w:tc>
          <w:tcPr>
            <w:tcW w:w="428" w:type="dxa"/>
            <w:vAlign w:val="center"/>
          </w:tcPr>
          <w:p w14:paraId="1BB78415" w14:textId="7E5C046C" w:rsidR="00081D0A" w:rsidRPr="00C73F4D" w:rsidRDefault="00081D0A" w:rsidP="00C73F4D">
            <w:pPr>
              <w:jc w:val="center"/>
              <w:outlineLvl w:val="0"/>
              <w:rPr>
                <w:sz w:val="21"/>
                <w:szCs w:val="21"/>
              </w:rPr>
            </w:pPr>
            <w:r>
              <w:rPr>
                <w:sz w:val="21"/>
                <w:szCs w:val="21"/>
              </w:rPr>
              <w:t>3</w:t>
            </w:r>
          </w:p>
        </w:tc>
        <w:tc>
          <w:tcPr>
            <w:tcW w:w="2403" w:type="dxa"/>
            <w:vAlign w:val="center"/>
          </w:tcPr>
          <w:p w14:paraId="6A52C742" w14:textId="496E7C38" w:rsidR="00081D0A" w:rsidRPr="00C73F4D" w:rsidRDefault="00081D0A" w:rsidP="00C73F4D">
            <w:pPr>
              <w:jc w:val="center"/>
              <w:outlineLvl w:val="0"/>
              <w:rPr>
                <w:sz w:val="21"/>
                <w:szCs w:val="21"/>
              </w:rPr>
            </w:pPr>
            <w:r w:rsidRPr="00081D0A">
              <w:rPr>
                <w:sz w:val="21"/>
                <w:szCs w:val="21"/>
              </w:rPr>
              <w:t>Серветка для прибирання зеленого  кольору</w:t>
            </w:r>
          </w:p>
        </w:tc>
        <w:tc>
          <w:tcPr>
            <w:tcW w:w="4652" w:type="dxa"/>
            <w:vAlign w:val="center"/>
          </w:tcPr>
          <w:p w14:paraId="1AD442CA" w14:textId="77777777" w:rsidR="00081D0A" w:rsidRPr="00081D0A" w:rsidRDefault="00081D0A" w:rsidP="00081D0A">
            <w:pPr>
              <w:jc w:val="both"/>
              <w:outlineLvl w:val="0"/>
              <w:rPr>
                <w:sz w:val="21"/>
                <w:szCs w:val="21"/>
              </w:rPr>
            </w:pPr>
            <w:r w:rsidRPr="00081D0A">
              <w:rPr>
                <w:sz w:val="21"/>
                <w:szCs w:val="21"/>
              </w:rPr>
              <w:t xml:space="preserve">•  Серветка повинна забезпечувати ефективне очищення та </w:t>
            </w:r>
            <w:proofErr w:type="spellStart"/>
            <w:r w:rsidRPr="00081D0A">
              <w:rPr>
                <w:sz w:val="21"/>
                <w:szCs w:val="21"/>
              </w:rPr>
              <w:t>дезинфекцію</w:t>
            </w:r>
            <w:proofErr w:type="spellEnd"/>
            <w:r w:rsidRPr="00081D0A">
              <w:rPr>
                <w:sz w:val="21"/>
                <w:szCs w:val="21"/>
              </w:rPr>
              <w:t xml:space="preserve">  поверхонь .</w:t>
            </w:r>
          </w:p>
          <w:p w14:paraId="5C13031E" w14:textId="7B423F61" w:rsidR="00081D0A" w:rsidRPr="00081D0A" w:rsidRDefault="00081D0A" w:rsidP="00081D0A">
            <w:pPr>
              <w:jc w:val="both"/>
              <w:outlineLvl w:val="0"/>
              <w:rPr>
                <w:sz w:val="21"/>
                <w:szCs w:val="21"/>
              </w:rPr>
            </w:pPr>
            <w:r w:rsidRPr="00081D0A">
              <w:rPr>
                <w:sz w:val="21"/>
                <w:szCs w:val="21"/>
              </w:rPr>
              <w:t xml:space="preserve">•  Серветка повинна бути виготовлена з високоякісної </w:t>
            </w:r>
            <w:proofErr w:type="spellStart"/>
            <w:r w:rsidRPr="00081D0A">
              <w:rPr>
                <w:sz w:val="21"/>
                <w:szCs w:val="21"/>
              </w:rPr>
              <w:t>мікрофібри</w:t>
            </w:r>
            <w:proofErr w:type="spellEnd"/>
            <w:r w:rsidRPr="00081D0A">
              <w:rPr>
                <w:sz w:val="21"/>
                <w:szCs w:val="21"/>
              </w:rPr>
              <w:t xml:space="preserve"> (</w:t>
            </w:r>
            <w:proofErr w:type="spellStart"/>
            <w:r w:rsidRPr="00081D0A">
              <w:rPr>
                <w:sz w:val="21"/>
                <w:szCs w:val="21"/>
              </w:rPr>
              <w:t>поліестер</w:t>
            </w:r>
            <w:proofErr w:type="spellEnd"/>
            <w:r w:rsidRPr="00081D0A">
              <w:rPr>
                <w:sz w:val="21"/>
                <w:szCs w:val="21"/>
              </w:rPr>
              <w:t>/</w:t>
            </w:r>
            <w:r w:rsidR="00B7648F">
              <w:rPr>
                <w:sz w:val="21"/>
                <w:szCs w:val="21"/>
              </w:rPr>
              <w:t xml:space="preserve"> </w:t>
            </w:r>
            <w:proofErr w:type="spellStart"/>
            <w:r w:rsidRPr="00081D0A">
              <w:rPr>
                <w:sz w:val="21"/>
                <w:szCs w:val="21"/>
              </w:rPr>
              <w:t>мікроволокно</w:t>
            </w:r>
            <w:proofErr w:type="spellEnd"/>
            <w:r w:rsidRPr="00081D0A">
              <w:rPr>
                <w:sz w:val="21"/>
                <w:szCs w:val="21"/>
              </w:rPr>
              <w:t xml:space="preserve">), що забезпечує ефективне механічне видалення пилу, бруду, органічних, біологічних  забруднень  без пошкодження поверхонь. </w:t>
            </w:r>
          </w:p>
          <w:p w14:paraId="606B7787" w14:textId="77777777" w:rsidR="00081D0A" w:rsidRPr="00081D0A" w:rsidRDefault="00081D0A" w:rsidP="00081D0A">
            <w:pPr>
              <w:jc w:val="both"/>
              <w:outlineLvl w:val="0"/>
              <w:rPr>
                <w:sz w:val="21"/>
                <w:szCs w:val="21"/>
              </w:rPr>
            </w:pPr>
            <w:r w:rsidRPr="00081D0A">
              <w:rPr>
                <w:sz w:val="21"/>
                <w:szCs w:val="21"/>
              </w:rPr>
              <w:t>•  Розмір серветки – не менше 32 × 32 см..</w:t>
            </w:r>
          </w:p>
          <w:p w14:paraId="15D569E3" w14:textId="77777777" w:rsidR="00081D0A" w:rsidRPr="00081D0A" w:rsidRDefault="00081D0A" w:rsidP="00081D0A">
            <w:pPr>
              <w:jc w:val="both"/>
              <w:outlineLvl w:val="0"/>
              <w:rPr>
                <w:sz w:val="21"/>
                <w:szCs w:val="21"/>
              </w:rPr>
            </w:pPr>
            <w:r w:rsidRPr="00081D0A">
              <w:rPr>
                <w:sz w:val="21"/>
                <w:szCs w:val="21"/>
              </w:rPr>
              <w:t xml:space="preserve">•  Серветка повинна бути багаторазового використання та витримувати не менше 500 циклів машинного прання при температурі до 95 °С без суттєвої втрати експлуатаційних властивостей. </w:t>
            </w:r>
          </w:p>
          <w:p w14:paraId="374BD5E6" w14:textId="77777777" w:rsidR="00081D0A" w:rsidRPr="00081D0A" w:rsidRDefault="00081D0A" w:rsidP="00081D0A">
            <w:pPr>
              <w:jc w:val="both"/>
              <w:outlineLvl w:val="0"/>
              <w:rPr>
                <w:sz w:val="21"/>
                <w:szCs w:val="21"/>
              </w:rPr>
            </w:pPr>
            <w:r w:rsidRPr="00081D0A">
              <w:rPr>
                <w:sz w:val="21"/>
                <w:szCs w:val="21"/>
              </w:rPr>
              <w:t xml:space="preserve">•  Серветка повинна бути придатною для машинного прання та сушіння при температурі не менше  60 °С. </w:t>
            </w:r>
          </w:p>
          <w:p w14:paraId="7359A760" w14:textId="77777777" w:rsidR="00081D0A" w:rsidRPr="00081D0A" w:rsidRDefault="00081D0A" w:rsidP="00081D0A">
            <w:pPr>
              <w:jc w:val="both"/>
              <w:outlineLvl w:val="0"/>
              <w:rPr>
                <w:sz w:val="21"/>
                <w:szCs w:val="21"/>
              </w:rPr>
            </w:pPr>
            <w:r w:rsidRPr="00081D0A">
              <w:rPr>
                <w:sz w:val="21"/>
                <w:szCs w:val="21"/>
              </w:rPr>
              <w:t xml:space="preserve">•  Матеріал серветки повинен бути стійким до багаторазової обробки мийними та дезінфекційними засобами. </w:t>
            </w:r>
          </w:p>
          <w:p w14:paraId="51771160" w14:textId="77777777" w:rsidR="00081D0A" w:rsidRPr="00081D0A" w:rsidRDefault="00081D0A" w:rsidP="00081D0A">
            <w:pPr>
              <w:jc w:val="both"/>
              <w:outlineLvl w:val="0"/>
              <w:rPr>
                <w:sz w:val="21"/>
                <w:szCs w:val="21"/>
              </w:rPr>
            </w:pPr>
            <w:r w:rsidRPr="00081D0A">
              <w:rPr>
                <w:sz w:val="21"/>
                <w:szCs w:val="21"/>
              </w:rPr>
              <w:t xml:space="preserve">•  Серветка не повинна залишати ворсинок, розводів і подряпин на поверхнях, у тому числі на скляних, дзеркальних та хромованих. </w:t>
            </w:r>
          </w:p>
          <w:p w14:paraId="04B32092" w14:textId="5FE26152" w:rsidR="00081D0A" w:rsidRPr="00C73F4D" w:rsidRDefault="00081D0A" w:rsidP="00081D0A">
            <w:pPr>
              <w:jc w:val="both"/>
              <w:outlineLvl w:val="0"/>
              <w:rPr>
                <w:sz w:val="21"/>
                <w:szCs w:val="21"/>
              </w:rPr>
            </w:pPr>
            <w:r w:rsidRPr="00081D0A">
              <w:rPr>
                <w:sz w:val="21"/>
                <w:szCs w:val="21"/>
              </w:rPr>
              <w:t>•  Колір серветки – зелений.</w:t>
            </w:r>
          </w:p>
        </w:tc>
        <w:tc>
          <w:tcPr>
            <w:tcW w:w="876" w:type="dxa"/>
            <w:vAlign w:val="center"/>
          </w:tcPr>
          <w:p w14:paraId="66F54299" w14:textId="047D22AD" w:rsidR="00081D0A" w:rsidRPr="00C73F4D" w:rsidRDefault="00081D0A" w:rsidP="00C73F4D">
            <w:pPr>
              <w:jc w:val="center"/>
              <w:outlineLvl w:val="0"/>
              <w:rPr>
                <w:sz w:val="21"/>
                <w:szCs w:val="21"/>
              </w:rPr>
            </w:pPr>
            <w:proofErr w:type="spellStart"/>
            <w:r>
              <w:rPr>
                <w:sz w:val="21"/>
                <w:szCs w:val="21"/>
              </w:rPr>
              <w:t>шт</w:t>
            </w:r>
            <w:proofErr w:type="spellEnd"/>
          </w:p>
        </w:tc>
        <w:tc>
          <w:tcPr>
            <w:tcW w:w="986" w:type="dxa"/>
            <w:vAlign w:val="center"/>
          </w:tcPr>
          <w:p w14:paraId="6A08E54F" w14:textId="7294299B" w:rsidR="00081D0A" w:rsidRPr="00C73F4D" w:rsidRDefault="00081D0A" w:rsidP="00C73F4D">
            <w:pPr>
              <w:jc w:val="center"/>
              <w:outlineLvl w:val="0"/>
              <w:rPr>
                <w:sz w:val="21"/>
                <w:szCs w:val="21"/>
              </w:rPr>
            </w:pPr>
            <w:r>
              <w:rPr>
                <w:sz w:val="21"/>
                <w:szCs w:val="21"/>
              </w:rPr>
              <w:t>2</w:t>
            </w:r>
            <w:r w:rsidR="00802709">
              <w:rPr>
                <w:sz w:val="21"/>
                <w:szCs w:val="21"/>
              </w:rPr>
              <w:t xml:space="preserve"> </w:t>
            </w:r>
            <w:r>
              <w:rPr>
                <w:sz w:val="21"/>
                <w:szCs w:val="21"/>
              </w:rPr>
              <w:t>334</w:t>
            </w:r>
          </w:p>
        </w:tc>
      </w:tr>
      <w:tr w:rsidR="00081D0A" w14:paraId="16EE587B" w14:textId="77777777" w:rsidTr="00081D0A">
        <w:trPr>
          <w:jc w:val="center"/>
        </w:trPr>
        <w:tc>
          <w:tcPr>
            <w:tcW w:w="428" w:type="dxa"/>
            <w:vAlign w:val="center"/>
          </w:tcPr>
          <w:p w14:paraId="34ACED6F" w14:textId="2B22A95C" w:rsidR="00081D0A" w:rsidRPr="00C73F4D" w:rsidRDefault="00081D0A" w:rsidP="00C73F4D">
            <w:pPr>
              <w:jc w:val="center"/>
              <w:outlineLvl w:val="0"/>
              <w:rPr>
                <w:sz w:val="21"/>
                <w:szCs w:val="21"/>
              </w:rPr>
            </w:pPr>
            <w:r>
              <w:rPr>
                <w:sz w:val="21"/>
                <w:szCs w:val="21"/>
              </w:rPr>
              <w:t>4</w:t>
            </w:r>
          </w:p>
        </w:tc>
        <w:tc>
          <w:tcPr>
            <w:tcW w:w="2403" w:type="dxa"/>
            <w:vAlign w:val="center"/>
          </w:tcPr>
          <w:p w14:paraId="691D8294" w14:textId="4398252B" w:rsidR="00081D0A" w:rsidRPr="00C73F4D" w:rsidRDefault="00081D0A" w:rsidP="00C73F4D">
            <w:pPr>
              <w:jc w:val="center"/>
              <w:outlineLvl w:val="0"/>
              <w:rPr>
                <w:sz w:val="21"/>
                <w:szCs w:val="21"/>
              </w:rPr>
            </w:pPr>
            <w:r w:rsidRPr="00081D0A">
              <w:rPr>
                <w:sz w:val="21"/>
                <w:szCs w:val="21"/>
              </w:rPr>
              <w:t>Серветка для прибирання синього  кольору</w:t>
            </w:r>
          </w:p>
        </w:tc>
        <w:tc>
          <w:tcPr>
            <w:tcW w:w="4652" w:type="dxa"/>
            <w:vAlign w:val="center"/>
          </w:tcPr>
          <w:p w14:paraId="0A0A6B36" w14:textId="77777777" w:rsidR="00081D0A" w:rsidRPr="00081D0A" w:rsidRDefault="00081D0A" w:rsidP="00081D0A">
            <w:pPr>
              <w:jc w:val="both"/>
              <w:outlineLvl w:val="0"/>
              <w:rPr>
                <w:sz w:val="21"/>
                <w:szCs w:val="21"/>
              </w:rPr>
            </w:pPr>
            <w:r w:rsidRPr="00081D0A">
              <w:rPr>
                <w:sz w:val="21"/>
                <w:szCs w:val="21"/>
              </w:rPr>
              <w:t xml:space="preserve">•  Серветка повинна забезпечувати ефективне очищення та </w:t>
            </w:r>
            <w:proofErr w:type="spellStart"/>
            <w:r w:rsidRPr="00081D0A">
              <w:rPr>
                <w:sz w:val="21"/>
                <w:szCs w:val="21"/>
              </w:rPr>
              <w:t>дезинфекцію</w:t>
            </w:r>
            <w:proofErr w:type="spellEnd"/>
            <w:r w:rsidRPr="00081D0A">
              <w:rPr>
                <w:sz w:val="21"/>
                <w:szCs w:val="21"/>
              </w:rPr>
              <w:t xml:space="preserve">  поверхонь .</w:t>
            </w:r>
          </w:p>
          <w:p w14:paraId="4CBFAC44" w14:textId="378666D2" w:rsidR="00081D0A" w:rsidRPr="00081D0A" w:rsidRDefault="00081D0A" w:rsidP="00081D0A">
            <w:pPr>
              <w:jc w:val="both"/>
              <w:outlineLvl w:val="0"/>
              <w:rPr>
                <w:sz w:val="21"/>
                <w:szCs w:val="21"/>
              </w:rPr>
            </w:pPr>
            <w:r w:rsidRPr="00081D0A">
              <w:rPr>
                <w:sz w:val="21"/>
                <w:szCs w:val="21"/>
              </w:rPr>
              <w:t xml:space="preserve">•  Серветка повинна бути виготовлена з високоякісної </w:t>
            </w:r>
            <w:proofErr w:type="spellStart"/>
            <w:r w:rsidRPr="00081D0A">
              <w:rPr>
                <w:sz w:val="21"/>
                <w:szCs w:val="21"/>
              </w:rPr>
              <w:t>мікрофібри</w:t>
            </w:r>
            <w:proofErr w:type="spellEnd"/>
            <w:r w:rsidRPr="00081D0A">
              <w:rPr>
                <w:sz w:val="21"/>
                <w:szCs w:val="21"/>
              </w:rPr>
              <w:t xml:space="preserve"> (</w:t>
            </w:r>
            <w:proofErr w:type="spellStart"/>
            <w:r w:rsidRPr="00081D0A">
              <w:rPr>
                <w:sz w:val="21"/>
                <w:szCs w:val="21"/>
              </w:rPr>
              <w:t>поліестер</w:t>
            </w:r>
            <w:proofErr w:type="spellEnd"/>
            <w:r w:rsidRPr="00081D0A">
              <w:rPr>
                <w:sz w:val="21"/>
                <w:szCs w:val="21"/>
              </w:rPr>
              <w:t>/</w:t>
            </w:r>
            <w:r w:rsidR="00B7648F">
              <w:rPr>
                <w:sz w:val="21"/>
                <w:szCs w:val="21"/>
              </w:rPr>
              <w:t xml:space="preserve"> </w:t>
            </w:r>
            <w:proofErr w:type="spellStart"/>
            <w:r w:rsidRPr="00081D0A">
              <w:rPr>
                <w:sz w:val="21"/>
                <w:szCs w:val="21"/>
              </w:rPr>
              <w:t>мікроволокно</w:t>
            </w:r>
            <w:proofErr w:type="spellEnd"/>
            <w:r w:rsidRPr="00081D0A">
              <w:rPr>
                <w:sz w:val="21"/>
                <w:szCs w:val="21"/>
              </w:rPr>
              <w:t xml:space="preserve">), що забезпечує ефективне механічне видалення пилу, бруду, органічних, біологічних  забруднень  без пошкодження поверхонь. </w:t>
            </w:r>
          </w:p>
          <w:p w14:paraId="704088A3" w14:textId="77777777" w:rsidR="00081D0A" w:rsidRPr="00081D0A" w:rsidRDefault="00081D0A" w:rsidP="00081D0A">
            <w:pPr>
              <w:jc w:val="both"/>
              <w:outlineLvl w:val="0"/>
              <w:rPr>
                <w:sz w:val="21"/>
                <w:szCs w:val="21"/>
              </w:rPr>
            </w:pPr>
            <w:r w:rsidRPr="00081D0A">
              <w:rPr>
                <w:sz w:val="21"/>
                <w:szCs w:val="21"/>
              </w:rPr>
              <w:t>•  Розмір серветки – не менше 32 × 32 см..</w:t>
            </w:r>
          </w:p>
          <w:p w14:paraId="76C6D08B" w14:textId="77777777" w:rsidR="00081D0A" w:rsidRPr="00081D0A" w:rsidRDefault="00081D0A" w:rsidP="00081D0A">
            <w:pPr>
              <w:jc w:val="both"/>
              <w:outlineLvl w:val="0"/>
              <w:rPr>
                <w:sz w:val="21"/>
                <w:szCs w:val="21"/>
              </w:rPr>
            </w:pPr>
            <w:r w:rsidRPr="00081D0A">
              <w:rPr>
                <w:sz w:val="21"/>
                <w:szCs w:val="21"/>
              </w:rPr>
              <w:t xml:space="preserve">•  Серветка повинна бути багаторазового використання та витримувати не менше 500 циклів машинного прання при температурі до 95 °С без суттєвої втрати експлуатаційних властивостей. </w:t>
            </w:r>
          </w:p>
          <w:p w14:paraId="443B6419" w14:textId="77777777" w:rsidR="00081D0A" w:rsidRPr="00081D0A" w:rsidRDefault="00081D0A" w:rsidP="00081D0A">
            <w:pPr>
              <w:jc w:val="both"/>
              <w:outlineLvl w:val="0"/>
              <w:rPr>
                <w:sz w:val="21"/>
                <w:szCs w:val="21"/>
              </w:rPr>
            </w:pPr>
            <w:r w:rsidRPr="00081D0A">
              <w:rPr>
                <w:sz w:val="21"/>
                <w:szCs w:val="21"/>
              </w:rPr>
              <w:t xml:space="preserve">•  Серветка повинна бути придатною для машинного прання та сушіння при температурі не менше  60 °С. </w:t>
            </w:r>
          </w:p>
          <w:p w14:paraId="357BF9CF" w14:textId="77777777" w:rsidR="00081D0A" w:rsidRPr="00081D0A" w:rsidRDefault="00081D0A" w:rsidP="00081D0A">
            <w:pPr>
              <w:jc w:val="both"/>
              <w:outlineLvl w:val="0"/>
              <w:rPr>
                <w:sz w:val="21"/>
                <w:szCs w:val="21"/>
              </w:rPr>
            </w:pPr>
            <w:r w:rsidRPr="00081D0A">
              <w:rPr>
                <w:sz w:val="21"/>
                <w:szCs w:val="21"/>
              </w:rPr>
              <w:t xml:space="preserve">•  Матеріал серветки повинен бути стійким до багаторазової обробки мийними та дезінфекційними засобами. </w:t>
            </w:r>
          </w:p>
          <w:p w14:paraId="702B5529" w14:textId="77777777" w:rsidR="00081D0A" w:rsidRPr="00081D0A" w:rsidRDefault="00081D0A" w:rsidP="00081D0A">
            <w:pPr>
              <w:jc w:val="both"/>
              <w:outlineLvl w:val="0"/>
              <w:rPr>
                <w:sz w:val="21"/>
                <w:szCs w:val="21"/>
              </w:rPr>
            </w:pPr>
            <w:r w:rsidRPr="00081D0A">
              <w:rPr>
                <w:sz w:val="21"/>
                <w:szCs w:val="21"/>
              </w:rPr>
              <w:t xml:space="preserve">•  Серветка не повинна залишати ворсинок, розводів і подряпин на поверхнях, у тому числі на скляних, дзеркальних та хромованих. </w:t>
            </w:r>
          </w:p>
          <w:p w14:paraId="2C275E01" w14:textId="496EF35D" w:rsidR="00081D0A" w:rsidRPr="00C73F4D" w:rsidRDefault="00081D0A" w:rsidP="00081D0A">
            <w:pPr>
              <w:jc w:val="both"/>
              <w:outlineLvl w:val="0"/>
              <w:rPr>
                <w:sz w:val="21"/>
                <w:szCs w:val="21"/>
              </w:rPr>
            </w:pPr>
            <w:r w:rsidRPr="00081D0A">
              <w:rPr>
                <w:sz w:val="21"/>
                <w:szCs w:val="21"/>
              </w:rPr>
              <w:t>•  Колір серветки – синій.</w:t>
            </w:r>
          </w:p>
        </w:tc>
        <w:tc>
          <w:tcPr>
            <w:tcW w:w="876" w:type="dxa"/>
            <w:vAlign w:val="center"/>
          </w:tcPr>
          <w:p w14:paraId="7D4E17F6" w14:textId="4FA7EA5D" w:rsidR="00081D0A" w:rsidRPr="00C73F4D" w:rsidRDefault="00081D0A" w:rsidP="00C73F4D">
            <w:pPr>
              <w:jc w:val="center"/>
              <w:outlineLvl w:val="0"/>
              <w:rPr>
                <w:sz w:val="21"/>
                <w:szCs w:val="21"/>
              </w:rPr>
            </w:pPr>
            <w:proofErr w:type="spellStart"/>
            <w:r>
              <w:rPr>
                <w:sz w:val="21"/>
                <w:szCs w:val="21"/>
              </w:rPr>
              <w:t>шт</w:t>
            </w:r>
            <w:proofErr w:type="spellEnd"/>
          </w:p>
        </w:tc>
        <w:tc>
          <w:tcPr>
            <w:tcW w:w="986" w:type="dxa"/>
            <w:vAlign w:val="center"/>
          </w:tcPr>
          <w:p w14:paraId="37FA4323" w14:textId="390D22CF" w:rsidR="00081D0A" w:rsidRPr="00C73F4D" w:rsidRDefault="00081D0A" w:rsidP="00C73F4D">
            <w:pPr>
              <w:jc w:val="center"/>
              <w:outlineLvl w:val="0"/>
              <w:rPr>
                <w:sz w:val="21"/>
                <w:szCs w:val="21"/>
              </w:rPr>
            </w:pPr>
            <w:r>
              <w:rPr>
                <w:sz w:val="21"/>
                <w:szCs w:val="21"/>
              </w:rPr>
              <w:t>2</w:t>
            </w:r>
            <w:r w:rsidR="00802709">
              <w:rPr>
                <w:sz w:val="21"/>
                <w:szCs w:val="21"/>
              </w:rPr>
              <w:t xml:space="preserve"> </w:t>
            </w:r>
            <w:bookmarkStart w:id="4" w:name="_GoBack"/>
            <w:bookmarkEnd w:id="4"/>
            <w:r>
              <w:rPr>
                <w:sz w:val="21"/>
                <w:szCs w:val="21"/>
              </w:rPr>
              <w:t>881</w:t>
            </w:r>
          </w:p>
        </w:tc>
      </w:tr>
      <w:bookmarkEnd w:id="3"/>
    </w:tbl>
    <w:p w14:paraId="00E3FEB8" w14:textId="77777777" w:rsidR="00C73F4D" w:rsidRDefault="00C73F4D" w:rsidP="00C73F4D">
      <w:pPr>
        <w:pStyle w:val="rvps2"/>
        <w:shd w:val="clear" w:color="auto" w:fill="FFFFFF"/>
        <w:spacing w:before="0" w:beforeAutospacing="0" w:after="0" w:afterAutospacing="0"/>
        <w:jc w:val="both"/>
        <w:textAlignment w:val="baseline"/>
        <w:rPr>
          <w:color w:val="000000"/>
          <w:sz w:val="21"/>
          <w:szCs w:val="21"/>
          <w:lang w:eastAsia="en-US"/>
        </w:rPr>
      </w:pPr>
    </w:p>
    <w:p w14:paraId="7F480C0B"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bookmarkStart w:id="5" w:name="_Hlk236308538"/>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0A030C9E"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lastRenderedPageBreak/>
        <w:t xml:space="preserve">2. 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3207BE60" w14:textId="77777777" w:rsidR="00445868" w:rsidRPr="006476D4" w:rsidRDefault="00445868" w:rsidP="00445868">
      <w:pPr>
        <w:pStyle w:val="af"/>
        <w:ind w:firstLine="567"/>
        <w:jc w:val="both"/>
        <w:rPr>
          <w:rFonts w:ascii="Times New Roman" w:hAnsi="Times New Roman"/>
          <w:sz w:val="21"/>
          <w:szCs w:val="21"/>
          <w:lang w:val="ru-RU"/>
        </w:rPr>
      </w:pPr>
      <w:r w:rsidRPr="006476D4">
        <w:rPr>
          <w:rFonts w:ascii="Times New Roman" w:hAnsi="Times New Roman"/>
          <w:sz w:val="21"/>
          <w:szCs w:val="21"/>
          <w:lang w:val="ru-RU"/>
        </w:rPr>
        <w:t xml:space="preserve">3.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3CF97E90" w14:textId="121038FD" w:rsidR="00445868" w:rsidRPr="00697447" w:rsidRDefault="00445868" w:rsidP="00445868">
      <w:pPr>
        <w:pStyle w:val="af"/>
        <w:ind w:firstLine="567"/>
        <w:jc w:val="both"/>
        <w:rPr>
          <w:rFonts w:ascii="Times New Roman" w:hAnsi="Times New Roman"/>
          <w:sz w:val="21"/>
          <w:szCs w:val="21"/>
        </w:rPr>
      </w:pPr>
      <w:bookmarkStart w:id="6" w:name="_Hlk229727381"/>
      <w:r>
        <w:rPr>
          <w:rFonts w:ascii="Times New Roman" w:hAnsi="Times New Roman"/>
          <w:sz w:val="21"/>
          <w:szCs w:val="21"/>
          <w:lang w:eastAsia="uk-UA"/>
        </w:rPr>
        <w:t xml:space="preserve">4. </w:t>
      </w:r>
      <w:r w:rsidRPr="00697447">
        <w:rPr>
          <w:rFonts w:ascii="Times New Roman" w:hAnsi="Times New Roman"/>
          <w:sz w:val="21"/>
          <w:szCs w:val="21"/>
          <w:lang w:eastAsia="uk-UA"/>
        </w:rPr>
        <w:t xml:space="preserve"> </w:t>
      </w:r>
      <w:bookmarkStart w:id="7" w:name="_Hlk236308579"/>
      <w:r w:rsidR="006214C8" w:rsidRPr="006214C8">
        <w:rPr>
          <w:rFonts w:ascii="Times New Roman" w:hAnsi="Times New Roman"/>
          <w:sz w:val="21"/>
          <w:szCs w:val="21"/>
          <w:lang w:eastAsia="uk-UA"/>
        </w:rPr>
        <w:t>Товар, запропонований Учасником, повинен відповідати технічним вимогам, встановленим у Додатку 3 до тендерної документації. (Підтвердження відповідності технічних характеристик запропонованого Учасником товару надається Учасником у формі заповненої таблиці за наступним взірцем).</w:t>
      </w:r>
      <w:r w:rsidRPr="00697447">
        <w:rPr>
          <w:rFonts w:ascii="Times New Roman" w:hAnsi="Times New Roman"/>
          <w:sz w:val="21"/>
          <w:szCs w:val="21"/>
          <w:lang w:eastAsia="uk-UA"/>
        </w:rPr>
        <w:t>:</w:t>
      </w:r>
      <w:bookmarkEnd w:id="7"/>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772"/>
        <w:gridCol w:w="1559"/>
        <w:gridCol w:w="1275"/>
        <w:gridCol w:w="642"/>
        <w:gridCol w:w="4536"/>
      </w:tblGrid>
      <w:tr w:rsidR="006214C8" w:rsidRPr="006214C8" w14:paraId="1A1E458F" w14:textId="77777777" w:rsidTr="006214C8">
        <w:trPr>
          <w:jc w:val="center"/>
        </w:trPr>
        <w:tc>
          <w:tcPr>
            <w:tcW w:w="633" w:type="dxa"/>
            <w:vAlign w:val="center"/>
          </w:tcPr>
          <w:bookmarkEnd w:id="6"/>
          <w:p w14:paraId="3A6D156B" w14:textId="77777777" w:rsidR="006214C8" w:rsidRPr="006214C8" w:rsidRDefault="006214C8" w:rsidP="00676813">
            <w:pPr>
              <w:jc w:val="center"/>
              <w:rPr>
                <w:b/>
                <w:sz w:val="21"/>
                <w:szCs w:val="21"/>
              </w:rPr>
            </w:pPr>
            <w:r w:rsidRPr="006214C8">
              <w:rPr>
                <w:b/>
                <w:sz w:val="21"/>
                <w:szCs w:val="21"/>
              </w:rPr>
              <w:t>№</w:t>
            </w:r>
          </w:p>
          <w:p w14:paraId="05DB7388" w14:textId="77777777" w:rsidR="006214C8" w:rsidRPr="006214C8" w:rsidRDefault="006214C8" w:rsidP="00676813">
            <w:pPr>
              <w:jc w:val="center"/>
              <w:rPr>
                <w:b/>
                <w:sz w:val="21"/>
                <w:szCs w:val="21"/>
              </w:rPr>
            </w:pPr>
            <w:r w:rsidRPr="006214C8">
              <w:rPr>
                <w:b/>
                <w:sz w:val="21"/>
                <w:szCs w:val="21"/>
              </w:rPr>
              <w:t>з/п</w:t>
            </w:r>
          </w:p>
        </w:tc>
        <w:tc>
          <w:tcPr>
            <w:tcW w:w="1772" w:type="dxa"/>
            <w:vAlign w:val="center"/>
          </w:tcPr>
          <w:p w14:paraId="4EEBCAB9" w14:textId="77777777" w:rsidR="006214C8" w:rsidRPr="006214C8" w:rsidRDefault="006214C8" w:rsidP="00676813">
            <w:pPr>
              <w:jc w:val="center"/>
              <w:rPr>
                <w:b/>
                <w:sz w:val="21"/>
                <w:szCs w:val="21"/>
              </w:rPr>
            </w:pPr>
            <w:r w:rsidRPr="006214C8">
              <w:rPr>
                <w:b/>
                <w:sz w:val="21"/>
                <w:szCs w:val="21"/>
              </w:rPr>
              <w:t>Найменування</w:t>
            </w:r>
          </w:p>
        </w:tc>
        <w:tc>
          <w:tcPr>
            <w:tcW w:w="1559" w:type="dxa"/>
            <w:vAlign w:val="center"/>
          </w:tcPr>
          <w:p w14:paraId="46CCFC64" w14:textId="77777777" w:rsidR="006214C8" w:rsidRPr="006214C8" w:rsidRDefault="006214C8" w:rsidP="00676813">
            <w:pPr>
              <w:jc w:val="center"/>
              <w:rPr>
                <w:b/>
                <w:sz w:val="21"/>
                <w:szCs w:val="21"/>
              </w:rPr>
            </w:pPr>
            <w:r w:rsidRPr="006214C8">
              <w:rPr>
                <w:b/>
                <w:sz w:val="21"/>
                <w:szCs w:val="21"/>
              </w:rPr>
              <w:t>Зображення</w:t>
            </w:r>
          </w:p>
          <w:p w14:paraId="40FB525C" w14:textId="77777777" w:rsidR="006214C8" w:rsidRPr="006214C8" w:rsidRDefault="006214C8" w:rsidP="00676813">
            <w:pPr>
              <w:jc w:val="center"/>
              <w:rPr>
                <w:bCs/>
                <w:i/>
                <w:iCs/>
                <w:sz w:val="21"/>
                <w:szCs w:val="21"/>
              </w:rPr>
            </w:pPr>
            <w:r w:rsidRPr="006214C8">
              <w:rPr>
                <w:bCs/>
                <w:i/>
                <w:iCs/>
                <w:sz w:val="21"/>
                <w:szCs w:val="21"/>
              </w:rPr>
              <w:t>(учасник надає зображення запропонованого товару)</w:t>
            </w:r>
          </w:p>
        </w:tc>
        <w:tc>
          <w:tcPr>
            <w:tcW w:w="1275" w:type="dxa"/>
            <w:vAlign w:val="center"/>
          </w:tcPr>
          <w:p w14:paraId="04935896" w14:textId="77777777" w:rsidR="006214C8" w:rsidRPr="006214C8" w:rsidRDefault="006214C8" w:rsidP="00676813">
            <w:pPr>
              <w:jc w:val="center"/>
              <w:rPr>
                <w:b/>
                <w:sz w:val="21"/>
                <w:szCs w:val="21"/>
              </w:rPr>
            </w:pPr>
            <w:r w:rsidRPr="006214C8">
              <w:rPr>
                <w:b/>
                <w:sz w:val="21"/>
                <w:szCs w:val="21"/>
              </w:rPr>
              <w:t>Одиниця виміру</w:t>
            </w:r>
          </w:p>
        </w:tc>
        <w:tc>
          <w:tcPr>
            <w:tcW w:w="642" w:type="dxa"/>
            <w:vAlign w:val="center"/>
          </w:tcPr>
          <w:p w14:paraId="23BA18B5" w14:textId="77777777" w:rsidR="006214C8" w:rsidRPr="006214C8" w:rsidRDefault="006214C8" w:rsidP="00676813">
            <w:pPr>
              <w:jc w:val="center"/>
              <w:rPr>
                <w:b/>
                <w:sz w:val="21"/>
                <w:szCs w:val="21"/>
              </w:rPr>
            </w:pPr>
            <w:r w:rsidRPr="006214C8">
              <w:rPr>
                <w:b/>
                <w:sz w:val="21"/>
                <w:szCs w:val="21"/>
              </w:rPr>
              <w:t>К-сть</w:t>
            </w:r>
          </w:p>
        </w:tc>
        <w:tc>
          <w:tcPr>
            <w:tcW w:w="4536" w:type="dxa"/>
            <w:vAlign w:val="center"/>
          </w:tcPr>
          <w:p w14:paraId="3552A3A8" w14:textId="77777777" w:rsidR="006214C8" w:rsidRPr="006214C8" w:rsidRDefault="006214C8" w:rsidP="00676813">
            <w:pPr>
              <w:jc w:val="center"/>
              <w:rPr>
                <w:b/>
                <w:sz w:val="21"/>
                <w:szCs w:val="21"/>
              </w:rPr>
            </w:pPr>
            <w:r w:rsidRPr="006214C8">
              <w:rPr>
                <w:b/>
                <w:sz w:val="21"/>
                <w:szCs w:val="21"/>
              </w:rPr>
              <w:t>Технічні характеристики</w:t>
            </w:r>
          </w:p>
          <w:p w14:paraId="3E5D3DF2" w14:textId="77777777" w:rsidR="006214C8" w:rsidRPr="006214C8" w:rsidRDefault="006214C8" w:rsidP="00676813">
            <w:pPr>
              <w:jc w:val="center"/>
              <w:rPr>
                <w:bCs/>
                <w:i/>
                <w:iCs/>
                <w:sz w:val="21"/>
                <w:szCs w:val="21"/>
              </w:rPr>
            </w:pPr>
            <w:r w:rsidRPr="006214C8">
              <w:rPr>
                <w:bCs/>
                <w:i/>
                <w:iCs/>
                <w:sz w:val="21"/>
                <w:szCs w:val="21"/>
              </w:rPr>
              <w:t>(учасник зазначає технічні характеристики на запропонований товар)</w:t>
            </w:r>
          </w:p>
        </w:tc>
      </w:tr>
    </w:tbl>
    <w:p w14:paraId="3F3BFFDF" w14:textId="77777777" w:rsidR="00445868" w:rsidRPr="00697447" w:rsidRDefault="00445868" w:rsidP="00445868">
      <w:pPr>
        <w:ind w:left="-709" w:firstLine="567"/>
        <w:jc w:val="both"/>
        <w:rPr>
          <w:sz w:val="21"/>
          <w:szCs w:val="21"/>
        </w:rPr>
      </w:pPr>
    </w:p>
    <w:p w14:paraId="7BD3D20B" w14:textId="7496E05D" w:rsidR="00445868" w:rsidRPr="00697447" w:rsidRDefault="00445868" w:rsidP="00445868">
      <w:pPr>
        <w:pStyle w:val="af"/>
        <w:ind w:firstLine="567"/>
        <w:jc w:val="both"/>
        <w:rPr>
          <w:rFonts w:ascii="Times New Roman" w:hAnsi="Times New Roman"/>
          <w:sz w:val="21"/>
          <w:szCs w:val="21"/>
          <w:lang w:eastAsia="uk-UA"/>
        </w:rPr>
      </w:pPr>
      <w:bookmarkStart w:id="8" w:name="_Hlk236308604"/>
      <w:r>
        <w:rPr>
          <w:rFonts w:ascii="Times New Roman" w:hAnsi="Times New Roman"/>
          <w:sz w:val="21"/>
          <w:szCs w:val="21"/>
          <w:lang w:eastAsia="uk-UA"/>
        </w:rPr>
        <w:t>6</w:t>
      </w:r>
      <w:r w:rsidRPr="00697447">
        <w:rPr>
          <w:rFonts w:ascii="Times New Roman" w:hAnsi="Times New Roman"/>
          <w:sz w:val="21"/>
          <w:szCs w:val="21"/>
          <w:lang w:eastAsia="uk-UA"/>
        </w:rPr>
        <w:t xml:space="preserve">. </w:t>
      </w:r>
      <w:r w:rsidR="006214C8" w:rsidRPr="006214C8">
        <w:rPr>
          <w:rFonts w:ascii="Times New Roman" w:hAnsi="Times New Roman"/>
          <w:color w:val="000000"/>
          <w:sz w:val="21"/>
          <w:szCs w:val="21"/>
        </w:rPr>
        <w:t>Гарантія виготовлення / термін придатності: повинна відповідати паспортним даним заводу – виробника, але не менше 12 місяців з дати підписання видаткових накладних.</w:t>
      </w:r>
      <w:r w:rsidRPr="00697447">
        <w:rPr>
          <w:rFonts w:ascii="Times New Roman" w:hAnsi="Times New Roman"/>
          <w:sz w:val="21"/>
          <w:szCs w:val="21"/>
          <w:lang w:eastAsia="uk-UA"/>
        </w:rPr>
        <w:t xml:space="preserve">  </w:t>
      </w:r>
    </w:p>
    <w:bookmarkEnd w:id="8"/>
    <w:p w14:paraId="082DED81"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7</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4FD2AEE" w14:textId="77777777" w:rsidR="00445868" w:rsidRDefault="00445868" w:rsidP="00445868">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F64C7B9"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 xml:space="preserve">9. </w:t>
      </w: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384EE730" w14:textId="77777777" w:rsidR="00445868" w:rsidRPr="006476D4" w:rsidRDefault="00445868" w:rsidP="00445868">
      <w:pPr>
        <w:pStyle w:val="af1"/>
        <w:spacing w:before="0" w:beforeAutospacing="0" w:after="0" w:afterAutospacing="0"/>
        <w:ind w:firstLine="567"/>
        <w:jc w:val="both"/>
        <w:rPr>
          <w:color w:val="000000"/>
          <w:sz w:val="21"/>
          <w:szCs w:val="21"/>
          <w:lang w:val="uk-UA"/>
        </w:rPr>
      </w:pPr>
      <w:r>
        <w:rPr>
          <w:sz w:val="21"/>
          <w:szCs w:val="21"/>
          <w:lang w:val="uk-UA" w:eastAsia="uk-UA"/>
        </w:rPr>
        <w:t>10</w:t>
      </w:r>
      <w:r w:rsidRPr="006476D4">
        <w:rPr>
          <w:sz w:val="21"/>
          <w:szCs w:val="21"/>
          <w:lang w:val="uk-UA" w:eastAsia="uk-UA"/>
        </w:rPr>
        <w:t xml:space="preserve">. </w:t>
      </w: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bookmarkEnd w:id="5"/>
    <w:p w14:paraId="60E17501" w14:textId="77777777" w:rsidR="006214C8" w:rsidRPr="0077541D" w:rsidRDefault="006214C8" w:rsidP="006214C8">
      <w:pPr>
        <w:jc w:val="both"/>
        <w:rPr>
          <w:sz w:val="21"/>
          <w:szCs w:val="21"/>
        </w:rPr>
      </w:pPr>
    </w:p>
    <w:sectPr w:rsidR="006214C8"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1D0A"/>
    <w:rsid w:val="0008546C"/>
    <w:rsid w:val="000B2A94"/>
    <w:rsid w:val="000B2F17"/>
    <w:rsid w:val="000C340A"/>
    <w:rsid w:val="000C4952"/>
    <w:rsid w:val="000E7329"/>
    <w:rsid w:val="0014530B"/>
    <w:rsid w:val="001477DE"/>
    <w:rsid w:val="0017048B"/>
    <w:rsid w:val="001B7887"/>
    <w:rsid w:val="001D3A01"/>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5036C"/>
    <w:rsid w:val="00460555"/>
    <w:rsid w:val="00484094"/>
    <w:rsid w:val="004849BE"/>
    <w:rsid w:val="004C00B2"/>
    <w:rsid w:val="004E3803"/>
    <w:rsid w:val="0051663E"/>
    <w:rsid w:val="0052468D"/>
    <w:rsid w:val="00577FCD"/>
    <w:rsid w:val="005E256B"/>
    <w:rsid w:val="005F5AA5"/>
    <w:rsid w:val="006073B8"/>
    <w:rsid w:val="006214C8"/>
    <w:rsid w:val="00624A3D"/>
    <w:rsid w:val="006535E3"/>
    <w:rsid w:val="006716CC"/>
    <w:rsid w:val="006861D4"/>
    <w:rsid w:val="006A6967"/>
    <w:rsid w:val="007018F6"/>
    <w:rsid w:val="007241CF"/>
    <w:rsid w:val="00733ECA"/>
    <w:rsid w:val="0077541D"/>
    <w:rsid w:val="007A3DA3"/>
    <w:rsid w:val="007E3784"/>
    <w:rsid w:val="007F503D"/>
    <w:rsid w:val="00802709"/>
    <w:rsid w:val="00856EEB"/>
    <w:rsid w:val="00857308"/>
    <w:rsid w:val="008E1B80"/>
    <w:rsid w:val="0091295D"/>
    <w:rsid w:val="00941459"/>
    <w:rsid w:val="00947A87"/>
    <w:rsid w:val="0097768E"/>
    <w:rsid w:val="00981353"/>
    <w:rsid w:val="00984C0B"/>
    <w:rsid w:val="00A012B3"/>
    <w:rsid w:val="00A01660"/>
    <w:rsid w:val="00A029A4"/>
    <w:rsid w:val="00A053B7"/>
    <w:rsid w:val="00A6066B"/>
    <w:rsid w:val="00A63421"/>
    <w:rsid w:val="00A6733F"/>
    <w:rsid w:val="00A767E9"/>
    <w:rsid w:val="00A776EF"/>
    <w:rsid w:val="00A87F1F"/>
    <w:rsid w:val="00A917A7"/>
    <w:rsid w:val="00A94428"/>
    <w:rsid w:val="00AD1090"/>
    <w:rsid w:val="00AD2904"/>
    <w:rsid w:val="00AE19AF"/>
    <w:rsid w:val="00AE7B9E"/>
    <w:rsid w:val="00AF64CA"/>
    <w:rsid w:val="00B201B4"/>
    <w:rsid w:val="00B31541"/>
    <w:rsid w:val="00B36FB6"/>
    <w:rsid w:val="00B7648F"/>
    <w:rsid w:val="00BA08F7"/>
    <w:rsid w:val="00BA46E9"/>
    <w:rsid w:val="00BA579C"/>
    <w:rsid w:val="00C20D96"/>
    <w:rsid w:val="00C40464"/>
    <w:rsid w:val="00C56739"/>
    <w:rsid w:val="00C62D22"/>
    <w:rsid w:val="00C65EE3"/>
    <w:rsid w:val="00C73F4D"/>
    <w:rsid w:val="00C86040"/>
    <w:rsid w:val="00C95FE7"/>
    <w:rsid w:val="00CE0456"/>
    <w:rsid w:val="00CE064B"/>
    <w:rsid w:val="00CE3B8E"/>
    <w:rsid w:val="00CF20C1"/>
    <w:rsid w:val="00D02A33"/>
    <w:rsid w:val="00D06BEF"/>
    <w:rsid w:val="00D55104"/>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149">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4848</Words>
  <Characters>2764</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19</cp:revision>
  <cp:lastPrinted>2025-01-20T07:48:00Z</cp:lastPrinted>
  <dcterms:created xsi:type="dcterms:W3CDTF">2026-05-14T11:49:00Z</dcterms:created>
  <dcterms:modified xsi:type="dcterms:W3CDTF">2026-07-30T13:29:00Z</dcterms:modified>
</cp:coreProperties>
</file>