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78A9BE" w14:textId="77777777" w:rsidR="00577FCD" w:rsidRPr="0077541D" w:rsidRDefault="004E3803" w:rsidP="00577FCD">
      <w:pPr>
        <w:jc w:val="center"/>
        <w:outlineLvl w:val="0"/>
        <w:rPr>
          <w:b/>
          <w:sz w:val="21"/>
          <w:szCs w:val="21"/>
        </w:rPr>
      </w:pPr>
      <w:r w:rsidRPr="0077541D">
        <w:rPr>
          <w:b/>
          <w:sz w:val="21"/>
          <w:szCs w:val="21"/>
        </w:rPr>
        <w:t xml:space="preserve">ОБГРУНТУВАННЯ </w:t>
      </w:r>
    </w:p>
    <w:p w14:paraId="1053EA4D" w14:textId="77777777" w:rsidR="004849BE" w:rsidRPr="0077541D" w:rsidRDefault="004849BE" w:rsidP="004849BE">
      <w:pPr>
        <w:spacing w:after="160" w:line="254" w:lineRule="auto"/>
        <w:ind w:firstLine="708"/>
        <w:jc w:val="both"/>
        <w:rPr>
          <w:sz w:val="21"/>
          <w:szCs w:val="21"/>
          <w:lang w:eastAsia="uk-UA"/>
        </w:rPr>
      </w:pPr>
      <w:r w:rsidRPr="0077541D">
        <w:rPr>
          <w:color w:val="000000"/>
          <w:sz w:val="21"/>
          <w:szCs w:val="21"/>
          <w:lang w:eastAsia="uk-UA"/>
        </w:rPr>
        <w:t xml:space="preserve">На виконання Постанови Кабінету Міністрів України від 11 жовтня 2016 р. №710 «Про ефективне використання коштів» (у редакції постанови Кабінету Міністрів від 16 грудня 2020 р. № 1266) надається обґрунтування технічних та якісних характеристик предмета закупівлі, його очікуваної вартості. </w:t>
      </w:r>
    </w:p>
    <w:tbl>
      <w:tblPr>
        <w:tblW w:w="0" w:type="auto"/>
        <w:tblCellSpacing w:w="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7"/>
        <w:gridCol w:w="7508"/>
      </w:tblGrid>
      <w:tr w:rsidR="004849BE" w:rsidRPr="0077541D" w14:paraId="5B29F043" w14:textId="77777777" w:rsidTr="00E5220C">
        <w:trPr>
          <w:tblCellSpacing w:w="0" w:type="dxa"/>
        </w:trPr>
        <w:tc>
          <w:tcPr>
            <w:tcW w:w="2267" w:type="dxa"/>
            <w:tcBorders>
              <w:top w:val="single" w:sz="4" w:space="0" w:color="000000"/>
              <w:left w:val="single" w:sz="4" w:space="0" w:color="000000"/>
              <w:bottom w:val="single" w:sz="4" w:space="0" w:color="000000"/>
              <w:right w:val="single" w:sz="4" w:space="0" w:color="000000"/>
            </w:tcBorders>
            <w:vAlign w:val="center"/>
            <w:hideMark/>
          </w:tcPr>
          <w:p w14:paraId="7E5049B6" w14:textId="77777777" w:rsidR="004849BE" w:rsidRPr="0077541D" w:rsidRDefault="004849BE" w:rsidP="004849BE">
            <w:pPr>
              <w:spacing w:line="254" w:lineRule="auto"/>
              <w:jc w:val="center"/>
              <w:rPr>
                <w:sz w:val="21"/>
                <w:szCs w:val="21"/>
                <w:lang w:eastAsia="uk-UA"/>
              </w:rPr>
            </w:pPr>
            <w:r w:rsidRPr="0077541D">
              <w:rPr>
                <w:b/>
                <w:bCs/>
                <w:color w:val="000000"/>
                <w:sz w:val="21"/>
                <w:szCs w:val="21"/>
                <w:lang w:eastAsia="uk-UA"/>
              </w:rPr>
              <w:t>Назва предмета закупівлі</w:t>
            </w:r>
          </w:p>
        </w:tc>
        <w:tc>
          <w:tcPr>
            <w:tcW w:w="7508" w:type="dxa"/>
            <w:tcBorders>
              <w:top w:val="single" w:sz="4" w:space="0" w:color="000000"/>
              <w:left w:val="single" w:sz="4" w:space="0" w:color="000000"/>
              <w:bottom w:val="single" w:sz="4" w:space="0" w:color="000000"/>
              <w:right w:val="single" w:sz="4" w:space="0" w:color="000000"/>
            </w:tcBorders>
            <w:vAlign w:val="center"/>
            <w:hideMark/>
          </w:tcPr>
          <w:p w14:paraId="6928BEBB" w14:textId="77D6D8D2" w:rsidR="004849BE" w:rsidRPr="0077541D" w:rsidRDefault="00A5367F" w:rsidP="003F2CCA">
            <w:pPr>
              <w:shd w:val="clear" w:color="auto" w:fill="FFFFFF"/>
              <w:jc w:val="both"/>
              <w:rPr>
                <w:sz w:val="21"/>
                <w:szCs w:val="21"/>
                <w:lang w:eastAsia="uk-UA"/>
              </w:rPr>
            </w:pPr>
            <w:r w:rsidRPr="00A5367F">
              <w:rPr>
                <w:b/>
                <w:bCs/>
                <w:iCs/>
                <w:color w:val="000000" w:themeColor="text1"/>
                <w:sz w:val="21"/>
                <w:szCs w:val="21"/>
              </w:rPr>
              <w:t>Журнали – код ДК 021:2015 – 22810000-1 - Паперові чи картонні реєстраційні журнали (Журнали – код ДК 021:2015 – 22810000-1 - Паперові чи картонні реєстраційні журнали)</w:t>
            </w:r>
          </w:p>
        </w:tc>
      </w:tr>
      <w:tr w:rsidR="004849BE" w:rsidRPr="0077541D" w14:paraId="00ACF5FA" w14:textId="77777777" w:rsidTr="00E5220C">
        <w:trPr>
          <w:tblCellSpacing w:w="0" w:type="dxa"/>
        </w:trPr>
        <w:tc>
          <w:tcPr>
            <w:tcW w:w="2267" w:type="dxa"/>
            <w:tcBorders>
              <w:top w:val="single" w:sz="4" w:space="0" w:color="000000"/>
              <w:left w:val="single" w:sz="4" w:space="0" w:color="000000"/>
              <w:bottom w:val="single" w:sz="4" w:space="0" w:color="000000"/>
              <w:right w:val="single" w:sz="4" w:space="0" w:color="000000"/>
            </w:tcBorders>
            <w:vAlign w:val="center"/>
            <w:hideMark/>
          </w:tcPr>
          <w:p w14:paraId="72F31C7E" w14:textId="77777777" w:rsidR="004849BE" w:rsidRPr="0077541D" w:rsidRDefault="004849BE" w:rsidP="004849BE">
            <w:pPr>
              <w:spacing w:line="254" w:lineRule="auto"/>
              <w:jc w:val="center"/>
              <w:rPr>
                <w:sz w:val="21"/>
                <w:szCs w:val="21"/>
                <w:lang w:eastAsia="uk-UA"/>
              </w:rPr>
            </w:pPr>
            <w:r w:rsidRPr="0077541D">
              <w:rPr>
                <w:b/>
                <w:bCs/>
                <w:color w:val="000000"/>
                <w:sz w:val="21"/>
                <w:szCs w:val="21"/>
                <w:lang w:eastAsia="uk-UA"/>
              </w:rPr>
              <w:t>Обґрунтування технічних та якісних характеристик предмета закупівлі</w:t>
            </w:r>
          </w:p>
        </w:tc>
        <w:tc>
          <w:tcPr>
            <w:tcW w:w="7508" w:type="dxa"/>
            <w:tcBorders>
              <w:top w:val="single" w:sz="4" w:space="0" w:color="000000"/>
              <w:left w:val="single" w:sz="4" w:space="0" w:color="000000"/>
              <w:bottom w:val="single" w:sz="4" w:space="0" w:color="000000"/>
              <w:right w:val="single" w:sz="4" w:space="0" w:color="000000"/>
            </w:tcBorders>
            <w:vAlign w:val="center"/>
            <w:hideMark/>
          </w:tcPr>
          <w:p w14:paraId="34B436F4" w14:textId="2FC15AE7" w:rsidR="004849BE" w:rsidRPr="0077541D" w:rsidRDefault="004849BE" w:rsidP="0077541D">
            <w:pPr>
              <w:spacing w:line="254" w:lineRule="auto"/>
              <w:jc w:val="both"/>
              <w:rPr>
                <w:sz w:val="21"/>
                <w:szCs w:val="21"/>
              </w:rPr>
            </w:pPr>
            <w:r w:rsidRPr="0077541D">
              <w:rPr>
                <w:color w:val="000000"/>
                <w:sz w:val="21"/>
                <w:szCs w:val="21"/>
                <w:lang w:eastAsia="uk-UA"/>
              </w:rPr>
              <w:t>Закупівля здійснюється для забезпечення потреб лікарні</w:t>
            </w:r>
            <w:r w:rsidR="007A3DA3" w:rsidRPr="0077541D">
              <w:rPr>
                <w:color w:val="000000"/>
                <w:sz w:val="21"/>
                <w:szCs w:val="21"/>
                <w:lang w:eastAsia="uk-UA"/>
              </w:rPr>
              <w:t xml:space="preserve"> відповідно </w:t>
            </w:r>
            <w:r w:rsidR="007A3DA3" w:rsidRPr="0077541D">
              <w:rPr>
                <w:sz w:val="21"/>
                <w:szCs w:val="21"/>
              </w:rPr>
              <w:t>Службової записки про потребу</w:t>
            </w:r>
            <w:r w:rsidR="001D3A01">
              <w:rPr>
                <w:sz w:val="21"/>
                <w:szCs w:val="21"/>
              </w:rPr>
              <w:t xml:space="preserve"> від</w:t>
            </w:r>
            <w:r w:rsidR="007A3DA3" w:rsidRPr="0077541D">
              <w:rPr>
                <w:sz w:val="21"/>
                <w:szCs w:val="21"/>
              </w:rPr>
              <w:t xml:space="preserve"> </w:t>
            </w:r>
            <w:bookmarkStart w:id="0" w:name="_Hlk236308901"/>
            <w:r w:rsidR="00C73F4D" w:rsidRPr="00C73F4D">
              <w:rPr>
                <w:sz w:val="21"/>
                <w:szCs w:val="21"/>
              </w:rPr>
              <w:t xml:space="preserve">Ініціатора закупівлі </w:t>
            </w:r>
            <w:bookmarkEnd w:id="0"/>
            <w:r w:rsidR="00A5367F">
              <w:rPr>
                <w:sz w:val="21"/>
                <w:szCs w:val="21"/>
              </w:rPr>
              <w:t>Завідувача інформаційно-аналітичного відділу медичної статистики Марини КОЗЕЛКОВОЇ від 23.07.2026 № 1814 та 10.08.2026 № 1974; Головної медичної сестри Олени ПРИМАК від 05.08.2026 № 1935,</w:t>
            </w:r>
            <w:r w:rsidR="00217418">
              <w:rPr>
                <w:sz w:val="21"/>
                <w:szCs w:val="21"/>
              </w:rPr>
              <w:t xml:space="preserve"> </w:t>
            </w:r>
          </w:p>
        </w:tc>
      </w:tr>
      <w:tr w:rsidR="00E5220C" w:rsidRPr="0077541D" w14:paraId="3D6AFA3B" w14:textId="77777777" w:rsidTr="00E5220C">
        <w:trPr>
          <w:tblCellSpacing w:w="0" w:type="dxa"/>
        </w:trPr>
        <w:tc>
          <w:tcPr>
            <w:tcW w:w="2267" w:type="dxa"/>
            <w:tcBorders>
              <w:top w:val="single" w:sz="4" w:space="0" w:color="000000"/>
              <w:left w:val="single" w:sz="4" w:space="0" w:color="000000"/>
              <w:bottom w:val="single" w:sz="4" w:space="0" w:color="000000"/>
              <w:right w:val="single" w:sz="4" w:space="0" w:color="000000"/>
            </w:tcBorders>
            <w:vAlign w:val="center"/>
            <w:hideMark/>
          </w:tcPr>
          <w:p w14:paraId="0665284E" w14:textId="77777777" w:rsidR="00E5220C" w:rsidRPr="0077541D" w:rsidRDefault="00E5220C" w:rsidP="00E5220C">
            <w:pPr>
              <w:spacing w:line="254" w:lineRule="auto"/>
              <w:jc w:val="center"/>
              <w:rPr>
                <w:sz w:val="21"/>
                <w:szCs w:val="21"/>
                <w:lang w:eastAsia="uk-UA"/>
              </w:rPr>
            </w:pPr>
            <w:r w:rsidRPr="0077541D">
              <w:rPr>
                <w:b/>
                <w:bCs/>
                <w:color w:val="000000"/>
                <w:sz w:val="21"/>
                <w:szCs w:val="21"/>
                <w:lang w:eastAsia="uk-UA"/>
              </w:rPr>
              <w:t>Обґрунтування очікуваної ціни закупівлі</w:t>
            </w:r>
          </w:p>
        </w:tc>
        <w:tc>
          <w:tcPr>
            <w:tcW w:w="7508" w:type="dxa"/>
            <w:tcBorders>
              <w:top w:val="single" w:sz="4" w:space="0" w:color="000000"/>
              <w:left w:val="single" w:sz="4" w:space="0" w:color="000000"/>
              <w:bottom w:val="single" w:sz="4" w:space="0" w:color="000000"/>
              <w:right w:val="single" w:sz="4" w:space="0" w:color="000000"/>
            </w:tcBorders>
            <w:vAlign w:val="center"/>
            <w:hideMark/>
          </w:tcPr>
          <w:p w14:paraId="67BBFEE7" w14:textId="364440A6" w:rsidR="00E5220C" w:rsidRPr="00DD7F37" w:rsidRDefault="00E5220C" w:rsidP="00E5220C">
            <w:pPr>
              <w:pBdr>
                <w:top w:val="nil"/>
                <w:left w:val="nil"/>
                <w:bottom w:val="nil"/>
                <w:right w:val="nil"/>
                <w:between w:val="nil"/>
              </w:pBdr>
              <w:shd w:val="clear" w:color="auto" w:fill="FFFFFF"/>
              <w:ind w:firstLine="25"/>
              <w:jc w:val="both"/>
              <w:rPr>
                <w:color w:val="000000"/>
                <w:sz w:val="21"/>
                <w:szCs w:val="21"/>
              </w:rPr>
            </w:pPr>
            <w:r w:rsidRPr="00DD7F37">
              <w:rPr>
                <w:color w:val="000000"/>
                <w:sz w:val="21"/>
                <w:szCs w:val="21"/>
              </w:rPr>
              <w:t>Очікувана вартість предмета закупівлі була визначена на підставі трьох наданих комерційних пропозицій</w:t>
            </w:r>
            <w:r w:rsidR="00E8192F">
              <w:rPr>
                <w:color w:val="000000"/>
                <w:sz w:val="21"/>
                <w:szCs w:val="21"/>
              </w:rPr>
              <w:t>.</w:t>
            </w:r>
          </w:p>
          <w:p w14:paraId="1AEE276B" w14:textId="23E8EC08" w:rsidR="00E5220C" w:rsidRPr="0077541D" w:rsidRDefault="00E5220C" w:rsidP="00E5220C">
            <w:pPr>
              <w:spacing w:line="254" w:lineRule="auto"/>
              <w:jc w:val="both"/>
              <w:rPr>
                <w:sz w:val="21"/>
                <w:szCs w:val="21"/>
                <w:lang w:eastAsia="uk-UA"/>
              </w:rPr>
            </w:pPr>
            <w:r>
              <w:rPr>
                <w:sz w:val="21"/>
                <w:szCs w:val="21"/>
                <w:highlight w:val="white"/>
              </w:rPr>
              <w:t>Враховуючі вищевикладене</w:t>
            </w:r>
            <w:r w:rsidRPr="002348E2">
              <w:rPr>
                <w:sz w:val="21"/>
                <w:szCs w:val="21"/>
                <w:highlight w:val="white"/>
              </w:rPr>
              <w:t xml:space="preserve"> очікувана вартість закупівлі </w:t>
            </w:r>
            <w:r>
              <w:rPr>
                <w:sz w:val="21"/>
                <w:szCs w:val="21"/>
                <w:highlight w:val="white"/>
              </w:rPr>
              <w:t xml:space="preserve">з ПДВ </w:t>
            </w:r>
            <w:r w:rsidRPr="002348E2">
              <w:rPr>
                <w:sz w:val="21"/>
                <w:szCs w:val="21"/>
                <w:highlight w:val="white"/>
              </w:rPr>
              <w:t xml:space="preserve">складає </w:t>
            </w:r>
            <w:r w:rsidR="007977F0">
              <w:rPr>
                <w:sz w:val="21"/>
                <w:szCs w:val="21"/>
              </w:rPr>
              <w:t>295 212</w:t>
            </w:r>
            <w:r w:rsidR="00E8192F" w:rsidRPr="00E8192F">
              <w:rPr>
                <w:sz w:val="21"/>
                <w:szCs w:val="21"/>
              </w:rPr>
              <w:t xml:space="preserve"> грн., </w:t>
            </w:r>
            <w:r w:rsidR="007977F0">
              <w:rPr>
                <w:sz w:val="21"/>
                <w:szCs w:val="21"/>
              </w:rPr>
              <w:t>00</w:t>
            </w:r>
            <w:r w:rsidR="00E8192F" w:rsidRPr="00E8192F">
              <w:rPr>
                <w:sz w:val="21"/>
                <w:szCs w:val="21"/>
              </w:rPr>
              <w:t xml:space="preserve"> коп. (</w:t>
            </w:r>
            <w:r w:rsidR="007977F0">
              <w:rPr>
                <w:sz w:val="21"/>
                <w:szCs w:val="21"/>
              </w:rPr>
              <w:t xml:space="preserve">Двісті </w:t>
            </w:r>
            <w:r w:rsidR="00741DA1">
              <w:rPr>
                <w:sz w:val="21"/>
                <w:szCs w:val="21"/>
              </w:rPr>
              <w:t>дев’яносто п’ять тисяч двісті дванадцять гривень 00 копійок</w:t>
            </w:r>
            <w:r w:rsidR="00E8192F" w:rsidRPr="00E8192F">
              <w:rPr>
                <w:sz w:val="21"/>
                <w:szCs w:val="21"/>
              </w:rPr>
              <w:t xml:space="preserve">), очікувана вартість закупівлі без ПДВ складає </w:t>
            </w:r>
            <w:r w:rsidR="00741DA1">
              <w:rPr>
                <w:sz w:val="21"/>
                <w:szCs w:val="21"/>
              </w:rPr>
              <w:t>246 010</w:t>
            </w:r>
            <w:r w:rsidR="00E8192F" w:rsidRPr="00E8192F">
              <w:rPr>
                <w:sz w:val="21"/>
                <w:szCs w:val="21"/>
              </w:rPr>
              <w:t xml:space="preserve"> грн., </w:t>
            </w:r>
            <w:r w:rsidR="00741DA1">
              <w:rPr>
                <w:sz w:val="21"/>
                <w:szCs w:val="21"/>
              </w:rPr>
              <w:t>00</w:t>
            </w:r>
            <w:r w:rsidR="00E8192F" w:rsidRPr="00E8192F">
              <w:rPr>
                <w:sz w:val="21"/>
                <w:szCs w:val="21"/>
              </w:rPr>
              <w:t xml:space="preserve"> коп. (</w:t>
            </w:r>
            <w:r w:rsidR="00741DA1">
              <w:rPr>
                <w:sz w:val="21"/>
                <w:szCs w:val="21"/>
              </w:rPr>
              <w:t>Двісті сорок шість тисяч десять</w:t>
            </w:r>
            <w:bookmarkStart w:id="1" w:name="_GoBack"/>
            <w:bookmarkEnd w:id="1"/>
            <w:r w:rsidR="00741DA1">
              <w:rPr>
                <w:sz w:val="21"/>
                <w:szCs w:val="21"/>
              </w:rPr>
              <w:t xml:space="preserve"> гривень 00 копійок</w:t>
            </w:r>
            <w:r w:rsidR="00E8192F" w:rsidRPr="00E8192F">
              <w:rPr>
                <w:sz w:val="21"/>
                <w:szCs w:val="21"/>
              </w:rPr>
              <w:t>)</w:t>
            </w:r>
          </w:p>
        </w:tc>
      </w:tr>
    </w:tbl>
    <w:p w14:paraId="6A1BDCAF" w14:textId="3F4FD1EB" w:rsidR="00C73F4D" w:rsidRPr="0077541D" w:rsidRDefault="00D8326E" w:rsidP="00E8192F">
      <w:pPr>
        <w:ind w:left="120"/>
        <w:jc w:val="center"/>
        <w:rPr>
          <w:sz w:val="21"/>
          <w:szCs w:val="21"/>
        </w:rPr>
      </w:pPr>
      <w:r w:rsidRPr="0077541D">
        <w:rPr>
          <w:sz w:val="21"/>
          <w:szCs w:val="21"/>
        </w:rPr>
        <w:tab/>
      </w:r>
      <w:r w:rsidR="00C73F4D" w:rsidRPr="0077541D">
        <w:rPr>
          <w:sz w:val="21"/>
          <w:szCs w:val="21"/>
        </w:rPr>
        <w:tab/>
      </w:r>
    </w:p>
    <w:p w14:paraId="49EE24E1" w14:textId="77777777" w:rsidR="00C73F4D" w:rsidRPr="0077541D" w:rsidRDefault="00C73F4D" w:rsidP="00C73F4D">
      <w:pPr>
        <w:jc w:val="center"/>
        <w:outlineLvl w:val="0"/>
        <w:rPr>
          <w:b/>
          <w:sz w:val="21"/>
          <w:szCs w:val="21"/>
        </w:rPr>
      </w:pPr>
      <w:r w:rsidRPr="0077541D">
        <w:rPr>
          <w:b/>
          <w:sz w:val="21"/>
          <w:szCs w:val="21"/>
        </w:rPr>
        <w:t xml:space="preserve">ТЕХНІЧНІ ВИМОГИ </w:t>
      </w:r>
    </w:p>
    <w:p w14:paraId="50099684" w14:textId="77777777" w:rsidR="00C73F4D" w:rsidRPr="0077541D" w:rsidRDefault="00C73F4D" w:rsidP="00C73F4D">
      <w:pPr>
        <w:spacing w:after="60"/>
        <w:jc w:val="center"/>
        <w:outlineLvl w:val="0"/>
        <w:rPr>
          <w:b/>
          <w:sz w:val="21"/>
          <w:szCs w:val="21"/>
        </w:rPr>
      </w:pPr>
      <w:r w:rsidRPr="0077541D">
        <w:rPr>
          <w:b/>
          <w:sz w:val="21"/>
          <w:szCs w:val="21"/>
        </w:rPr>
        <w:t>на закупівлю по предмету:</w:t>
      </w:r>
    </w:p>
    <w:p w14:paraId="528A58E4" w14:textId="7D62410E" w:rsidR="00E8192F" w:rsidRDefault="00A5367F" w:rsidP="00E8192F">
      <w:pPr>
        <w:pStyle w:val="rvps2"/>
        <w:shd w:val="clear" w:color="auto" w:fill="FFFFFF"/>
        <w:spacing w:before="0" w:beforeAutospacing="0" w:after="0" w:afterAutospacing="0"/>
        <w:jc w:val="center"/>
        <w:textAlignment w:val="baseline"/>
        <w:rPr>
          <w:b/>
          <w:color w:val="000000"/>
          <w:sz w:val="21"/>
          <w:szCs w:val="21"/>
        </w:rPr>
      </w:pPr>
      <w:r w:rsidRPr="00A5367F">
        <w:rPr>
          <w:b/>
          <w:bCs/>
          <w:iCs/>
          <w:color w:val="000000" w:themeColor="text1"/>
          <w:sz w:val="21"/>
          <w:szCs w:val="21"/>
        </w:rPr>
        <w:t>Журнали – код ДК 021:2015 – 22810000-1 - Паперові чи картонні реєстраційні журнали (Журнали – код ДК 021:2015 – 22810000-1 - Паперові чи картонні реєстраційні журнали)</w:t>
      </w:r>
    </w:p>
    <w:p w14:paraId="2080F34E" w14:textId="77777777" w:rsidR="00E8192F" w:rsidRDefault="00E8192F" w:rsidP="00E8192F">
      <w:pPr>
        <w:pStyle w:val="rvps2"/>
        <w:shd w:val="clear" w:color="auto" w:fill="FFFFFF"/>
        <w:spacing w:before="0" w:beforeAutospacing="0" w:after="0" w:afterAutospacing="0"/>
        <w:jc w:val="center"/>
        <w:textAlignment w:val="baseline"/>
        <w:rPr>
          <w:b/>
          <w:color w:val="000000"/>
          <w:sz w:val="21"/>
          <w:szCs w:val="21"/>
        </w:rPr>
      </w:pPr>
    </w:p>
    <w:p w14:paraId="0E02ADF6" w14:textId="77777777" w:rsidR="00E8192F" w:rsidRDefault="00E8192F" w:rsidP="00E8192F">
      <w:pPr>
        <w:pStyle w:val="rvps2"/>
        <w:shd w:val="clear" w:color="auto" w:fill="FFFFFF"/>
        <w:spacing w:before="0" w:beforeAutospacing="0" w:after="0" w:afterAutospacing="0"/>
        <w:jc w:val="both"/>
        <w:textAlignment w:val="baseline"/>
        <w:rPr>
          <w:color w:val="000000"/>
          <w:sz w:val="21"/>
          <w:szCs w:val="21"/>
          <w:lang w:eastAsia="en-US"/>
        </w:rPr>
      </w:pPr>
      <w:r w:rsidRPr="00697447">
        <w:rPr>
          <w:b/>
          <w:color w:val="000000"/>
          <w:sz w:val="21"/>
          <w:szCs w:val="21"/>
          <w:lang w:eastAsia="en-US"/>
        </w:rPr>
        <w:t>Місце поставки товару</w:t>
      </w:r>
      <w:r w:rsidRPr="00697447">
        <w:rPr>
          <w:b/>
          <w:bCs/>
          <w:caps/>
          <w:color w:val="000000"/>
          <w:sz w:val="21"/>
          <w:szCs w:val="21"/>
        </w:rPr>
        <w:t xml:space="preserve">: </w:t>
      </w:r>
      <w:r w:rsidRPr="00697447">
        <w:rPr>
          <w:color w:val="000000"/>
          <w:sz w:val="21"/>
          <w:szCs w:val="21"/>
          <w:lang w:eastAsia="en-US"/>
        </w:rPr>
        <w:t xml:space="preserve">м. Київ, вул. В. Чорновола, 28 /1, ДНП «НДСЛ "Охматдит" МОЗ України </w:t>
      </w:r>
    </w:p>
    <w:p w14:paraId="17D879CE" w14:textId="77777777" w:rsidR="00E8192F" w:rsidRPr="00697447" w:rsidRDefault="00E8192F" w:rsidP="00E8192F">
      <w:pPr>
        <w:pStyle w:val="rvps2"/>
        <w:shd w:val="clear" w:color="auto" w:fill="FFFFFF"/>
        <w:spacing w:before="0" w:beforeAutospacing="0" w:after="0" w:afterAutospacing="0"/>
        <w:jc w:val="both"/>
        <w:textAlignment w:val="baseline"/>
        <w:rPr>
          <w:color w:val="000000"/>
          <w:sz w:val="21"/>
          <w:szCs w:val="21"/>
          <w:lang w:eastAsia="en-US"/>
        </w:rPr>
      </w:pPr>
    </w:p>
    <w:p w14:paraId="66C59998" w14:textId="77777777" w:rsidR="00E8192F" w:rsidRPr="00697447" w:rsidRDefault="00E8192F" w:rsidP="00E8192F">
      <w:pPr>
        <w:pStyle w:val="rvps2"/>
        <w:shd w:val="clear" w:color="auto" w:fill="FFFFFF"/>
        <w:spacing w:before="0" w:beforeAutospacing="0" w:after="0" w:afterAutospacing="0"/>
        <w:jc w:val="center"/>
        <w:textAlignment w:val="baseline"/>
        <w:rPr>
          <w:b/>
          <w:color w:val="000000"/>
          <w:sz w:val="21"/>
          <w:szCs w:val="21"/>
        </w:rPr>
      </w:pPr>
      <w:r>
        <w:rPr>
          <w:rFonts w:eastAsia="Times New Roman"/>
          <w:b/>
          <w:sz w:val="21"/>
          <w:szCs w:val="21"/>
        </w:rPr>
        <w:t>Т</w:t>
      </w:r>
      <w:r w:rsidRPr="00697447">
        <w:rPr>
          <w:rFonts w:eastAsia="Times New Roman"/>
          <w:b/>
          <w:sz w:val="21"/>
          <w:szCs w:val="21"/>
        </w:rPr>
        <w:t>ехнічні, якісні та кількісні вимоги до предмету закупівлі</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
        <w:gridCol w:w="3937"/>
        <w:gridCol w:w="3691"/>
        <w:gridCol w:w="875"/>
        <w:gridCol w:w="838"/>
      </w:tblGrid>
      <w:tr w:rsidR="00E8192F" w14:paraId="0F6564C0" w14:textId="77777777" w:rsidTr="00CC6BB4">
        <w:trPr>
          <w:jc w:val="center"/>
        </w:trPr>
        <w:tc>
          <w:tcPr>
            <w:tcW w:w="429" w:type="dxa"/>
            <w:shd w:val="clear" w:color="auto" w:fill="auto"/>
            <w:vAlign w:val="center"/>
          </w:tcPr>
          <w:p w14:paraId="45A23A2E" w14:textId="77777777" w:rsidR="00E8192F" w:rsidRPr="009E322D" w:rsidRDefault="00E8192F" w:rsidP="00CE671D">
            <w:pPr>
              <w:jc w:val="center"/>
              <w:outlineLvl w:val="0"/>
              <w:rPr>
                <w:b/>
                <w:sz w:val="21"/>
                <w:szCs w:val="21"/>
              </w:rPr>
            </w:pPr>
            <w:bookmarkStart w:id="2" w:name="_Hlk233729533"/>
            <w:r w:rsidRPr="009E322D">
              <w:rPr>
                <w:b/>
                <w:sz w:val="21"/>
                <w:szCs w:val="21"/>
              </w:rPr>
              <w:t>№</w:t>
            </w:r>
          </w:p>
        </w:tc>
        <w:tc>
          <w:tcPr>
            <w:tcW w:w="3937" w:type="dxa"/>
            <w:shd w:val="clear" w:color="auto" w:fill="auto"/>
            <w:vAlign w:val="center"/>
          </w:tcPr>
          <w:p w14:paraId="7B9EC801" w14:textId="77777777" w:rsidR="00E8192F" w:rsidRPr="009E322D" w:rsidRDefault="00E8192F" w:rsidP="00CE671D">
            <w:pPr>
              <w:jc w:val="center"/>
              <w:outlineLvl w:val="0"/>
              <w:rPr>
                <w:b/>
                <w:sz w:val="21"/>
                <w:szCs w:val="21"/>
              </w:rPr>
            </w:pPr>
            <w:r w:rsidRPr="009E322D">
              <w:rPr>
                <w:b/>
                <w:sz w:val="21"/>
                <w:szCs w:val="21"/>
              </w:rPr>
              <w:t>Найменування</w:t>
            </w:r>
          </w:p>
        </w:tc>
        <w:tc>
          <w:tcPr>
            <w:tcW w:w="3691" w:type="dxa"/>
            <w:shd w:val="clear" w:color="auto" w:fill="auto"/>
            <w:vAlign w:val="center"/>
          </w:tcPr>
          <w:p w14:paraId="156BD1A4" w14:textId="77777777" w:rsidR="00E8192F" w:rsidRPr="009E322D" w:rsidRDefault="00E8192F" w:rsidP="00CE671D">
            <w:pPr>
              <w:jc w:val="center"/>
              <w:outlineLvl w:val="0"/>
              <w:rPr>
                <w:b/>
                <w:sz w:val="21"/>
                <w:szCs w:val="21"/>
              </w:rPr>
            </w:pPr>
            <w:r w:rsidRPr="009E322D">
              <w:rPr>
                <w:b/>
                <w:sz w:val="21"/>
                <w:szCs w:val="21"/>
              </w:rPr>
              <w:t>Опис</w:t>
            </w:r>
          </w:p>
        </w:tc>
        <w:tc>
          <w:tcPr>
            <w:tcW w:w="875" w:type="dxa"/>
            <w:shd w:val="clear" w:color="auto" w:fill="auto"/>
            <w:vAlign w:val="center"/>
          </w:tcPr>
          <w:p w14:paraId="64563D0B" w14:textId="77777777" w:rsidR="00E8192F" w:rsidRPr="009E322D" w:rsidRDefault="00E8192F" w:rsidP="00CE671D">
            <w:pPr>
              <w:jc w:val="center"/>
              <w:outlineLvl w:val="0"/>
              <w:rPr>
                <w:b/>
                <w:sz w:val="21"/>
                <w:szCs w:val="21"/>
              </w:rPr>
            </w:pPr>
            <w:r w:rsidRPr="009E322D">
              <w:rPr>
                <w:b/>
                <w:sz w:val="21"/>
                <w:szCs w:val="21"/>
              </w:rPr>
              <w:t>Од. виміру</w:t>
            </w:r>
          </w:p>
        </w:tc>
        <w:tc>
          <w:tcPr>
            <w:tcW w:w="838" w:type="dxa"/>
            <w:shd w:val="clear" w:color="auto" w:fill="auto"/>
            <w:vAlign w:val="center"/>
          </w:tcPr>
          <w:p w14:paraId="5B70BF3D" w14:textId="77777777" w:rsidR="00E8192F" w:rsidRPr="009E322D" w:rsidRDefault="00E8192F" w:rsidP="00CE671D">
            <w:pPr>
              <w:jc w:val="center"/>
              <w:outlineLvl w:val="0"/>
              <w:rPr>
                <w:b/>
                <w:sz w:val="21"/>
                <w:szCs w:val="21"/>
              </w:rPr>
            </w:pPr>
            <w:r w:rsidRPr="009E322D">
              <w:rPr>
                <w:b/>
                <w:sz w:val="21"/>
                <w:szCs w:val="21"/>
              </w:rPr>
              <w:t>К-сть</w:t>
            </w:r>
          </w:p>
        </w:tc>
      </w:tr>
      <w:tr w:rsidR="00E8192F" w14:paraId="7D865273" w14:textId="77777777" w:rsidTr="00CC6BB4">
        <w:trPr>
          <w:jc w:val="center"/>
        </w:trPr>
        <w:tc>
          <w:tcPr>
            <w:tcW w:w="429" w:type="dxa"/>
            <w:shd w:val="clear" w:color="auto" w:fill="auto"/>
            <w:vAlign w:val="center"/>
          </w:tcPr>
          <w:p w14:paraId="3FD6C835" w14:textId="77777777" w:rsidR="00E8192F" w:rsidRPr="009E322D" w:rsidRDefault="00E8192F" w:rsidP="00CE671D">
            <w:pPr>
              <w:jc w:val="center"/>
              <w:outlineLvl w:val="0"/>
              <w:rPr>
                <w:sz w:val="21"/>
                <w:szCs w:val="21"/>
              </w:rPr>
            </w:pPr>
            <w:r w:rsidRPr="009E322D">
              <w:rPr>
                <w:sz w:val="21"/>
                <w:szCs w:val="21"/>
              </w:rPr>
              <w:t>1</w:t>
            </w:r>
          </w:p>
        </w:tc>
        <w:tc>
          <w:tcPr>
            <w:tcW w:w="3937" w:type="dxa"/>
            <w:shd w:val="clear" w:color="auto" w:fill="auto"/>
            <w:vAlign w:val="center"/>
          </w:tcPr>
          <w:p w14:paraId="2DCB6469" w14:textId="3DFC323F" w:rsidR="00E8192F" w:rsidRPr="009E322D" w:rsidRDefault="00937E78" w:rsidP="00315E27">
            <w:pPr>
              <w:jc w:val="center"/>
              <w:outlineLvl w:val="0"/>
              <w:rPr>
                <w:sz w:val="21"/>
                <w:szCs w:val="21"/>
              </w:rPr>
            </w:pPr>
            <w:r w:rsidRPr="00937E78">
              <w:rPr>
                <w:sz w:val="21"/>
                <w:szCs w:val="21"/>
              </w:rPr>
              <w:t>Форма первинної облікової документації № 129-6/о «Журнал обліку препаратів наркотичних засобів, психотропних речовин і прекурсорів у відділеннях і кабінетах лікувально-профілактичних закладів охорони здоров’я»</w:t>
            </w:r>
          </w:p>
        </w:tc>
        <w:tc>
          <w:tcPr>
            <w:tcW w:w="3691" w:type="dxa"/>
            <w:shd w:val="clear" w:color="auto" w:fill="auto"/>
            <w:vAlign w:val="center"/>
          </w:tcPr>
          <w:p w14:paraId="1B350393" w14:textId="77777777" w:rsidR="00937E78" w:rsidRPr="00937E78" w:rsidRDefault="00937E78" w:rsidP="00937E78">
            <w:pPr>
              <w:jc w:val="both"/>
              <w:outlineLvl w:val="0"/>
              <w:rPr>
                <w:sz w:val="21"/>
                <w:szCs w:val="21"/>
              </w:rPr>
            </w:pPr>
            <w:r w:rsidRPr="00937E78">
              <w:rPr>
                <w:sz w:val="21"/>
                <w:szCs w:val="21"/>
              </w:rPr>
              <w:t xml:space="preserve">Обкладинка: тверда форма </w:t>
            </w:r>
          </w:p>
          <w:p w14:paraId="5BD6DB78" w14:textId="77777777" w:rsidR="00937E78" w:rsidRPr="00937E78" w:rsidRDefault="00937E78" w:rsidP="00937E78">
            <w:pPr>
              <w:jc w:val="both"/>
              <w:outlineLvl w:val="0"/>
              <w:rPr>
                <w:sz w:val="21"/>
                <w:szCs w:val="21"/>
              </w:rPr>
            </w:pPr>
            <w:r w:rsidRPr="00937E78">
              <w:rPr>
                <w:sz w:val="21"/>
                <w:szCs w:val="21"/>
              </w:rPr>
              <w:t>Формат журналу: A4</w:t>
            </w:r>
          </w:p>
          <w:p w14:paraId="5CAE65DB" w14:textId="77777777" w:rsidR="00937E78" w:rsidRPr="00937E78" w:rsidRDefault="00937E78" w:rsidP="00937E78">
            <w:pPr>
              <w:jc w:val="both"/>
              <w:outlineLvl w:val="0"/>
              <w:rPr>
                <w:sz w:val="21"/>
                <w:szCs w:val="21"/>
              </w:rPr>
            </w:pPr>
            <w:r w:rsidRPr="00937E78">
              <w:rPr>
                <w:sz w:val="21"/>
                <w:szCs w:val="21"/>
              </w:rPr>
              <w:t>Орієнтація: Альбомна</w:t>
            </w:r>
          </w:p>
          <w:p w14:paraId="2986658A" w14:textId="77777777" w:rsidR="00937E78" w:rsidRPr="00937E78" w:rsidRDefault="00937E78" w:rsidP="00937E78">
            <w:pPr>
              <w:jc w:val="both"/>
              <w:outlineLvl w:val="0"/>
              <w:rPr>
                <w:sz w:val="21"/>
                <w:szCs w:val="21"/>
              </w:rPr>
            </w:pPr>
            <w:r w:rsidRPr="00937E78">
              <w:rPr>
                <w:sz w:val="21"/>
                <w:szCs w:val="21"/>
              </w:rPr>
              <w:t>Кількість сторінок: 200</w:t>
            </w:r>
          </w:p>
          <w:p w14:paraId="23F236F3" w14:textId="77777777" w:rsidR="00937E78" w:rsidRPr="00937E78" w:rsidRDefault="00937E78" w:rsidP="00937E78">
            <w:pPr>
              <w:jc w:val="both"/>
              <w:outlineLvl w:val="0"/>
              <w:rPr>
                <w:sz w:val="21"/>
                <w:szCs w:val="21"/>
              </w:rPr>
            </w:pPr>
            <w:r w:rsidRPr="00937E78">
              <w:rPr>
                <w:sz w:val="21"/>
                <w:szCs w:val="21"/>
              </w:rPr>
              <w:t>Кількість аркушів:100</w:t>
            </w:r>
          </w:p>
          <w:p w14:paraId="1E32DDA0" w14:textId="77777777" w:rsidR="00937E78" w:rsidRPr="00937E78" w:rsidRDefault="00937E78" w:rsidP="00937E78">
            <w:pPr>
              <w:jc w:val="both"/>
              <w:outlineLvl w:val="0"/>
              <w:rPr>
                <w:sz w:val="21"/>
                <w:szCs w:val="21"/>
              </w:rPr>
            </w:pPr>
            <w:r w:rsidRPr="00937E78">
              <w:rPr>
                <w:sz w:val="21"/>
                <w:szCs w:val="21"/>
              </w:rPr>
              <w:t>Мова тексту: Українська</w:t>
            </w:r>
          </w:p>
          <w:p w14:paraId="206CF255" w14:textId="77777777" w:rsidR="00937E78" w:rsidRPr="00937E78" w:rsidRDefault="00937E78" w:rsidP="00937E78">
            <w:pPr>
              <w:jc w:val="both"/>
              <w:outlineLvl w:val="0"/>
              <w:rPr>
                <w:sz w:val="21"/>
                <w:szCs w:val="21"/>
              </w:rPr>
            </w:pPr>
            <w:r w:rsidRPr="00937E78">
              <w:rPr>
                <w:sz w:val="21"/>
                <w:szCs w:val="21"/>
              </w:rPr>
              <w:t>Колір сторінок: Чорно-білий друк</w:t>
            </w:r>
          </w:p>
          <w:p w14:paraId="0E996AFE" w14:textId="77777777" w:rsidR="00937E78" w:rsidRPr="00937E78" w:rsidRDefault="00937E78" w:rsidP="00937E78">
            <w:pPr>
              <w:jc w:val="both"/>
              <w:outlineLvl w:val="0"/>
              <w:rPr>
                <w:sz w:val="21"/>
                <w:szCs w:val="21"/>
              </w:rPr>
            </w:pPr>
            <w:r w:rsidRPr="00937E78">
              <w:rPr>
                <w:sz w:val="21"/>
                <w:szCs w:val="21"/>
              </w:rPr>
              <w:t>Папір сторінок: Білий папір 80 г/м2</w:t>
            </w:r>
          </w:p>
          <w:p w14:paraId="67899025" w14:textId="2EAA4A05" w:rsidR="00E8192F" w:rsidRPr="009E322D" w:rsidRDefault="00937E78" w:rsidP="00937E78">
            <w:pPr>
              <w:jc w:val="both"/>
              <w:outlineLvl w:val="0"/>
              <w:rPr>
                <w:sz w:val="21"/>
                <w:szCs w:val="21"/>
              </w:rPr>
            </w:pPr>
            <w:r w:rsidRPr="00937E78">
              <w:rPr>
                <w:sz w:val="21"/>
                <w:szCs w:val="21"/>
              </w:rPr>
              <w:t>Формат і зміст друкованих сторінок журналу повинен бути згідно наказу МОЗ України № 494 від 07.08.2015 «Про деякі питання придбання, перевезення, зберігання, відпуску, використання та знищення наркотичних засобів, психотропних речовин і прекурсорів у закладах охорони здоров’я (зі змінами)</w:t>
            </w:r>
          </w:p>
        </w:tc>
        <w:tc>
          <w:tcPr>
            <w:tcW w:w="875" w:type="dxa"/>
            <w:shd w:val="clear" w:color="auto" w:fill="auto"/>
            <w:vAlign w:val="center"/>
          </w:tcPr>
          <w:p w14:paraId="236BD367" w14:textId="06F1A465" w:rsidR="00E8192F" w:rsidRPr="009E322D" w:rsidRDefault="00937E78" w:rsidP="00CE671D">
            <w:pPr>
              <w:jc w:val="center"/>
              <w:outlineLvl w:val="0"/>
              <w:rPr>
                <w:sz w:val="21"/>
                <w:szCs w:val="21"/>
              </w:rPr>
            </w:pPr>
            <w:proofErr w:type="spellStart"/>
            <w:r>
              <w:rPr>
                <w:sz w:val="21"/>
                <w:szCs w:val="21"/>
              </w:rPr>
              <w:t>шт</w:t>
            </w:r>
            <w:proofErr w:type="spellEnd"/>
          </w:p>
        </w:tc>
        <w:tc>
          <w:tcPr>
            <w:tcW w:w="838" w:type="dxa"/>
            <w:shd w:val="clear" w:color="auto" w:fill="auto"/>
            <w:vAlign w:val="center"/>
          </w:tcPr>
          <w:p w14:paraId="7A99E8D6" w14:textId="4D37747B" w:rsidR="00E8192F" w:rsidRPr="009E322D" w:rsidRDefault="00937E78" w:rsidP="00CE671D">
            <w:pPr>
              <w:jc w:val="center"/>
              <w:outlineLvl w:val="0"/>
              <w:rPr>
                <w:sz w:val="21"/>
                <w:szCs w:val="21"/>
              </w:rPr>
            </w:pPr>
            <w:r>
              <w:rPr>
                <w:sz w:val="21"/>
                <w:szCs w:val="21"/>
              </w:rPr>
              <w:t>60</w:t>
            </w:r>
          </w:p>
        </w:tc>
      </w:tr>
      <w:tr w:rsidR="00937E78" w14:paraId="115238FA" w14:textId="77777777" w:rsidTr="00CC5647">
        <w:trPr>
          <w:jc w:val="center"/>
        </w:trPr>
        <w:tc>
          <w:tcPr>
            <w:tcW w:w="429" w:type="dxa"/>
            <w:shd w:val="clear" w:color="auto" w:fill="auto"/>
            <w:vAlign w:val="center"/>
          </w:tcPr>
          <w:p w14:paraId="327BF947" w14:textId="15A98D09" w:rsidR="00937E78" w:rsidRPr="009E322D" w:rsidRDefault="00937E78" w:rsidP="00937E78">
            <w:pPr>
              <w:jc w:val="center"/>
              <w:outlineLvl w:val="0"/>
              <w:rPr>
                <w:sz w:val="21"/>
                <w:szCs w:val="21"/>
              </w:rPr>
            </w:pPr>
            <w:r>
              <w:rPr>
                <w:sz w:val="21"/>
                <w:szCs w:val="21"/>
              </w:rPr>
              <w:t>2</w:t>
            </w:r>
          </w:p>
        </w:tc>
        <w:tc>
          <w:tcPr>
            <w:tcW w:w="3937" w:type="dxa"/>
            <w:shd w:val="clear" w:color="auto" w:fill="auto"/>
            <w:vAlign w:val="center"/>
          </w:tcPr>
          <w:p w14:paraId="5916E777" w14:textId="2A3A25BF" w:rsidR="00937E78" w:rsidRPr="009E322D" w:rsidRDefault="00937E78" w:rsidP="00937E78">
            <w:pPr>
              <w:jc w:val="center"/>
              <w:outlineLvl w:val="0"/>
              <w:rPr>
                <w:sz w:val="21"/>
                <w:szCs w:val="21"/>
              </w:rPr>
            </w:pPr>
            <w:r w:rsidRPr="00937E78">
              <w:rPr>
                <w:sz w:val="21"/>
                <w:szCs w:val="21"/>
              </w:rPr>
              <w:t>Форма первинної облікової документації № 129-7/о «Журнал обліку препаратів наркотичних засобів, психотропних речовин і прекурсорів на постах відділень лікувально-профілактичних закладів охорони здоров’я»</w:t>
            </w:r>
          </w:p>
        </w:tc>
        <w:tc>
          <w:tcPr>
            <w:tcW w:w="3691" w:type="dxa"/>
            <w:shd w:val="clear" w:color="auto" w:fill="auto"/>
          </w:tcPr>
          <w:p w14:paraId="20626BBB" w14:textId="77777777" w:rsidR="00937E78" w:rsidRPr="00937E78" w:rsidRDefault="00937E78" w:rsidP="00937E78">
            <w:pPr>
              <w:jc w:val="both"/>
              <w:outlineLvl w:val="0"/>
              <w:rPr>
                <w:sz w:val="21"/>
                <w:szCs w:val="21"/>
              </w:rPr>
            </w:pPr>
            <w:r w:rsidRPr="00937E78">
              <w:rPr>
                <w:sz w:val="21"/>
                <w:szCs w:val="21"/>
              </w:rPr>
              <w:t xml:space="preserve">Обкладинка: тверда форма </w:t>
            </w:r>
          </w:p>
          <w:p w14:paraId="7ACBA7FE" w14:textId="77777777" w:rsidR="00937E78" w:rsidRPr="00937E78" w:rsidRDefault="00937E78" w:rsidP="00937E78">
            <w:pPr>
              <w:jc w:val="both"/>
              <w:outlineLvl w:val="0"/>
              <w:rPr>
                <w:sz w:val="21"/>
                <w:szCs w:val="21"/>
              </w:rPr>
            </w:pPr>
            <w:r w:rsidRPr="00937E78">
              <w:rPr>
                <w:sz w:val="21"/>
                <w:szCs w:val="21"/>
              </w:rPr>
              <w:t>Формат журналу: A4</w:t>
            </w:r>
          </w:p>
          <w:p w14:paraId="71F8AAEA" w14:textId="77777777" w:rsidR="00937E78" w:rsidRPr="00937E78" w:rsidRDefault="00937E78" w:rsidP="00937E78">
            <w:pPr>
              <w:jc w:val="both"/>
              <w:outlineLvl w:val="0"/>
              <w:rPr>
                <w:sz w:val="21"/>
                <w:szCs w:val="21"/>
              </w:rPr>
            </w:pPr>
            <w:r w:rsidRPr="00937E78">
              <w:rPr>
                <w:sz w:val="21"/>
                <w:szCs w:val="21"/>
              </w:rPr>
              <w:t>Орієнтація: Альбомна</w:t>
            </w:r>
          </w:p>
          <w:p w14:paraId="6BC1C5B8" w14:textId="77777777" w:rsidR="00937E78" w:rsidRPr="00937E78" w:rsidRDefault="00937E78" w:rsidP="00937E78">
            <w:pPr>
              <w:jc w:val="both"/>
              <w:outlineLvl w:val="0"/>
              <w:rPr>
                <w:sz w:val="21"/>
                <w:szCs w:val="21"/>
              </w:rPr>
            </w:pPr>
            <w:r w:rsidRPr="00937E78">
              <w:rPr>
                <w:sz w:val="21"/>
                <w:szCs w:val="21"/>
              </w:rPr>
              <w:t>Кількість сторінок: 200</w:t>
            </w:r>
          </w:p>
          <w:p w14:paraId="03CB27A6" w14:textId="77777777" w:rsidR="00937E78" w:rsidRPr="00937E78" w:rsidRDefault="00937E78" w:rsidP="00937E78">
            <w:pPr>
              <w:jc w:val="both"/>
              <w:outlineLvl w:val="0"/>
              <w:rPr>
                <w:sz w:val="21"/>
                <w:szCs w:val="21"/>
              </w:rPr>
            </w:pPr>
            <w:r w:rsidRPr="00937E78">
              <w:rPr>
                <w:sz w:val="21"/>
                <w:szCs w:val="21"/>
              </w:rPr>
              <w:t>Кількість аркушів:100</w:t>
            </w:r>
          </w:p>
          <w:p w14:paraId="23BCABE7" w14:textId="77777777" w:rsidR="00937E78" w:rsidRPr="00937E78" w:rsidRDefault="00937E78" w:rsidP="00937E78">
            <w:pPr>
              <w:jc w:val="both"/>
              <w:outlineLvl w:val="0"/>
              <w:rPr>
                <w:sz w:val="21"/>
                <w:szCs w:val="21"/>
              </w:rPr>
            </w:pPr>
            <w:r w:rsidRPr="00937E78">
              <w:rPr>
                <w:sz w:val="21"/>
                <w:szCs w:val="21"/>
              </w:rPr>
              <w:t>Мова тексту: Українська</w:t>
            </w:r>
          </w:p>
          <w:p w14:paraId="181B70EC" w14:textId="77777777" w:rsidR="00937E78" w:rsidRPr="00937E78" w:rsidRDefault="00937E78" w:rsidP="00937E78">
            <w:pPr>
              <w:jc w:val="both"/>
              <w:outlineLvl w:val="0"/>
              <w:rPr>
                <w:sz w:val="21"/>
                <w:szCs w:val="21"/>
              </w:rPr>
            </w:pPr>
            <w:r w:rsidRPr="00937E78">
              <w:rPr>
                <w:sz w:val="21"/>
                <w:szCs w:val="21"/>
              </w:rPr>
              <w:t>Колір сторінок: Чорно-білий друк</w:t>
            </w:r>
          </w:p>
          <w:p w14:paraId="6FC7C375" w14:textId="77777777" w:rsidR="00937E78" w:rsidRPr="00937E78" w:rsidRDefault="00937E78" w:rsidP="00937E78">
            <w:pPr>
              <w:jc w:val="both"/>
              <w:outlineLvl w:val="0"/>
              <w:rPr>
                <w:sz w:val="21"/>
                <w:szCs w:val="21"/>
              </w:rPr>
            </w:pPr>
            <w:r w:rsidRPr="00937E78">
              <w:rPr>
                <w:sz w:val="21"/>
                <w:szCs w:val="21"/>
              </w:rPr>
              <w:t>Папір сторінок: Білий папір 80 г/м2</w:t>
            </w:r>
          </w:p>
          <w:p w14:paraId="5EBAB5CB" w14:textId="5DA24268" w:rsidR="00937E78" w:rsidRPr="009E322D" w:rsidRDefault="00937E78" w:rsidP="00937E78">
            <w:pPr>
              <w:jc w:val="both"/>
              <w:outlineLvl w:val="0"/>
              <w:rPr>
                <w:sz w:val="21"/>
                <w:szCs w:val="21"/>
              </w:rPr>
            </w:pPr>
            <w:r w:rsidRPr="00937E78">
              <w:rPr>
                <w:sz w:val="21"/>
                <w:szCs w:val="21"/>
              </w:rPr>
              <w:t>Формат і зміст друкованих сторінок журналу повинен бути згідно наказу МОЗ України № 494 від 07.08.2015 «Про деякі питання придбання, перевезення, зберігання, відпуску, використання та знищення наркотичних засобів, психотропних речовин і прекурсорів у закладах охорони здоров’я» (зі змінами)</w:t>
            </w:r>
          </w:p>
        </w:tc>
        <w:tc>
          <w:tcPr>
            <w:tcW w:w="875" w:type="dxa"/>
            <w:shd w:val="clear" w:color="auto" w:fill="auto"/>
            <w:vAlign w:val="center"/>
          </w:tcPr>
          <w:p w14:paraId="3BDD065C" w14:textId="0FDD5331" w:rsidR="00937E78" w:rsidRPr="009E322D" w:rsidRDefault="00937E78" w:rsidP="00937E78">
            <w:pPr>
              <w:jc w:val="center"/>
              <w:outlineLvl w:val="0"/>
              <w:rPr>
                <w:sz w:val="21"/>
                <w:szCs w:val="21"/>
              </w:rPr>
            </w:pPr>
            <w:proofErr w:type="spellStart"/>
            <w:r>
              <w:rPr>
                <w:sz w:val="21"/>
                <w:szCs w:val="21"/>
              </w:rPr>
              <w:t>шт</w:t>
            </w:r>
            <w:proofErr w:type="spellEnd"/>
          </w:p>
        </w:tc>
        <w:tc>
          <w:tcPr>
            <w:tcW w:w="838" w:type="dxa"/>
            <w:shd w:val="clear" w:color="auto" w:fill="auto"/>
            <w:vAlign w:val="center"/>
          </w:tcPr>
          <w:p w14:paraId="2949DA8E" w14:textId="36C8F488" w:rsidR="00937E78" w:rsidRPr="009E322D" w:rsidRDefault="00937E78" w:rsidP="00937E78">
            <w:pPr>
              <w:jc w:val="center"/>
              <w:outlineLvl w:val="0"/>
              <w:rPr>
                <w:sz w:val="21"/>
                <w:szCs w:val="21"/>
              </w:rPr>
            </w:pPr>
            <w:r>
              <w:rPr>
                <w:sz w:val="21"/>
                <w:szCs w:val="21"/>
              </w:rPr>
              <w:t>60</w:t>
            </w:r>
          </w:p>
        </w:tc>
      </w:tr>
      <w:tr w:rsidR="00937E78" w14:paraId="599FC81C" w14:textId="77777777" w:rsidTr="00CC6BB4">
        <w:trPr>
          <w:jc w:val="center"/>
        </w:trPr>
        <w:tc>
          <w:tcPr>
            <w:tcW w:w="429" w:type="dxa"/>
            <w:shd w:val="clear" w:color="auto" w:fill="auto"/>
            <w:vAlign w:val="center"/>
          </w:tcPr>
          <w:p w14:paraId="3CA9C75E" w14:textId="249460DF" w:rsidR="00937E78" w:rsidRPr="009E322D" w:rsidRDefault="00937E78" w:rsidP="00937E78">
            <w:pPr>
              <w:jc w:val="center"/>
              <w:outlineLvl w:val="0"/>
              <w:rPr>
                <w:sz w:val="21"/>
                <w:szCs w:val="21"/>
              </w:rPr>
            </w:pPr>
            <w:r>
              <w:rPr>
                <w:sz w:val="21"/>
                <w:szCs w:val="21"/>
              </w:rPr>
              <w:lastRenderedPageBreak/>
              <w:t>3</w:t>
            </w:r>
          </w:p>
        </w:tc>
        <w:tc>
          <w:tcPr>
            <w:tcW w:w="3937" w:type="dxa"/>
            <w:shd w:val="clear" w:color="auto" w:fill="auto"/>
            <w:vAlign w:val="center"/>
          </w:tcPr>
          <w:p w14:paraId="5852367E" w14:textId="1468A200" w:rsidR="00937E78" w:rsidRPr="009E322D" w:rsidRDefault="00937E78" w:rsidP="00937E78">
            <w:pPr>
              <w:jc w:val="center"/>
              <w:outlineLvl w:val="0"/>
              <w:rPr>
                <w:sz w:val="21"/>
                <w:szCs w:val="21"/>
              </w:rPr>
            </w:pPr>
            <w:r w:rsidRPr="00937E78">
              <w:rPr>
                <w:sz w:val="21"/>
                <w:szCs w:val="21"/>
              </w:rPr>
              <w:t xml:space="preserve">Журнал обліку отриманих і використаних лікарських засобів та медичних виробів  </w:t>
            </w:r>
          </w:p>
        </w:tc>
        <w:tc>
          <w:tcPr>
            <w:tcW w:w="3691" w:type="dxa"/>
            <w:shd w:val="clear" w:color="auto" w:fill="auto"/>
            <w:vAlign w:val="center"/>
          </w:tcPr>
          <w:p w14:paraId="70CEDB2C" w14:textId="77777777" w:rsidR="00937E78" w:rsidRPr="00937E78" w:rsidRDefault="00937E78" w:rsidP="00937E78">
            <w:pPr>
              <w:jc w:val="both"/>
              <w:outlineLvl w:val="0"/>
              <w:rPr>
                <w:sz w:val="21"/>
                <w:szCs w:val="21"/>
              </w:rPr>
            </w:pPr>
            <w:r w:rsidRPr="00937E78">
              <w:rPr>
                <w:sz w:val="21"/>
                <w:szCs w:val="21"/>
              </w:rPr>
              <w:t xml:space="preserve">Обкладинка: тверда форма </w:t>
            </w:r>
          </w:p>
          <w:p w14:paraId="4ABB20E4" w14:textId="77777777" w:rsidR="00937E78" w:rsidRPr="00937E78" w:rsidRDefault="00937E78" w:rsidP="00937E78">
            <w:pPr>
              <w:jc w:val="both"/>
              <w:outlineLvl w:val="0"/>
              <w:rPr>
                <w:sz w:val="21"/>
                <w:szCs w:val="21"/>
              </w:rPr>
            </w:pPr>
            <w:r w:rsidRPr="00937E78">
              <w:rPr>
                <w:sz w:val="21"/>
                <w:szCs w:val="21"/>
              </w:rPr>
              <w:t>Формат журналу: A4</w:t>
            </w:r>
          </w:p>
          <w:p w14:paraId="07E9B90D" w14:textId="77777777" w:rsidR="00937E78" w:rsidRPr="00937E78" w:rsidRDefault="00937E78" w:rsidP="00937E78">
            <w:pPr>
              <w:jc w:val="both"/>
              <w:outlineLvl w:val="0"/>
              <w:rPr>
                <w:sz w:val="21"/>
                <w:szCs w:val="21"/>
              </w:rPr>
            </w:pPr>
            <w:r w:rsidRPr="00937E78">
              <w:rPr>
                <w:sz w:val="21"/>
                <w:szCs w:val="21"/>
              </w:rPr>
              <w:t>Орієнтація: Книжкова</w:t>
            </w:r>
          </w:p>
          <w:p w14:paraId="2C6CE29E" w14:textId="77777777" w:rsidR="00937E78" w:rsidRPr="00937E78" w:rsidRDefault="00937E78" w:rsidP="00937E78">
            <w:pPr>
              <w:jc w:val="both"/>
              <w:outlineLvl w:val="0"/>
              <w:rPr>
                <w:sz w:val="21"/>
                <w:szCs w:val="21"/>
              </w:rPr>
            </w:pPr>
            <w:r w:rsidRPr="00937E78">
              <w:rPr>
                <w:sz w:val="21"/>
                <w:szCs w:val="21"/>
              </w:rPr>
              <w:t>Кількість сторінок: 300</w:t>
            </w:r>
          </w:p>
          <w:p w14:paraId="683E9865" w14:textId="77777777" w:rsidR="00937E78" w:rsidRPr="00937E78" w:rsidRDefault="00937E78" w:rsidP="00937E78">
            <w:pPr>
              <w:jc w:val="both"/>
              <w:outlineLvl w:val="0"/>
              <w:rPr>
                <w:sz w:val="21"/>
                <w:szCs w:val="21"/>
              </w:rPr>
            </w:pPr>
            <w:r w:rsidRPr="00937E78">
              <w:rPr>
                <w:sz w:val="21"/>
                <w:szCs w:val="21"/>
              </w:rPr>
              <w:t>Кількість аркушів:150</w:t>
            </w:r>
          </w:p>
          <w:p w14:paraId="44694218" w14:textId="77777777" w:rsidR="00937E78" w:rsidRPr="00937E78" w:rsidRDefault="00937E78" w:rsidP="00937E78">
            <w:pPr>
              <w:jc w:val="both"/>
              <w:outlineLvl w:val="0"/>
              <w:rPr>
                <w:sz w:val="21"/>
                <w:szCs w:val="21"/>
              </w:rPr>
            </w:pPr>
            <w:r w:rsidRPr="00937E78">
              <w:rPr>
                <w:sz w:val="21"/>
                <w:szCs w:val="21"/>
              </w:rPr>
              <w:t>Мова тексту: Українська</w:t>
            </w:r>
          </w:p>
          <w:p w14:paraId="15195FAC" w14:textId="77777777" w:rsidR="00937E78" w:rsidRPr="00937E78" w:rsidRDefault="00937E78" w:rsidP="00937E78">
            <w:pPr>
              <w:jc w:val="both"/>
              <w:outlineLvl w:val="0"/>
              <w:rPr>
                <w:sz w:val="21"/>
                <w:szCs w:val="21"/>
              </w:rPr>
            </w:pPr>
            <w:r w:rsidRPr="00937E78">
              <w:rPr>
                <w:sz w:val="21"/>
                <w:szCs w:val="21"/>
              </w:rPr>
              <w:t>Колір сторінок: Чорно-білий друк</w:t>
            </w:r>
          </w:p>
          <w:p w14:paraId="097811DE" w14:textId="77777777" w:rsidR="00937E78" w:rsidRPr="00937E78" w:rsidRDefault="00937E78" w:rsidP="00937E78">
            <w:pPr>
              <w:jc w:val="both"/>
              <w:outlineLvl w:val="0"/>
              <w:rPr>
                <w:sz w:val="21"/>
                <w:szCs w:val="21"/>
              </w:rPr>
            </w:pPr>
            <w:r w:rsidRPr="00937E78">
              <w:rPr>
                <w:sz w:val="21"/>
                <w:szCs w:val="21"/>
              </w:rPr>
              <w:t>Папір сторінок: Білий папір 80 г/м2</w:t>
            </w:r>
          </w:p>
          <w:p w14:paraId="5E5236F5" w14:textId="77777777" w:rsidR="00937E78" w:rsidRPr="00937E78" w:rsidRDefault="00937E78" w:rsidP="00937E78">
            <w:pPr>
              <w:jc w:val="both"/>
              <w:outlineLvl w:val="0"/>
              <w:rPr>
                <w:sz w:val="21"/>
                <w:szCs w:val="21"/>
              </w:rPr>
            </w:pPr>
            <w:r w:rsidRPr="00937E78">
              <w:rPr>
                <w:sz w:val="21"/>
                <w:szCs w:val="21"/>
              </w:rPr>
              <w:t xml:space="preserve">Формат і зміст друкованих сторінок журналу повинен бути згідно додатку 5 </w:t>
            </w:r>
          </w:p>
          <w:p w14:paraId="13132F85" w14:textId="77777777" w:rsidR="00937E78" w:rsidRPr="00937E78" w:rsidRDefault="00937E78" w:rsidP="00937E78">
            <w:pPr>
              <w:jc w:val="both"/>
              <w:outlineLvl w:val="0"/>
              <w:rPr>
                <w:sz w:val="21"/>
                <w:szCs w:val="21"/>
              </w:rPr>
            </w:pPr>
            <w:r w:rsidRPr="00937E78">
              <w:rPr>
                <w:sz w:val="21"/>
                <w:szCs w:val="21"/>
              </w:rPr>
              <w:t>наказу МОЗ України № 635 від 09.09.2014 «Про затвердження Методичних рекомендацій ведення обліку лікарських засобів та медичних виробів у закладах охорони здоров'я»</w:t>
            </w:r>
          </w:p>
          <w:p w14:paraId="6212C4FA" w14:textId="77777777" w:rsidR="00937E78" w:rsidRPr="00937E78" w:rsidRDefault="00937E78" w:rsidP="00937E78">
            <w:pPr>
              <w:jc w:val="both"/>
              <w:outlineLvl w:val="0"/>
              <w:rPr>
                <w:sz w:val="21"/>
                <w:szCs w:val="21"/>
              </w:rPr>
            </w:pPr>
            <w:r w:rsidRPr="00937E78">
              <w:rPr>
                <w:sz w:val="21"/>
                <w:szCs w:val="21"/>
              </w:rPr>
              <w:t>Окрім граф, передбачених зазначеним нормативним документом, необхідно додатково включити такі графи:</w:t>
            </w:r>
          </w:p>
          <w:p w14:paraId="65015557" w14:textId="051B857D" w:rsidR="00937E78" w:rsidRPr="009E322D" w:rsidRDefault="00937E78" w:rsidP="00937E78">
            <w:pPr>
              <w:jc w:val="both"/>
              <w:outlineLvl w:val="0"/>
              <w:rPr>
                <w:sz w:val="21"/>
                <w:szCs w:val="21"/>
              </w:rPr>
            </w:pPr>
            <w:r w:rsidRPr="00937E78">
              <w:rPr>
                <w:sz w:val="21"/>
                <w:szCs w:val="21"/>
              </w:rPr>
              <w:t>П.І.Б. пацієнта, номер історії хвороби після 7 графи</w:t>
            </w:r>
          </w:p>
        </w:tc>
        <w:tc>
          <w:tcPr>
            <w:tcW w:w="875" w:type="dxa"/>
            <w:shd w:val="clear" w:color="auto" w:fill="auto"/>
            <w:vAlign w:val="center"/>
          </w:tcPr>
          <w:p w14:paraId="7F33D513" w14:textId="2D7E075D" w:rsidR="00937E78" w:rsidRPr="009E322D" w:rsidRDefault="00937E78" w:rsidP="00937E78">
            <w:pPr>
              <w:jc w:val="center"/>
              <w:outlineLvl w:val="0"/>
              <w:rPr>
                <w:sz w:val="21"/>
                <w:szCs w:val="21"/>
              </w:rPr>
            </w:pPr>
            <w:proofErr w:type="spellStart"/>
            <w:r>
              <w:rPr>
                <w:sz w:val="21"/>
                <w:szCs w:val="21"/>
              </w:rPr>
              <w:t>шт</w:t>
            </w:r>
            <w:proofErr w:type="spellEnd"/>
          </w:p>
        </w:tc>
        <w:tc>
          <w:tcPr>
            <w:tcW w:w="838" w:type="dxa"/>
            <w:shd w:val="clear" w:color="auto" w:fill="auto"/>
            <w:vAlign w:val="center"/>
          </w:tcPr>
          <w:p w14:paraId="02823E61" w14:textId="7D84C16E" w:rsidR="00937E78" w:rsidRPr="009E322D" w:rsidRDefault="00937E78" w:rsidP="00937E78">
            <w:pPr>
              <w:jc w:val="center"/>
              <w:outlineLvl w:val="0"/>
              <w:rPr>
                <w:sz w:val="21"/>
                <w:szCs w:val="21"/>
              </w:rPr>
            </w:pPr>
            <w:r>
              <w:rPr>
                <w:sz w:val="21"/>
                <w:szCs w:val="21"/>
              </w:rPr>
              <w:t>400</w:t>
            </w:r>
          </w:p>
        </w:tc>
      </w:tr>
      <w:tr w:rsidR="00937E78" w14:paraId="3EFF3198" w14:textId="77777777" w:rsidTr="00CC6BB4">
        <w:trPr>
          <w:jc w:val="center"/>
        </w:trPr>
        <w:tc>
          <w:tcPr>
            <w:tcW w:w="429" w:type="dxa"/>
            <w:shd w:val="clear" w:color="auto" w:fill="auto"/>
            <w:vAlign w:val="center"/>
          </w:tcPr>
          <w:p w14:paraId="486D0D85" w14:textId="6B55133E" w:rsidR="00937E78" w:rsidRPr="009E322D" w:rsidRDefault="00937E78" w:rsidP="00937E78">
            <w:pPr>
              <w:jc w:val="center"/>
              <w:outlineLvl w:val="0"/>
              <w:rPr>
                <w:sz w:val="21"/>
                <w:szCs w:val="21"/>
              </w:rPr>
            </w:pPr>
            <w:r>
              <w:rPr>
                <w:sz w:val="21"/>
                <w:szCs w:val="21"/>
              </w:rPr>
              <w:t>4</w:t>
            </w:r>
          </w:p>
        </w:tc>
        <w:tc>
          <w:tcPr>
            <w:tcW w:w="3937" w:type="dxa"/>
            <w:shd w:val="clear" w:color="auto" w:fill="auto"/>
            <w:vAlign w:val="center"/>
          </w:tcPr>
          <w:p w14:paraId="1AAC7E29" w14:textId="3AD87F01" w:rsidR="00937E78" w:rsidRPr="009E322D" w:rsidRDefault="00937E78" w:rsidP="00937E78">
            <w:pPr>
              <w:jc w:val="center"/>
              <w:outlineLvl w:val="0"/>
              <w:rPr>
                <w:sz w:val="21"/>
                <w:szCs w:val="21"/>
              </w:rPr>
            </w:pPr>
            <w:r w:rsidRPr="00937E78">
              <w:rPr>
                <w:sz w:val="21"/>
                <w:szCs w:val="21"/>
              </w:rPr>
              <w:t>Журнал обліку наркотичних засобів, психотропних речовин і прекурсорів,  препаратів (лікарських засобів), які містять наркотичні засоби,  психотропні речовини, включені до таблиць II і III переліку наркотичних засобів, психотропних речовин і прекурсорів, затвердженого постановою Кабінету Міністрів України від 6 травня 2000 р. № 770, та (або) прекурсори, включені до таблиці IV переліку в кількості, що перевищує гранично допустиму, стандартних зразків наркотичних засобів, психотропних речовин і прекурсорів, включених до переліку</w:t>
            </w:r>
          </w:p>
        </w:tc>
        <w:tc>
          <w:tcPr>
            <w:tcW w:w="3691" w:type="dxa"/>
            <w:shd w:val="clear" w:color="auto" w:fill="auto"/>
            <w:vAlign w:val="center"/>
          </w:tcPr>
          <w:p w14:paraId="0A388401" w14:textId="77777777" w:rsidR="00937E78" w:rsidRPr="00937E78" w:rsidRDefault="00937E78" w:rsidP="00937E78">
            <w:pPr>
              <w:jc w:val="both"/>
              <w:outlineLvl w:val="0"/>
              <w:rPr>
                <w:sz w:val="21"/>
                <w:szCs w:val="21"/>
              </w:rPr>
            </w:pPr>
            <w:r w:rsidRPr="00937E78">
              <w:rPr>
                <w:sz w:val="21"/>
                <w:szCs w:val="21"/>
              </w:rPr>
              <w:t xml:space="preserve">Обкладинка: тверда форма </w:t>
            </w:r>
          </w:p>
          <w:p w14:paraId="352CC885" w14:textId="77777777" w:rsidR="00937E78" w:rsidRPr="00937E78" w:rsidRDefault="00937E78" w:rsidP="00937E78">
            <w:pPr>
              <w:jc w:val="both"/>
              <w:outlineLvl w:val="0"/>
              <w:rPr>
                <w:sz w:val="21"/>
                <w:szCs w:val="21"/>
              </w:rPr>
            </w:pPr>
            <w:r w:rsidRPr="00937E78">
              <w:rPr>
                <w:sz w:val="21"/>
                <w:szCs w:val="21"/>
              </w:rPr>
              <w:t>Формат журналу: A4</w:t>
            </w:r>
          </w:p>
          <w:p w14:paraId="12156BF6" w14:textId="77777777" w:rsidR="00937E78" w:rsidRPr="00937E78" w:rsidRDefault="00937E78" w:rsidP="00937E78">
            <w:pPr>
              <w:jc w:val="both"/>
              <w:outlineLvl w:val="0"/>
              <w:rPr>
                <w:sz w:val="21"/>
                <w:szCs w:val="21"/>
              </w:rPr>
            </w:pPr>
            <w:r w:rsidRPr="00937E78">
              <w:rPr>
                <w:sz w:val="21"/>
                <w:szCs w:val="21"/>
              </w:rPr>
              <w:t>Орієнтація: Альбомна</w:t>
            </w:r>
          </w:p>
          <w:p w14:paraId="5ADB8772" w14:textId="77777777" w:rsidR="00937E78" w:rsidRPr="00937E78" w:rsidRDefault="00937E78" w:rsidP="00937E78">
            <w:pPr>
              <w:jc w:val="both"/>
              <w:outlineLvl w:val="0"/>
              <w:rPr>
                <w:sz w:val="21"/>
                <w:szCs w:val="21"/>
              </w:rPr>
            </w:pPr>
            <w:r w:rsidRPr="00937E78">
              <w:rPr>
                <w:sz w:val="21"/>
                <w:szCs w:val="21"/>
              </w:rPr>
              <w:t>Кількість сторінок: 200</w:t>
            </w:r>
          </w:p>
          <w:p w14:paraId="32E7FA67" w14:textId="77777777" w:rsidR="00937E78" w:rsidRPr="00937E78" w:rsidRDefault="00937E78" w:rsidP="00937E78">
            <w:pPr>
              <w:jc w:val="both"/>
              <w:outlineLvl w:val="0"/>
              <w:rPr>
                <w:sz w:val="21"/>
                <w:szCs w:val="21"/>
              </w:rPr>
            </w:pPr>
            <w:r w:rsidRPr="00937E78">
              <w:rPr>
                <w:sz w:val="21"/>
                <w:szCs w:val="21"/>
              </w:rPr>
              <w:t>Кількість аркушів:100</w:t>
            </w:r>
          </w:p>
          <w:p w14:paraId="087E2108" w14:textId="77777777" w:rsidR="00937E78" w:rsidRPr="00937E78" w:rsidRDefault="00937E78" w:rsidP="00937E78">
            <w:pPr>
              <w:jc w:val="both"/>
              <w:outlineLvl w:val="0"/>
              <w:rPr>
                <w:sz w:val="21"/>
                <w:szCs w:val="21"/>
              </w:rPr>
            </w:pPr>
            <w:r w:rsidRPr="00937E78">
              <w:rPr>
                <w:sz w:val="21"/>
                <w:szCs w:val="21"/>
              </w:rPr>
              <w:t>Мова тексту: Українська</w:t>
            </w:r>
          </w:p>
          <w:p w14:paraId="69C5DAB0" w14:textId="77777777" w:rsidR="00937E78" w:rsidRPr="00937E78" w:rsidRDefault="00937E78" w:rsidP="00937E78">
            <w:pPr>
              <w:jc w:val="both"/>
              <w:outlineLvl w:val="0"/>
              <w:rPr>
                <w:sz w:val="21"/>
                <w:szCs w:val="21"/>
              </w:rPr>
            </w:pPr>
            <w:r w:rsidRPr="00937E78">
              <w:rPr>
                <w:sz w:val="21"/>
                <w:szCs w:val="21"/>
              </w:rPr>
              <w:t>Колір сторінок: Чорно-білий друк</w:t>
            </w:r>
          </w:p>
          <w:p w14:paraId="66638746" w14:textId="77777777" w:rsidR="00937E78" w:rsidRPr="00937E78" w:rsidRDefault="00937E78" w:rsidP="00937E78">
            <w:pPr>
              <w:jc w:val="both"/>
              <w:outlineLvl w:val="0"/>
              <w:rPr>
                <w:sz w:val="21"/>
                <w:szCs w:val="21"/>
              </w:rPr>
            </w:pPr>
            <w:r w:rsidRPr="00937E78">
              <w:rPr>
                <w:sz w:val="21"/>
                <w:szCs w:val="21"/>
              </w:rPr>
              <w:t>Папір сторінок: Білий папір 80 г/м2</w:t>
            </w:r>
          </w:p>
          <w:p w14:paraId="13497381" w14:textId="77777777" w:rsidR="00937E78" w:rsidRPr="00937E78" w:rsidRDefault="00937E78" w:rsidP="00937E78">
            <w:pPr>
              <w:jc w:val="both"/>
              <w:outlineLvl w:val="0"/>
              <w:rPr>
                <w:sz w:val="21"/>
                <w:szCs w:val="21"/>
              </w:rPr>
            </w:pPr>
            <w:r w:rsidRPr="00937E78">
              <w:rPr>
                <w:sz w:val="21"/>
                <w:szCs w:val="21"/>
              </w:rPr>
              <w:t xml:space="preserve">Формат і зміст друкованих сторінок журналу повинен бути згідно додатку 5 до Постанови КМУ України № 589 від 3.06. 2009 р. «Про затвердження Порядку провадження діяльності, пов’язаної з обігом наркотичних засобів, психотропних речовин, прекурсорів, у тому числі конопель для медичних цілей, та контролю за їх обігом» </w:t>
            </w:r>
          </w:p>
          <w:p w14:paraId="6670B260" w14:textId="03E0E4FF" w:rsidR="00937E78" w:rsidRPr="009E322D" w:rsidRDefault="00937E78" w:rsidP="00937E78">
            <w:pPr>
              <w:jc w:val="both"/>
              <w:outlineLvl w:val="0"/>
              <w:rPr>
                <w:sz w:val="21"/>
                <w:szCs w:val="21"/>
              </w:rPr>
            </w:pPr>
            <w:r w:rsidRPr="00937E78">
              <w:rPr>
                <w:sz w:val="21"/>
                <w:szCs w:val="21"/>
              </w:rPr>
              <w:t>(в редакції Постанови КМУ № 1267 від 05.11.2024}</w:t>
            </w:r>
          </w:p>
        </w:tc>
        <w:tc>
          <w:tcPr>
            <w:tcW w:w="875" w:type="dxa"/>
            <w:shd w:val="clear" w:color="auto" w:fill="auto"/>
            <w:vAlign w:val="center"/>
          </w:tcPr>
          <w:p w14:paraId="0C77F1A8" w14:textId="3CD11D96" w:rsidR="00937E78" w:rsidRPr="009E322D" w:rsidRDefault="00937E78" w:rsidP="00937E78">
            <w:pPr>
              <w:jc w:val="center"/>
              <w:outlineLvl w:val="0"/>
              <w:rPr>
                <w:sz w:val="21"/>
                <w:szCs w:val="21"/>
              </w:rPr>
            </w:pPr>
            <w:proofErr w:type="spellStart"/>
            <w:r>
              <w:rPr>
                <w:sz w:val="21"/>
                <w:szCs w:val="21"/>
              </w:rPr>
              <w:t>шт</w:t>
            </w:r>
            <w:proofErr w:type="spellEnd"/>
          </w:p>
        </w:tc>
        <w:tc>
          <w:tcPr>
            <w:tcW w:w="838" w:type="dxa"/>
            <w:shd w:val="clear" w:color="auto" w:fill="auto"/>
            <w:vAlign w:val="center"/>
          </w:tcPr>
          <w:p w14:paraId="707E7945" w14:textId="3D68CAE6" w:rsidR="00937E78" w:rsidRPr="009E322D" w:rsidRDefault="00937E78" w:rsidP="00937E78">
            <w:pPr>
              <w:jc w:val="center"/>
              <w:outlineLvl w:val="0"/>
              <w:rPr>
                <w:sz w:val="21"/>
                <w:szCs w:val="21"/>
              </w:rPr>
            </w:pPr>
            <w:r>
              <w:rPr>
                <w:sz w:val="21"/>
                <w:szCs w:val="21"/>
              </w:rPr>
              <w:t>5</w:t>
            </w:r>
          </w:p>
        </w:tc>
      </w:tr>
      <w:tr w:rsidR="00937E78" w14:paraId="24A13C96" w14:textId="77777777" w:rsidTr="00CC6BB4">
        <w:trPr>
          <w:jc w:val="center"/>
        </w:trPr>
        <w:tc>
          <w:tcPr>
            <w:tcW w:w="429" w:type="dxa"/>
            <w:shd w:val="clear" w:color="auto" w:fill="auto"/>
            <w:vAlign w:val="center"/>
          </w:tcPr>
          <w:p w14:paraId="7C1D96E6" w14:textId="39D00F42" w:rsidR="00937E78" w:rsidRPr="009E322D" w:rsidRDefault="00937E78" w:rsidP="00937E78">
            <w:pPr>
              <w:jc w:val="center"/>
              <w:outlineLvl w:val="0"/>
              <w:rPr>
                <w:sz w:val="21"/>
                <w:szCs w:val="21"/>
              </w:rPr>
            </w:pPr>
            <w:r>
              <w:rPr>
                <w:sz w:val="21"/>
                <w:szCs w:val="21"/>
              </w:rPr>
              <w:t>5</w:t>
            </w:r>
          </w:p>
        </w:tc>
        <w:tc>
          <w:tcPr>
            <w:tcW w:w="3937" w:type="dxa"/>
            <w:shd w:val="clear" w:color="auto" w:fill="auto"/>
            <w:vAlign w:val="center"/>
          </w:tcPr>
          <w:p w14:paraId="16330199" w14:textId="151E48A0" w:rsidR="00937E78" w:rsidRPr="009E322D" w:rsidRDefault="00937E78" w:rsidP="00937E78">
            <w:pPr>
              <w:jc w:val="center"/>
              <w:outlineLvl w:val="0"/>
              <w:rPr>
                <w:sz w:val="21"/>
                <w:szCs w:val="21"/>
              </w:rPr>
            </w:pPr>
            <w:r w:rsidRPr="00937E78">
              <w:rPr>
                <w:sz w:val="21"/>
                <w:szCs w:val="21"/>
              </w:rPr>
              <w:t>Форма первинної облікової документації № 498-10/о «Журнал реєстрації температурного режиму в холодильнику (морозильній камері)»</w:t>
            </w:r>
          </w:p>
        </w:tc>
        <w:tc>
          <w:tcPr>
            <w:tcW w:w="3691" w:type="dxa"/>
            <w:shd w:val="clear" w:color="auto" w:fill="auto"/>
            <w:vAlign w:val="center"/>
          </w:tcPr>
          <w:p w14:paraId="112BB655" w14:textId="77777777" w:rsidR="00937E78" w:rsidRPr="00937E78" w:rsidRDefault="00937E78" w:rsidP="00937E78">
            <w:pPr>
              <w:jc w:val="both"/>
              <w:outlineLvl w:val="0"/>
              <w:rPr>
                <w:sz w:val="21"/>
                <w:szCs w:val="21"/>
              </w:rPr>
            </w:pPr>
            <w:r w:rsidRPr="00937E78">
              <w:rPr>
                <w:sz w:val="21"/>
                <w:szCs w:val="21"/>
              </w:rPr>
              <w:t>Обкладинка: м'яка, скріплення на 2 металеві скоби</w:t>
            </w:r>
          </w:p>
          <w:p w14:paraId="54FE9014" w14:textId="77777777" w:rsidR="00937E78" w:rsidRPr="00937E78" w:rsidRDefault="00937E78" w:rsidP="00937E78">
            <w:pPr>
              <w:jc w:val="both"/>
              <w:outlineLvl w:val="0"/>
              <w:rPr>
                <w:sz w:val="21"/>
                <w:szCs w:val="21"/>
              </w:rPr>
            </w:pPr>
            <w:r w:rsidRPr="00937E78">
              <w:rPr>
                <w:sz w:val="21"/>
                <w:szCs w:val="21"/>
              </w:rPr>
              <w:t>Формат журналу: A4</w:t>
            </w:r>
          </w:p>
          <w:p w14:paraId="44EA27C2" w14:textId="77777777" w:rsidR="00937E78" w:rsidRPr="00937E78" w:rsidRDefault="00937E78" w:rsidP="00937E78">
            <w:pPr>
              <w:jc w:val="both"/>
              <w:outlineLvl w:val="0"/>
              <w:rPr>
                <w:sz w:val="21"/>
                <w:szCs w:val="21"/>
              </w:rPr>
            </w:pPr>
            <w:r w:rsidRPr="00937E78">
              <w:rPr>
                <w:sz w:val="21"/>
                <w:szCs w:val="21"/>
              </w:rPr>
              <w:t>Орієнтація: книжкова</w:t>
            </w:r>
          </w:p>
          <w:p w14:paraId="660404CE" w14:textId="77777777" w:rsidR="00937E78" w:rsidRPr="00937E78" w:rsidRDefault="00937E78" w:rsidP="00937E78">
            <w:pPr>
              <w:jc w:val="both"/>
              <w:outlineLvl w:val="0"/>
              <w:rPr>
                <w:sz w:val="21"/>
                <w:szCs w:val="21"/>
              </w:rPr>
            </w:pPr>
            <w:r w:rsidRPr="00937E78">
              <w:rPr>
                <w:sz w:val="21"/>
                <w:szCs w:val="21"/>
              </w:rPr>
              <w:t>Кількість сторінок: 96</w:t>
            </w:r>
          </w:p>
          <w:p w14:paraId="4339500B" w14:textId="77777777" w:rsidR="00937E78" w:rsidRPr="00937E78" w:rsidRDefault="00937E78" w:rsidP="00937E78">
            <w:pPr>
              <w:jc w:val="both"/>
              <w:outlineLvl w:val="0"/>
              <w:rPr>
                <w:sz w:val="21"/>
                <w:szCs w:val="21"/>
              </w:rPr>
            </w:pPr>
            <w:r w:rsidRPr="00937E78">
              <w:rPr>
                <w:sz w:val="21"/>
                <w:szCs w:val="21"/>
              </w:rPr>
              <w:t>Кількість аркушів:48</w:t>
            </w:r>
          </w:p>
          <w:p w14:paraId="08C07D7B" w14:textId="77777777" w:rsidR="00937E78" w:rsidRPr="00937E78" w:rsidRDefault="00937E78" w:rsidP="00937E78">
            <w:pPr>
              <w:jc w:val="both"/>
              <w:outlineLvl w:val="0"/>
              <w:rPr>
                <w:sz w:val="21"/>
                <w:szCs w:val="21"/>
              </w:rPr>
            </w:pPr>
            <w:r w:rsidRPr="00937E78">
              <w:rPr>
                <w:sz w:val="21"/>
                <w:szCs w:val="21"/>
              </w:rPr>
              <w:t>Мова тексту: Українська</w:t>
            </w:r>
          </w:p>
          <w:p w14:paraId="5B9A9619" w14:textId="77777777" w:rsidR="00937E78" w:rsidRPr="00937E78" w:rsidRDefault="00937E78" w:rsidP="00937E78">
            <w:pPr>
              <w:jc w:val="both"/>
              <w:outlineLvl w:val="0"/>
              <w:rPr>
                <w:sz w:val="21"/>
                <w:szCs w:val="21"/>
              </w:rPr>
            </w:pPr>
            <w:r w:rsidRPr="00937E78">
              <w:rPr>
                <w:sz w:val="21"/>
                <w:szCs w:val="21"/>
              </w:rPr>
              <w:t>Колір сторінок: Чорно-білий друк</w:t>
            </w:r>
          </w:p>
          <w:p w14:paraId="547D22AF" w14:textId="77777777" w:rsidR="00937E78" w:rsidRPr="00937E78" w:rsidRDefault="00937E78" w:rsidP="00937E78">
            <w:pPr>
              <w:jc w:val="both"/>
              <w:outlineLvl w:val="0"/>
              <w:rPr>
                <w:sz w:val="21"/>
                <w:szCs w:val="21"/>
              </w:rPr>
            </w:pPr>
            <w:r w:rsidRPr="00937E78">
              <w:rPr>
                <w:sz w:val="21"/>
                <w:szCs w:val="21"/>
              </w:rPr>
              <w:t>Папір сторінок: Білий папір 80 г/м2</w:t>
            </w:r>
          </w:p>
          <w:p w14:paraId="3DD110CA" w14:textId="5FA8791A" w:rsidR="00937E78" w:rsidRPr="009E322D" w:rsidRDefault="00937E78" w:rsidP="00937E78">
            <w:pPr>
              <w:jc w:val="both"/>
              <w:outlineLvl w:val="0"/>
              <w:rPr>
                <w:sz w:val="21"/>
                <w:szCs w:val="21"/>
              </w:rPr>
            </w:pPr>
            <w:r w:rsidRPr="00937E78">
              <w:rPr>
                <w:sz w:val="21"/>
                <w:szCs w:val="21"/>
              </w:rPr>
              <w:t>Формат і зміст друкованих сторінок журналу повинен бути згідно наказу МОЗ України від 05.04.2019р № 794.</w:t>
            </w:r>
          </w:p>
        </w:tc>
        <w:tc>
          <w:tcPr>
            <w:tcW w:w="875" w:type="dxa"/>
            <w:shd w:val="clear" w:color="auto" w:fill="auto"/>
            <w:vAlign w:val="center"/>
          </w:tcPr>
          <w:p w14:paraId="187DF6CB" w14:textId="591E85CD" w:rsidR="00937E78" w:rsidRPr="009E322D" w:rsidRDefault="00937E78" w:rsidP="00937E78">
            <w:pPr>
              <w:jc w:val="center"/>
              <w:outlineLvl w:val="0"/>
              <w:rPr>
                <w:sz w:val="21"/>
                <w:szCs w:val="21"/>
              </w:rPr>
            </w:pPr>
            <w:proofErr w:type="spellStart"/>
            <w:r>
              <w:rPr>
                <w:sz w:val="21"/>
                <w:szCs w:val="21"/>
              </w:rPr>
              <w:t>шт</w:t>
            </w:r>
            <w:proofErr w:type="spellEnd"/>
          </w:p>
        </w:tc>
        <w:tc>
          <w:tcPr>
            <w:tcW w:w="838" w:type="dxa"/>
            <w:shd w:val="clear" w:color="auto" w:fill="auto"/>
            <w:vAlign w:val="center"/>
          </w:tcPr>
          <w:p w14:paraId="33718251" w14:textId="2CE5CF91" w:rsidR="00937E78" w:rsidRPr="009E322D" w:rsidRDefault="00937E78" w:rsidP="00937E78">
            <w:pPr>
              <w:jc w:val="center"/>
              <w:outlineLvl w:val="0"/>
              <w:rPr>
                <w:sz w:val="21"/>
                <w:szCs w:val="21"/>
              </w:rPr>
            </w:pPr>
            <w:r>
              <w:rPr>
                <w:sz w:val="21"/>
                <w:szCs w:val="21"/>
              </w:rPr>
              <w:t>60</w:t>
            </w:r>
          </w:p>
        </w:tc>
      </w:tr>
      <w:tr w:rsidR="00937E78" w14:paraId="51B5BD7C" w14:textId="77777777" w:rsidTr="00CC6BB4">
        <w:trPr>
          <w:jc w:val="center"/>
        </w:trPr>
        <w:tc>
          <w:tcPr>
            <w:tcW w:w="429" w:type="dxa"/>
            <w:shd w:val="clear" w:color="auto" w:fill="auto"/>
            <w:vAlign w:val="center"/>
          </w:tcPr>
          <w:p w14:paraId="458DF8DA" w14:textId="7DE639CE" w:rsidR="00937E78" w:rsidRPr="009E322D" w:rsidRDefault="00937E78" w:rsidP="00937E78">
            <w:pPr>
              <w:jc w:val="center"/>
              <w:outlineLvl w:val="0"/>
              <w:rPr>
                <w:sz w:val="21"/>
                <w:szCs w:val="21"/>
              </w:rPr>
            </w:pPr>
            <w:r>
              <w:rPr>
                <w:sz w:val="21"/>
                <w:szCs w:val="21"/>
              </w:rPr>
              <w:t>6</w:t>
            </w:r>
          </w:p>
        </w:tc>
        <w:tc>
          <w:tcPr>
            <w:tcW w:w="3937" w:type="dxa"/>
            <w:shd w:val="clear" w:color="auto" w:fill="auto"/>
            <w:vAlign w:val="center"/>
          </w:tcPr>
          <w:p w14:paraId="7290A786" w14:textId="453AE8E6" w:rsidR="00937E78" w:rsidRPr="009E322D" w:rsidRDefault="00937E78" w:rsidP="00937E78">
            <w:pPr>
              <w:jc w:val="center"/>
              <w:rPr>
                <w:sz w:val="21"/>
                <w:szCs w:val="21"/>
              </w:rPr>
            </w:pPr>
            <w:r w:rsidRPr="00937E78">
              <w:rPr>
                <w:sz w:val="21"/>
                <w:szCs w:val="21"/>
              </w:rPr>
              <w:t>Форма первинної облікової документації № 510-5/о «Журнал</w:t>
            </w:r>
            <w:r>
              <w:rPr>
                <w:sz w:val="21"/>
                <w:szCs w:val="21"/>
              </w:rPr>
              <w:t xml:space="preserve"> </w:t>
            </w:r>
            <w:r w:rsidRPr="00937E78">
              <w:rPr>
                <w:sz w:val="21"/>
                <w:szCs w:val="21"/>
              </w:rPr>
              <w:t>реєстрації температури та відносної вологості у приміщенні»</w:t>
            </w:r>
          </w:p>
        </w:tc>
        <w:tc>
          <w:tcPr>
            <w:tcW w:w="3691" w:type="dxa"/>
            <w:shd w:val="clear" w:color="auto" w:fill="auto"/>
          </w:tcPr>
          <w:p w14:paraId="38CD9E38" w14:textId="77777777" w:rsidR="00937E78" w:rsidRPr="00937E78" w:rsidRDefault="00937E78" w:rsidP="00937E78">
            <w:pPr>
              <w:jc w:val="both"/>
              <w:outlineLvl w:val="0"/>
              <w:rPr>
                <w:sz w:val="21"/>
                <w:szCs w:val="21"/>
              </w:rPr>
            </w:pPr>
            <w:r w:rsidRPr="00937E78">
              <w:rPr>
                <w:sz w:val="21"/>
                <w:szCs w:val="21"/>
              </w:rPr>
              <w:t xml:space="preserve">Обкладинка: м'яка, скріплення на 2 металеві скоби </w:t>
            </w:r>
          </w:p>
          <w:p w14:paraId="433BA3BC" w14:textId="77777777" w:rsidR="00937E78" w:rsidRPr="00937E78" w:rsidRDefault="00937E78" w:rsidP="00937E78">
            <w:pPr>
              <w:jc w:val="both"/>
              <w:outlineLvl w:val="0"/>
              <w:rPr>
                <w:sz w:val="21"/>
                <w:szCs w:val="21"/>
              </w:rPr>
            </w:pPr>
            <w:r w:rsidRPr="00937E78">
              <w:rPr>
                <w:sz w:val="21"/>
                <w:szCs w:val="21"/>
              </w:rPr>
              <w:t>Формат журналу: A4</w:t>
            </w:r>
          </w:p>
          <w:p w14:paraId="62053185" w14:textId="77777777" w:rsidR="00937E78" w:rsidRPr="00937E78" w:rsidRDefault="00937E78" w:rsidP="00937E78">
            <w:pPr>
              <w:jc w:val="both"/>
              <w:outlineLvl w:val="0"/>
              <w:rPr>
                <w:sz w:val="21"/>
                <w:szCs w:val="21"/>
              </w:rPr>
            </w:pPr>
            <w:r w:rsidRPr="00937E78">
              <w:rPr>
                <w:sz w:val="21"/>
                <w:szCs w:val="21"/>
              </w:rPr>
              <w:t>Орієнтація: книжкова</w:t>
            </w:r>
          </w:p>
          <w:p w14:paraId="7C49AD6E" w14:textId="77777777" w:rsidR="00937E78" w:rsidRPr="00937E78" w:rsidRDefault="00937E78" w:rsidP="00937E78">
            <w:pPr>
              <w:jc w:val="both"/>
              <w:outlineLvl w:val="0"/>
              <w:rPr>
                <w:sz w:val="21"/>
                <w:szCs w:val="21"/>
              </w:rPr>
            </w:pPr>
            <w:r w:rsidRPr="00937E78">
              <w:rPr>
                <w:sz w:val="21"/>
                <w:szCs w:val="21"/>
              </w:rPr>
              <w:t>Кількість сторінок: 96</w:t>
            </w:r>
          </w:p>
          <w:p w14:paraId="318F474D" w14:textId="77777777" w:rsidR="00937E78" w:rsidRPr="00937E78" w:rsidRDefault="00937E78" w:rsidP="00937E78">
            <w:pPr>
              <w:jc w:val="both"/>
              <w:outlineLvl w:val="0"/>
              <w:rPr>
                <w:sz w:val="21"/>
                <w:szCs w:val="21"/>
              </w:rPr>
            </w:pPr>
            <w:r w:rsidRPr="00937E78">
              <w:rPr>
                <w:sz w:val="21"/>
                <w:szCs w:val="21"/>
              </w:rPr>
              <w:t>Кількість аркушів:48</w:t>
            </w:r>
          </w:p>
          <w:p w14:paraId="60AF3601" w14:textId="77777777" w:rsidR="00937E78" w:rsidRPr="00937E78" w:rsidRDefault="00937E78" w:rsidP="00937E78">
            <w:pPr>
              <w:jc w:val="both"/>
              <w:outlineLvl w:val="0"/>
              <w:rPr>
                <w:sz w:val="21"/>
                <w:szCs w:val="21"/>
              </w:rPr>
            </w:pPr>
            <w:r w:rsidRPr="00937E78">
              <w:rPr>
                <w:sz w:val="21"/>
                <w:szCs w:val="21"/>
              </w:rPr>
              <w:t>Мова тексту: Українська</w:t>
            </w:r>
          </w:p>
          <w:p w14:paraId="3CB7A6D2" w14:textId="77777777" w:rsidR="00937E78" w:rsidRPr="00937E78" w:rsidRDefault="00937E78" w:rsidP="00937E78">
            <w:pPr>
              <w:jc w:val="both"/>
              <w:outlineLvl w:val="0"/>
              <w:rPr>
                <w:sz w:val="21"/>
                <w:szCs w:val="21"/>
              </w:rPr>
            </w:pPr>
            <w:r w:rsidRPr="00937E78">
              <w:rPr>
                <w:sz w:val="21"/>
                <w:szCs w:val="21"/>
              </w:rPr>
              <w:t>Колір сторінок: Чорно-білий друк</w:t>
            </w:r>
          </w:p>
          <w:p w14:paraId="6C8793B0" w14:textId="77777777" w:rsidR="00937E78" w:rsidRPr="00937E78" w:rsidRDefault="00937E78" w:rsidP="00937E78">
            <w:pPr>
              <w:jc w:val="both"/>
              <w:outlineLvl w:val="0"/>
              <w:rPr>
                <w:sz w:val="21"/>
                <w:szCs w:val="21"/>
              </w:rPr>
            </w:pPr>
            <w:r w:rsidRPr="00937E78">
              <w:rPr>
                <w:sz w:val="21"/>
                <w:szCs w:val="21"/>
              </w:rPr>
              <w:t>Папір сторінок: Білий папір 80 г/м2</w:t>
            </w:r>
          </w:p>
          <w:p w14:paraId="3277A1D6" w14:textId="2839B921" w:rsidR="00937E78" w:rsidRPr="009E322D" w:rsidRDefault="00937E78" w:rsidP="00937E78">
            <w:pPr>
              <w:jc w:val="both"/>
              <w:outlineLvl w:val="0"/>
              <w:rPr>
                <w:sz w:val="21"/>
                <w:szCs w:val="21"/>
              </w:rPr>
            </w:pPr>
            <w:r w:rsidRPr="00937E78">
              <w:rPr>
                <w:sz w:val="21"/>
                <w:szCs w:val="21"/>
              </w:rPr>
              <w:t>Формат і зміст друкованих сторінок журналу повинен бути згідно наказу МОЗ України від 05.04.2019р № 794</w:t>
            </w:r>
          </w:p>
        </w:tc>
        <w:tc>
          <w:tcPr>
            <w:tcW w:w="875" w:type="dxa"/>
            <w:shd w:val="clear" w:color="auto" w:fill="auto"/>
            <w:vAlign w:val="center"/>
          </w:tcPr>
          <w:p w14:paraId="328866C9" w14:textId="4DA42296" w:rsidR="00937E78" w:rsidRPr="009E322D" w:rsidRDefault="00937E78" w:rsidP="00937E78">
            <w:pPr>
              <w:jc w:val="center"/>
              <w:outlineLvl w:val="0"/>
              <w:rPr>
                <w:sz w:val="21"/>
                <w:szCs w:val="21"/>
              </w:rPr>
            </w:pPr>
            <w:proofErr w:type="spellStart"/>
            <w:r>
              <w:rPr>
                <w:sz w:val="21"/>
                <w:szCs w:val="21"/>
              </w:rPr>
              <w:t>шт</w:t>
            </w:r>
            <w:proofErr w:type="spellEnd"/>
          </w:p>
        </w:tc>
        <w:tc>
          <w:tcPr>
            <w:tcW w:w="838" w:type="dxa"/>
            <w:shd w:val="clear" w:color="auto" w:fill="auto"/>
            <w:vAlign w:val="center"/>
          </w:tcPr>
          <w:p w14:paraId="35DBF0E8" w14:textId="35A20D16" w:rsidR="00937E78" w:rsidRPr="009E322D" w:rsidRDefault="00937E78" w:rsidP="00937E78">
            <w:pPr>
              <w:jc w:val="center"/>
              <w:outlineLvl w:val="0"/>
              <w:rPr>
                <w:sz w:val="21"/>
                <w:szCs w:val="21"/>
              </w:rPr>
            </w:pPr>
            <w:r>
              <w:rPr>
                <w:sz w:val="21"/>
                <w:szCs w:val="21"/>
              </w:rPr>
              <w:t>60</w:t>
            </w:r>
          </w:p>
        </w:tc>
      </w:tr>
      <w:tr w:rsidR="00937E78" w14:paraId="6D30534D" w14:textId="77777777" w:rsidTr="00CC6BB4">
        <w:trPr>
          <w:jc w:val="center"/>
        </w:trPr>
        <w:tc>
          <w:tcPr>
            <w:tcW w:w="429" w:type="dxa"/>
            <w:shd w:val="clear" w:color="auto" w:fill="auto"/>
            <w:vAlign w:val="center"/>
          </w:tcPr>
          <w:p w14:paraId="48B96AB6" w14:textId="04448415" w:rsidR="00937E78" w:rsidRPr="009E322D" w:rsidRDefault="00937E78" w:rsidP="00937E78">
            <w:pPr>
              <w:jc w:val="center"/>
              <w:outlineLvl w:val="0"/>
              <w:rPr>
                <w:sz w:val="21"/>
                <w:szCs w:val="21"/>
              </w:rPr>
            </w:pPr>
            <w:r>
              <w:rPr>
                <w:sz w:val="21"/>
                <w:szCs w:val="21"/>
              </w:rPr>
              <w:lastRenderedPageBreak/>
              <w:t>7</w:t>
            </w:r>
          </w:p>
        </w:tc>
        <w:tc>
          <w:tcPr>
            <w:tcW w:w="3937" w:type="dxa"/>
            <w:shd w:val="clear" w:color="auto" w:fill="auto"/>
            <w:vAlign w:val="center"/>
          </w:tcPr>
          <w:p w14:paraId="0C3F9C31" w14:textId="665DBF9E" w:rsidR="00937E78" w:rsidRPr="009E322D" w:rsidRDefault="00937E78" w:rsidP="00937E78">
            <w:pPr>
              <w:jc w:val="center"/>
              <w:outlineLvl w:val="0"/>
              <w:rPr>
                <w:sz w:val="21"/>
                <w:szCs w:val="21"/>
              </w:rPr>
            </w:pPr>
            <w:r w:rsidRPr="00937E78">
              <w:rPr>
                <w:sz w:val="21"/>
                <w:szCs w:val="21"/>
              </w:rPr>
              <w:t>Форма первинної облікової документації</w:t>
            </w:r>
            <w:r>
              <w:rPr>
                <w:sz w:val="21"/>
                <w:szCs w:val="21"/>
              </w:rPr>
              <w:t xml:space="preserve"> </w:t>
            </w:r>
            <w:r w:rsidRPr="00937E78">
              <w:rPr>
                <w:sz w:val="21"/>
                <w:szCs w:val="21"/>
              </w:rPr>
              <w:t>№ 060/о</w:t>
            </w:r>
            <w:r>
              <w:rPr>
                <w:sz w:val="21"/>
                <w:szCs w:val="21"/>
              </w:rPr>
              <w:t xml:space="preserve"> </w:t>
            </w:r>
            <w:r w:rsidRPr="00937E78">
              <w:rPr>
                <w:sz w:val="21"/>
                <w:szCs w:val="21"/>
              </w:rPr>
              <w:t>«Журнал обліку інфекційних захворювань»</w:t>
            </w:r>
          </w:p>
        </w:tc>
        <w:tc>
          <w:tcPr>
            <w:tcW w:w="3691" w:type="dxa"/>
            <w:shd w:val="clear" w:color="auto" w:fill="auto"/>
            <w:vAlign w:val="center"/>
          </w:tcPr>
          <w:p w14:paraId="4778D368" w14:textId="77777777" w:rsidR="00937E78" w:rsidRPr="00937E78" w:rsidRDefault="00937E78" w:rsidP="00937E78">
            <w:pPr>
              <w:jc w:val="both"/>
              <w:outlineLvl w:val="0"/>
              <w:rPr>
                <w:sz w:val="21"/>
                <w:szCs w:val="21"/>
              </w:rPr>
            </w:pPr>
            <w:r w:rsidRPr="00937E78">
              <w:rPr>
                <w:sz w:val="21"/>
                <w:szCs w:val="21"/>
              </w:rPr>
              <w:t>Обкладинка: м'яка, скріплення на 2 металеві скоби</w:t>
            </w:r>
          </w:p>
          <w:p w14:paraId="0153180C" w14:textId="77777777" w:rsidR="00937E78" w:rsidRPr="00937E78" w:rsidRDefault="00937E78" w:rsidP="00937E78">
            <w:pPr>
              <w:jc w:val="both"/>
              <w:outlineLvl w:val="0"/>
              <w:rPr>
                <w:sz w:val="21"/>
                <w:szCs w:val="21"/>
              </w:rPr>
            </w:pPr>
            <w:r w:rsidRPr="00937E78">
              <w:rPr>
                <w:sz w:val="21"/>
                <w:szCs w:val="21"/>
              </w:rPr>
              <w:t>Формат журналу: A4</w:t>
            </w:r>
          </w:p>
          <w:p w14:paraId="6BCE40F9" w14:textId="77777777" w:rsidR="00937E78" w:rsidRPr="00937E78" w:rsidRDefault="00937E78" w:rsidP="00937E78">
            <w:pPr>
              <w:jc w:val="both"/>
              <w:outlineLvl w:val="0"/>
              <w:rPr>
                <w:sz w:val="21"/>
                <w:szCs w:val="21"/>
              </w:rPr>
            </w:pPr>
            <w:r w:rsidRPr="00937E78">
              <w:rPr>
                <w:sz w:val="21"/>
                <w:szCs w:val="21"/>
              </w:rPr>
              <w:t>Орієнтація: Книжкова</w:t>
            </w:r>
          </w:p>
          <w:p w14:paraId="629F8EA3" w14:textId="77777777" w:rsidR="00937E78" w:rsidRPr="00937E78" w:rsidRDefault="00937E78" w:rsidP="00937E78">
            <w:pPr>
              <w:jc w:val="both"/>
              <w:outlineLvl w:val="0"/>
              <w:rPr>
                <w:sz w:val="21"/>
                <w:szCs w:val="21"/>
              </w:rPr>
            </w:pPr>
            <w:r w:rsidRPr="00937E78">
              <w:rPr>
                <w:sz w:val="21"/>
                <w:szCs w:val="21"/>
              </w:rPr>
              <w:t>Кількість сторінок: 96</w:t>
            </w:r>
          </w:p>
          <w:p w14:paraId="1E2FE419" w14:textId="77777777" w:rsidR="00937E78" w:rsidRPr="00937E78" w:rsidRDefault="00937E78" w:rsidP="00937E78">
            <w:pPr>
              <w:jc w:val="both"/>
              <w:outlineLvl w:val="0"/>
              <w:rPr>
                <w:sz w:val="21"/>
                <w:szCs w:val="21"/>
              </w:rPr>
            </w:pPr>
            <w:r w:rsidRPr="00937E78">
              <w:rPr>
                <w:sz w:val="21"/>
                <w:szCs w:val="21"/>
              </w:rPr>
              <w:t>Кількість аркушів:48</w:t>
            </w:r>
          </w:p>
          <w:p w14:paraId="2E4E679A" w14:textId="77777777" w:rsidR="00937E78" w:rsidRPr="00937E78" w:rsidRDefault="00937E78" w:rsidP="00937E78">
            <w:pPr>
              <w:jc w:val="both"/>
              <w:outlineLvl w:val="0"/>
              <w:rPr>
                <w:sz w:val="21"/>
                <w:szCs w:val="21"/>
              </w:rPr>
            </w:pPr>
            <w:r w:rsidRPr="00937E78">
              <w:rPr>
                <w:sz w:val="21"/>
                <w:szCs w:val="21"/>
              </w:rPr>
              <w:t>Мова тексту: Українська</w:t>
            </w:r>
          </w:p>
          <w:p w14:paraId="10E95497" w14:textId="77777777" w:rsidR="00937E78" w:rsidRPr="00937E78" w:rsidRDefault="00937E78" w:rsidP="00937E78">
            <w:pPr>
              <w:jc w:val="both"/>
              <w:outlineLvl w:val="0"/>
              <w:rPr>
                <w:sz w:val="21"/>
                <w:szCs w:val="21"/>
              </w:rPr>
            </w:pPr>
            <w:r w:rsidRPr="00937E78">
              <w:rPr>
                <w:sz w:val="21"/>
                <w:szCs w:val="21"/>
              </w:rPr>
              <w:t>Колір сторінок: Чорно-білий друк</w:t>
            </w:r>
          </w:p>
          <w:p w14:paraId="625EEFEF" w14:textId="77777777" w:rsidR="00937E78" w:rsidRPr="00937E78" w:rsidRDefault="00937E78" w:rsidP="00937E78">
            <w:pPr>
              <w:jc w:val="both"/>
              <w:outlineLvl w:val="0"/>
              <w:rPr>
                <w:sz w:val="21"/>
                <w:szCs w:val="21"/>
              </w:rPr>
            </w:pPr>
            <w:r w:rsidRPr="00937E78">
              <w:rPr>
                <w:sz w:val="21"/>
                <w:szCs w:val="21"/>
              </w:rPr>
              <w:t>Папір сторінок: Білий папір 80 г/м2</w:t>
            </w:r>
          </w:p>
          <w:p w14:paraId="6F277DCF" w14:textId="77777777" w:rsidR="00937E78" w:rsidRPr="00937E78" w:rsidRDefault="00937E78" w:rsidP="00937E78">
            <w:pPr>
              <w:jc w:val="both"/>
              <w:outlineLvl w:val="0"/>
              <w:rPr>
                <w:sz w:val="21"/>
                <w:szCs w:val="21"/>
              </w:rPr>
            </w:pPr>
            <w:r w:rsidRPr="00937E78">
              <w:rPr>
                <w:sz w:val="21"/>
                <w:szCs w:val="21"/>
              </w:rPr>
              <w:t>Формат і зміст друкованих сторінок журналу повинен бути згідно наказу МОЗ України 10.01.2006 р. № 1</w:t>
            </w:r>
          </w:p>
          <w:p w14:paraId="5912742B" w14:textId="77777777" w:rsidR="00937E78" w:rsidRPr="00937E78" w:rsidRDefault="00937E78" w:rsidP="00937E78">
            <w:pPr>
              <w:jc w:val="both"/>
              <w:outlineLvl w:val="0"/>
              <w:rPr>
                <w:sz w:val="21"/>
                <w:szCs w:val="21"/>
              </w:rPr>
            </w:pPr>
            <w:r w:rsidRPr="00937E78">
              <w:rPr>
                <w:sz w:val="21"/>
                <w:szCs w:val="21"/>
              </w:rPr>
              <w:t xml:space="preserve">(у редакції наказу МОЗ України </w:t>
            </w:r>
          </w:p>
          <w:p w14:paraId="7F57AFA1" w14:textId="33FF8D22" w:rsidR="00937E78" w:rsidRPr="009E322D" w:rsidRDefault="00937E78" w:rsidP="00937E78">
            <w:pPr>
              <w:jc w:val="both"/>
              <w:outlineLvl w:val="0"/>
              <w:rPr>
                <w:sz w:val="21"/>
                <w:szCs w:val="21"/>
              </w:rPr>
            </w:pPr>
            <w:r w:rsidRPr="00937E78">
              <w:rPr>
                <w:sz w:val="21"/>
                <w:szCs w:val="21"/>
              </w:rPr>
              <w:t>від 15.09. 2023р.№ 1642)</w:t>
            </w:r>
          </w:p>
        </w:tc>
        <w:tc>
          <w:tcPr>
            <w:tcW w:w="875" w:type="dxa"/>
            <w:shd w:val="clear" w:color="auto" w:fill="auto"/>
            <w:vAlign w:val="center"/>
          </w:tcPr>
          <w:p w14:paraId="61F9BDA8" w14:textId="5446CE07" w:rsidR="00937E78" w:rsidRPr="009E322D" w:rsidRDefault="00937E78" w:rsidP="00937E78">
            <w:pPr>
              <w:jc w:val="center"/>
              <w:outlineLvl w:val="0"/>
              <w:rPr>
                <w:sz w:val="21"/>
                <w:szCs w:val="21"/>
              </w:rPr>
            </w:pPr>
            <w:proofErr w:type="spellStart"/>
            <w:r>
              <w:rPr>
                <w:sz w:val="21"/>
                <w:szCs w:val="21"/>
              </w:rPr>
              <w:t>шт</w:t>
            </w:r>
            <w:proofErr w:type="spellEnd"/>
          </w:p>
        </w:tc>
        <w:tc>
          <w:tcPr>
            <w:tcW w:w="838" w:type="dxa"/>
            <w:shd w:val="clear" w:color="auto" w:fill="auto"/>
            <w:vAlign w:val="center"/>
          </w:tcPr>
          <w:p w14:paraId="44EDADC6" w14:textId="22085824" w:rsidR="00937E78" w:rsidRPr="009E322D" w:rsidRDefault="00937E78" w:rsidP="00937E78">
            <w:pPr>
              <w:jc w:val="center"/>
              <w:outlineLvl w:val="0"/>
              <w:rPr>
                <w:sz w:val="21"/>
                <w:szCs w:val="21"/>
              </w:rPr>
            </w:pPr>
            <w:r>
              <w:rPr>
                <w:sz w:val="21"/>
                <w:szCs w:val="21"/>
              </w:rPr>
              <w:t>10</w:t>
            </w:r>
          </w:p>
        </w:tc>
      </w:tr>
      <w:tr w:rsidR="00937E78" w14:paraId="426B5A7A" w14:textId="77777777" w:rsidTr="00CC6BB4">
        <w:trPr>
          <w:jc w:val="center"/>
        </w:trPr>
        <w:tc>
          <w:tcPr>
            <w:tcW w:w="429" w:type="dxa"/>
            <w:shd w:val="clear" w:color="auto" w:fill="auto"/>
            <w:vAlign w:val="center"/>
          </w:tcPr>
          <w:p w14:paraId="43B21350" w14:textId="538BD100" w:rsidR="00937E78" w:rsidRPr="009E322D" w:rsidRDefault="00937E78" w:rsidP="00937E78">
            <w:pPr>
              <w:jc w:val="center"/>
              <w:outlineLvl w:val="0"/>
              <w:rPr>
                <w:sz w:val="21"/>
                <w:szCs w:val="21"/>
              </w:rPr>
            </w:pPr>
            <w:r>
              <w:rPr>
                <w:sz w:val="21"/>
                <w:szCs w:val="21"/>
              </w:rPr>
              <w:t>8</w:t>
            </w:r>
          </w:p>
        </w:tc>
        <w:tc>
          <w:tcPr>
            <w:tcW w:w="3937" w:type="dxa"/>
            <w:shd w:val="clear" w:color="auto" w:fill="auto"/>
            <w:vAlign w:val="center"/>
          </w:tcPr>
          <w:p w14:paraId="219BCFD0" w14:textId="537095AB" w:rsidR="00937E78" w:rsidRPr="009E322D" w:rsidRDefault="00937E78" w:rsidP="00937E78">
            <w:pPr>
              <w:jc w:val="center"/>
              <w:outlineLvl w:val="0"/>
              <w:rPr>
                <w:sz w:val="21"/>
                <w:szCs w:val="21"/>
              </w:rPr>
            </w:pPr>
            <w:r w:rsidRPr="00937E78">
              <w:rPr>
                <w:sz w:val="21"/>
                <w:szCs w:val="21"/>
              </w:rPr>
              <w:t>Форма первинної облікової документації</w:t>
            </w:r>
            <w:r>
              <w:rPr>
                <w:sz w:val="21"/>
                <w:szCs w:val="21"/>
              </w:rPr>
              <w:t xml:space="preserve"> </w:t>
            </w:r>
            <w:r w:rsidRPr="00937E78">
              <w:rPr>
                <w:sz w:val="21"/>
                <w:szCs w:val="21"/>
              </w:rPr>
              <w:t>№ 108-о</w:t>
            </w:r>
            <w:r>
              <w:rPr>
                <w:sz w:val="21"/>
                <w:szCs w:val="21"/>
              </w:rPr>
              <w:t xml:space="preserve"> </w:t>
            </w:r>
            <w:r w:rsidRPr="00937E78">
              <w:rPr>
                <w:sz w:val="21"/>
                <w:szCs w:val="21"/>
              </w:rPr>
              <w:t>«Журнал</w:t>
            </w:r>
            <w:r>
              <w:rPr>
                <w:sz w:val="21"/>
                <w:szCs w:val="21"/>
              </w:rPr>
              <w:t xml:space="preserve"> </w:t>
            </w:r>
            <w:r w:rsidRPr="00937E78">
              <w:rPr>
                <w:sz w:val="21"/>
                <w:szCs w:val="21"/>
              </w:rPr>
              <w:t>реєстрації аварій при наданні медичної допомоги ВІЛ-інфікованим особам та роботі з ВІЛ-інфікованим матеріалом</w:t>
            </w:r>
          </w:p>
        </w:tc>
        <w:tc>
          <w:tcPr>
            <w:tcW w:w="3691" w:type="dxa"/>
            <w:shd w:val="clear" w:color="auto" w:fill="auto"/>
            <w:vAlign w:val="center"/>
          </w:tcPr>
          <w:p w14:paraId="53283754" w14:textId="77777777" w:rsidR="00937E78" w:rsidRPr="00937E78" w:rsidRDefault="00937E78" w:rsidP="00937E78">
            <w:pPr>
              <w:jc w:val="both"/>
              <w:outlineLvl w:val="0"/>
              <w:rPr>
                <w:sz w:val="21"/>
                <w:szCs w:val="21"/>
              </w:rPr>
            </w:pPr>
            <w:r w:rsidRPr="00937E78">
              <w:rPr>
                <w:sz w:val="21"/>
                <w:szCs w:val="21"/>
              </w:rPr>
              <w:t>Обкладинка: м'яка, скріплення на 2 металеві скоби</w:t>
            </w:r>
          </w:p>
          <w:p w14:paraId="48DF7B50" w14:textId="77777777" w:rsidR="00937E78" w:rsidRPr="00937E78" w:rsidRDefault="00937E78" w:rsidP="00937E78">
            <w:pPr>
              <w:jc w:val="both"/>
              <w:outlineLvl w:val="0"/>
              <w:rPr>
                <w:sz w:val="21"/>
                <w:szCs w:val="21"/>
              </w:rPr>
            </w:pPr>
            <w:r w:rsidRPr="00937E78">
              <w:rPr>
                <w:sz w:val="21"/>
                <w:szCs w:val="21"/>
              </w:rPr>
              <w:t>Формат журналу: A4</w:t>
            </w:r>
          </w:p>
          <w:p w14:paraId="408A982F" w14:textId="77777777" w:rsidR="00937E78" w:rsidRPr="00937E78" w:rsidRDefault="00937E78" w:rsidP="00937E78">
            <w:pPr>
              <w:jc w:val="both"/>
              <w:outlineLvl w:val="0"/>
              <w:rPr>
                <w:sz w:val="21"/>
                <w:szCs w:val="21"/>
              </w:rPr>
            </w:pPr>
            <w:r w:rsidRPr="00937E78">
              <w:rPr>
                <w:sz w:val="21"/>
                <w:szCs w:val="21"/>
              </w:rPr>
              <w:t>Орієнтація: Альбомна</w:t>
            </w:r>
          </w:p>
          <w:p w14:paraId="1FFD2109" w14:textId="77777777" w:rsidR="00937E78" w:rsidRPr="00937E78" w:rsidRDefault="00937E78" w:rsidP="00937E78">
            <w:pPr>
              <w:jc w:val="both"/>
              <w:outlineLvl w:val="0"/>
              <w:rPr>
                <w:sz w:val="21"/>
                <w:szCs w:val="21"/>
              </w:rPr>
            </w:pPr>
            <w:r w:rsidRPr="00937E78">
              <w:rPr>
                <w:sz w:val="21"/>
                <w:szCs w:val="21"/>
              </w:rPr>
              <w:t>Кількість сторінок: 96</w:t>
            </w:r>
          </w:p>
          <w:p w14:paraId="4CE92791" w14:textId="77777777" w:rsidR="00937E78" w:rsidRPr="00937E78" w:rsidRDefault="00937E78" w:rsidP="00937E78">
            <w:pPr>
              <w:jc w:val="both"/>
              <w:outlineLvl w:val="0"/>
              <w:rPr>
                <w:sz w:val="21"/>
                <w:szCs w:val="21"/>
              </w:rPr>
            </w:pPr>
            <w:r w:rsidRPr="00937E78">
              <w:rPr>
                <w:sz w:val="21"/>
                <w:szCs w:val="21"/>
              </w:rPr>
              <w:t>Кількість аркушів:48</w:t>
            </w:r>
          </w:p>
          <w:p w14:paraId="279FC297" w14:textId="77777777" w:rsidR="00937E78" w:rsidRPr="00937E78" w:rsidRDefault="00937E78" w:rsidP="00937E78">
            <w:pPr>
              <w:jc w:val="both"/>
              <w:outlineLvl w:val="0"/>
              <w:rPr>
                <w:sz w:val="21"/>
                <w:szCs w:val="21"/>
              </w:rPr>
            </w:pPr>
            <w:r w:rsidRPr="00937E78">
              <w:rPr>
                <w:sz w:val="21"/>
                <w:szCs w:val="21"/>
              </w:rPr>
              <w:t>Мова тексту: Українська</w:t>
            </w:r>
          </w:p>
          <w:p w14:paraId="36F8D753" w14:textId="77777777" w:rsidR="00937E78" w:rsidRPr="00937E78" w:rsidRDefault="00937E78" w:rsidP="00937E78">
            <w:pPr>
              <w:jc w:val="both"/>
              <w:outlineLvl w:val="0"/>
              <w:rPr>
                <w:sz w:val="21"/>
                <w:szCs w:val="21"/>
              </w:rPr>
            </w:pPr>
            <w:r w:rsidRPr="00937E78">
              <w:rPr>
                <w:sz w:val="21"/>
                <w:szCs w:val="21"/>
              </w:rPr>
              <w:t>Колір сторінок: Чорно-білий друк</w:t>
            </w:r>
          </w:p>
          <w:p w14:paraId="03695509" w14:textId="77777777" w:rsidR="00937E78" w:rsidRPr="00937E78" w:rsidRDefault="00937E78" w:rsidP="00937E78">
            <w:pPr>
              <w:jc w:val="both"/>
              <w:outlineLvl w:val="0"/>
              <w:rPr>
                <w:sz w:val="21"/>
                <w:szCs w:val="21"/>
              </w:rPr>
            </w:pPr>
            <w:r w:rsidRPr="00937E78">
              <w:rPr>
                <w:sz w:val="21"/>
                <w:szCs w:val="21"/>
              </w:rPr>
              <w:t>Папір сторінок: Білий папір 80 г/м2</w:t>
            </w:r>
          </w:p>
          <w:p w14:paraId="7AEFF17D" w14:textId="77777777" w:rsidR="00937E78" w:rsidRPr="00937E78" w:rsidRDefault="00937E78" w:rsidP="00937E78">
            <w:pPr>
              <w:jc w:val="both"/>
              <w:outlineLvl w:val="0"/>
              <w:rPr>
                <w:sz w:val="21"/>
                <w:szCs w:val="21"/>
              </w:rPr>
            </w:pPr>
            <w:r w:rsidRPr="00937E78">
              <w:rPr>
                <w:sz w:val="21"/>
                <w:szCs w:val="21"/>
              </w:rPr>
              <w:t xml:space="preserve">Формат і зміст друкованих сторінок журналу повинен бути згідно наказу </w:t>
            </w:r>
          </w:p>
          <w:p w14:paraId="718019AE" w14:textId="62104397" w:rsidR="00937E78" w:rsidRPr="009E322D" w:rsidRDefault="00937E78" w:rsidP="00937E78">
            <w:pPr>
              <w:jc w:val="both"/>
              <w:outlineLvl w:val="0"/>
              <w:rPr>
                <w:sz w:val="21"/>
                <w:szCs w:val="21"/>
              </w:rPr>
            </w:pPr>
            <w:r w:rsidRPr="00937E78">
              <w:rPr>
                <w:sz w:val="21"/>
                <w:szCs w:val="21"/>
              </w:rPr>
              <w:t>МОЗ України від 17.03.2015 № 148</w:t>
            </w:r>
          </w:p>
        </w:tc>
        <w:tc>
          <w:tcPr>
            <w:tcW w:w="875" w:type="dxa"/>
            <w:shd w:val="clear" w:color="auto" w:fill="auto"/>
            <w:vAlign w:val="center"/>
          </w:tcPr>
          <w:p w14:paraId="5A660E1D" w14:textId="3BEEC278" w:rsidR="00937E78" w:rsidRPr="009E322D" w:rsidRDefault="00937E78" w:rsidP="00937E78">
            <w:pPr>
              <w:jc w:val="center"/>
              <w:outlineLvl w:val="0"/>
              <w:rPr>
                <w:sz w:val="21"/>
                <w:szCs w:val="21"/>
              </w:rPr>
            </w:pPr>
            <w:proofErr w:type="spellStart"/>
            <w:r>
              <w:rPr>
                <w:sz w:val="21"/>
                <w:szCs w:val="21"/>
              </w:rPr>
              <w:t>шт</w:t>
            </w:r>
            <w:proofErr w:type="spellEnd"/>
          </w:p>
        </w:tc>
        <w:tc>
          <w:tcPr>
            <w:tcW w:w="838" w:type="dxa"/>
            <w:shd w:val="clear" w:color="auto" w:fill="auto"/>
            <w:vAlign w:val="center"/>
          </w:tcPr>
          <w:p w14:paraId="18384993" w14:textId="1ADE6427" w:rsidR="00937E78" w:rsidRPr="009E322D" w:rsidRDefault="00937E78" w:rsidP="00937E78">
            <w:pPr>
              <w:jc w:val="center"/>
              <w:outlineLvl w:val="0"/>
              <w:rPr>
                <w:sz w:val="21"/>
                <w:szCs w:val="21"/>
              </w:rPr>
            </w:pPr>
            <w:r>
              <w:rPr>
                <w:sz w:val="21"/>
                <w:szCs w:val="21"/>
              </w:rPr>
              <w:t>10</w:t>
            </w:r>
          </w:p>
        </w:tc>
      </w:tr>
      <w:tr w:rsidR="00937E78" w14:paraId="2402CF77" w14:textId="77777777" w:rsidTr="00A96283">
        <w:trPr>
          <w:jc w:val="center"/>
        </w:trPr>
        <w:tc>
          <w:tcPr>
            <w:tcW w:w="429" w:type="dxa"/>
            <w:shd w:val="clear" w:color="auto" w:fill="auto"/>
            <w:vAlign w:val="center"/>
          </w:tcPr>
          <w:p w14:paraId="75DE8C0C" w14:textId="35DDCFC2" w:rsidR="00937E78" w:rsidRPr="009E322D" w:rsidRDefault="00937E78" w:rsidP="00937E78">
            <w:pPr>
              <w:jc w:val="center"/>
              <w:outlineLvl w:val="0"/>
              <w:rPr>
                <w:sz w:val="21"/>
                <w:szCs w:val="21"/>
              </w:rPr>
            </w:pPr>
            <w:r>
              <w:rPr>
                <w:sz w:val="21"/>
                <w:szCs w:val="21"/>
              </w:rPr>
              <w:t>9</w:t>
            </w:r>
          </w:p>
        </w:tc>
        <w:tc>
          <w:tcPr>
            <w:tcW w:w="3937" w:type="dxa"/>
            <w:shd w:val="clear" w:color="auto" w:fill="auto"/>
            <w:vAlign w:val="center"/>
          </w:tcPr>
          <w:p w14:paraId="75AFA590" w14:textId="612A9FA6" w:rsidR="00937E78" w:rsidRPr="009E322D" w:rsidRDefault="00937E78" w:rsidP="00937E78">
            <w:pPr>
              <w:jc w:val="center"/>
              <w:outlineLvl w:val="0"/>
              <w:rPr>
                <w:sz w:val="21"/>
                <w:szCs w:val="21"/>
              </w:rPr>
            </w:pPr>
            <w:r w:rsidRPr="00937E78">
              <w:rPr>
                <w:sz w:val="21"/>
                <w:szCs w:val="21"/>
              </w:rPr>
              <w:t>Форма первинної облікової документації № 250/0 «Журнал реєстрації аналізів і їх результатів»</w:t>
            </w:r>
          </w:p>
        </w:tc>
        <w:tc>
          <w:tcPr>
            <w:tcW w:w="3691" w:type="dxa"/>
            <w:shd w:val="clear" w:color="auto" w:fill="auto"/>
          </w:tcPr>
          <w:p w14:paraId="17EE3949" w14:textId="77777777" w:rsidR="00937E78" w:rsidRPr="00937E78" w:rsidRDefault="00937E78" w:rsidP="00937E78">
            <w:pPr>
              <w:jc w:val="both"/>
              <w:outlineLvl w:val="0"/>
              <w:rPr>
                <w:sz w:val="21"/>
                <w:szCs w:val="21"/>
              </w:rPr>
            </w:pPr>
            <w:r w:rsidRPr="00937E78">
              <w:rPr>
                <w:sz w:val="21"/>
                <w:szCs w:val="21"/>
              </w:rPr>
              <w:t>Обкладинка: м'яка, скріплення на 2 металеві скоби</w:t>
            </w:r>
          </w:p>
          <w:p w14:paraId="291870E6" w14:textId="77777777" w:rsidR="00937E78" w:rsidRPr="00937E78" w:rsidRDefault="00937E78" w:rsidP="00937E78">
            <w:pPr>
              <w:jc w:val="both"/>
              <w:outlineLvl w:val="0"/>
              <w:rPr>
                <w:sz w:val="21"/>
                <w:szCs w:val="21"/>
              </w:rPr>
            </w:pPr>
            <w:r w:rsidRPr="00937E78">
              <w:rPr>
                <w:sz w:val="21"/>
                <w:szCs w:val="21"/>
              </w:rPr>
              <w:t>Формат журналу: A4</w:t>
            </w:r>
          </w:p>
          <w:p w14:paraId="29AFF70E" w14:textId="77777777" w:rsidR="00937E78" w:rsidRPr="00937E78" w:rsidRDefault="00937E78" w:rsidP="00937E78">
            <w:pPr>
              <w:jc w:val="both"/>
              <w:outlineLvl w:val="0"/>
              <w:rPr>
                <w:sz w:val="21"/>
                <w:szCs w:val="21"/>
              </w:rPr>
            </w:pPr>
            <w:r w:rsidRPr="00937E78">
              <w:rPr>
                <w:sz w:val="21"/>
                <w:szCs w:val="21"/>
              </w:rPr>
              <w:t>Орієнтація: Альбомна</w:t>
            </w:r>
          </w:p>
          <w:p w14:paraId="5EA5A335" w14:textId="77777777" w:rsidR="00937E78" w:rsidRPr="00937E78" w:rsidRDefault="00937E78" w:rsidP="00937E78">
            <w:pPr>
              <w:jc w:val="both"/>
              <w:outlineLvl w:val="0"/>
              <w:rPr>
                <w:sz w:val="21"/>
                <w:szCs w:val="21"/>
              </w:rPr>
            </w:pPr>
            <w:r w:rsidRPr="00937E78">
              <w:rPr>
                <w:sz w:val="21"/>
                <w:szCs w:val="21"/>
              </w:rPr>
              <w:t>Кількість сторінок: 200</w:t>
            </w:r>
          </w:p>
          <w:p w14:paraId="13732144" w14:textId="77777777" w:rsidR="00937E78" w:rsidRPr="00937E78" w:rsidRDefault="00937E78" w:rsidP="00937E78">
            <w:pPr>
              <w:jc w:val="both"/>
              <w:outlineLvl w:val="0"/>
              <w:rPr>
                <w:sz w:val="21"/>
                <w:szCs w:val="21"/>
              </w:rPr>
            </w:pPr>
            <w:r w:rsidRPr="00937E78">
              <w:rPr>
                <w:sz w:val="21"/>
                <w:szCs w:val="21"/>
              </w:rPr>
              <w:t>Кількість аркушів:100</w:t>
            </w:r>
          </w:p>
          <w:p w14:paraId="42CFEE97" w14:textId="77777777" w:rsidR="00937E78" w:rsidRPr="00937E78" w:rsidRDefault="00937E78" w:rsidP="00937E78">
            <w:pPr>
              <w:jc w:val="both"/>
              <w:outlineLvl w:val="0"/>
              <w:rPr>
                <w:sz w:val="21"/>
                <w:szCs w:val="21"/>
              </w:rPr>
            </w:pPr>
            <w:r w:rsidRPr="00937E78">
              <w:rPr>
                <w:sz w:val="21"/>
                <w:szCs w:val="21"/>
              </w:rPr>
              <w:t>Мова тексту: Українська</w:t>
            </w:r>
          </w:p>
          <w:p w14:paraId="3E00FC3C" w14:textId="77777777" w:rsidR="00937E78" w:rsidRPr="00937E78" w:rsidRDefault="00937E78" w:rsidP="00937E78">
            <w:pPr>
              <w:jc w:val="both"/>
              <w:outlineLvl w:val="0"/>
              <w:rPr>
                <w:sz w:val="21"/>
                <w:szCs w:val="21"/>
              </w:rPr>
            </w:pPr>
            <w:r w:rsidRPr="00937E78">
              <w:rPr>
                <w:sz w:val="21"/>
                <w:szCs w:val="21"/>
              </w:rPr>
              <w:t>Колір сторінок: Чорно-білий друк</w:t>
            </w:r>
          </w:p>
          <w:p w14:paraId="46D95A6B" w14:textId="77777777" w:rsidR="00937E78" w:rsidRPr="00937E78" w:rsidRDefault="00937E78" w:rsidP="00937E78">
            <w:pPr>
              <w:jc w:val="both"/>
              <w:outlineLvl w:val="0"/>
              <w:rPr>
                <w:sz w:val="21"/>
                <w:szCs w:val="21"/>
              </w:rPr>
            </w:pPr>
            <w:r w:rsidRPr="00937E78">
              <w:rPr>
                <w:sz w:val="21"/>
                <w:szCs w:val="21"/>
              </w:rPr>
              <w:t>Папір сторінок: Білий папір 80 г/м2</w:t>
            </w:r>
          </w:p>
          <w:p w14:paraId="6E6F733B" w14:textId="1B6EA5CC" w:rsidR="00937E78" w:rsidRPr="009E322D" w:rsidRDefault="00937E78" w:rsidP="00937E78">
            <w:pPr>
              <w:jc w:val="both"/>
              <w:outlineLvl w:val="0"/>
              <w:rPr>
                <w:sz w:val="21"/>
                <w:szCs w:val="21"/>
              </w:rPr>
            </w:pPr>
            <w:r w:rsidRPr="00937E78">
              <w:rPr>
                <w:sz w:val="21"/>
                <w:szCs w:val="21"/>
              </w:rPr>
              <w:t>Формат і зміст друкованих сторінок журналу повинен бути згідно наказу МОЗ України № 1 від 04.01.2001 року.</w:t>
            </w:r>
          </w:p>
        </w:tc>
        <w:tc>
          <w:tcPr>
            <w:tcW w:w="875" w:type="dxa"/>
            <w:shd w:val="clear" w:color="auto" w:fill="auto"/>
            <w:vAlign w:val="center"/>
          </w:tcPr>
          <w:p w14:paraId="44A48A41" w14:textId="6C73A148" w:rsidR="00937E78" w:rsidRPr="009E322D" w:rsidRDefault="00937E78" w:rsidP="00937E78">
            <w:pPr>
              <w:jc w:val="center"/>
              <w:outlineLvl w:val="0"/>
              <w:rPr>
                <w:sz w:val="21"/>
                <w:szCs w:val="21"/>
              </w:rPr>
            </w:pPr>
            <w:proofErr w:type="spellStart"/>
            <w:r>
              <w:rPr>
                <w:sz w:val="21"/>
                <w:szCs w:val="21"/>
              </w:rPr>
              <w:t>шт</w:t>
            </w:r>
            <w:proofErr w:type="spellEnd"/>
          </w:p>
        </w:tc>
        <w:tc>
          <w:tcPr>
            <w:tcW w:w="838" w:type="dxa"/>
            <w:shd w:val="clear" w:color="auto" w:fill="auto"/>
            <w:vAlign w:val="center"/>
          </w:tcPr>
          <w:p w14:paraId="7758C823" w14:textId="1BDE2E4C" w:rsidR="00937E78" w:rsidRPr="009E322D" w:rsidRDefault="00937E78" w:rsidP="00937E78">
            <w:pPr>
              <w:jc w:val="center"/>
              <w:outlineLvl w:val="0"/>
              <w:rPr>
                <w:sz w:val="21"/>
                <w:szCs w:val="21"/>
              </w:rPr>
            </w:pPr>
            <w:r>
              <w:rPr>
                <w:sz w:val="21"/>
                <w:szCs w:val="21"/>
              </w:rPr>
              <w:t>20</w:t>
            </w:r>
          </w:p>
        </w:tc>
      </w:tr>
      <w:tr w:rsidR="00937E78" w14:paraId="5D17C7F3" w14:textId="77777777" w:rsidTr="00CC6BB4">
        <w:trPr>
          <w:jc w:val="center"/>
        </w:trPr>
        <w:tc>
          <w:tcPr>
            <w:tcW w:w="429" w:type="dxa"/>
            <w:shd w:val="clear" w:color="auto" w:fill="auto"/>
            <w:vAlign w:val="center"/>
          </w:tcPr>
          <w:p w14:paraId="5C3F1ABC" w14:textId="2CE69FAC" w:rsidR="00937E78" w:rsidRPr="009E322D" w:rsidRDefault="00937E78" w:rsidP="00937E78">
            <w:pPr>
              <w:jc w:val="center"/>
              <w:outlineLvl w:val="0"/>
              <w:rPr>
                <w:sz w:val="21"/>
                <w:szCs w:val="21"/>
              </w:rPr>
            </w:pPr>
            <w:r>
              <w:rPr>
                <w:sz w:val="21"/>
                <w:szCs w:val="21"/>
              </w:rPr>
              <w:t>10</w:t>
            </w:r>
          </w:p>
        </w:tc>
        <w:tc>
          <w:tcPr>
            <w:tcW w:w="3937" w:type="dxa"/>
            <w:shd w:val="clear" w:color="auto" w:fill="auto"/>
            <w:vAlign w:val="center"/>
          </w:tcPr>
          <w:p w14:paraId="7BF19701" w14:textId="71DA7CC1" w:rsidR="00937E78" w:rsidRPr="009E322D" w:rsidRDefault="00937E78" w:rsidP="00937E78">
            <w:pPr>
              <w:jc w:val="center"/>
              <w:outlineLvl w:val="0"/>
              <w:rPr>
                <w:sz w:val="21"/>
                <w:szCs w:val="21"/>
              </w:rPr>
            </w:pPr>
            <w:r w:rsidRPr="006757F1">
              <w:rPr>
                <w:sz w:val="21"/>
                <w:szCs w:val="21"/>
              </w:rPr>
              <w:t>Форма первинної облікової документації № 001/о «Журнал обліку прийому хворих у стаціонар та відмов у госпіталізації»</w:t>
            </w:r>
          </w:p>
        </w:tc>
        <w:tc>
          <w:tcPr>
            <w:tcW w:w="3691" w:type="dxa"/>
            <w:shd w:val="clear" w:color="auto" w:fill="auto"/>
            <w:vAlign w:val="center"/>
          </w:tcPr>
          <w:p w14:paraId="7FF7B617" w14:textId="77777777" w:rsidR="00937E78" w:rsidRPr="006757F1" w:rsidRDefault="00937E78" w:rsidP="00937E78">
            <w:pPr>
              <w:jc w:val="both"/>
              <w:outlineLvl w:val="0"/>
              <w:rPr>
                <w:sz w:val="21"/>
                <w:szCs w:val="21"/>
              </w:rPr>
            </w:pPr>
            <w:r w:rsidRPr="006757F1">
              <w:rPr>
                <w:sz w:val="21"/>
                <w:szCs w:val="21"/>
              </w:rPr>
              <w:t xml:space="preserve">Обкладинка: тверда форма </w:t>
            </w:r>
          </w:p>
          <w:p w14:paraId="5D117F8C" w14:textId="77777777" w:rsidR="00937E78" w:rsidRPr="006757F1" w:rsidRDefault="00937E78" w:rsidP="00937E78">
            <w:pPr>
              <w:jc w:val="both"/>
              <w:outlineLvl w:val="0"/>
              <w:rPr>
                <w:sz w:val="21"/>
                <w:szCs w:val="21"/>
              </w:rPr>
            </w:pPr>
            <w:r w:rsidRPr="006757F1">
              <w:rPr>
                <w:sz w:val="21"/>
                <w:szCs w:val="21"/>
              </w:rPr>
              <w:t>Формат журналу: A4</w:t>
            </w:r>
          </w:p>
          <w:p w14:paraId="03570CFB" w14:textId="77777777" w:rsidR="00937E78" w:rsidRPr="006757F1" w:rsidRDefault="00937E78" w:rsidP="00937E78">
            <w:pPr>
              <w:jc w:val="both"/>
              <w:outlineLvl w:val="0"/>
              <w:rPr>
                <w:sz w:val="21"/>
                <w:szCs w:val="21"/>
              </w:rPr>
            </w:pPr>
            <w:r w:rsidRPr="006757F1">
              <w:rPr>
                <w:sz w:val="21"/>
                <w:szCs w:val="21"/>
              </w:rPr>
              <w:t>Орієнтація: Книжна</w:t>
            </w:r>
          </w:p>
          <w:p w14:paraId="3D99BAF9" w14:textId="77777777" w:rsidR="00937E78" w:rsidRPr="006757F1" w:rsidRDefault="00937E78" w:rsidP="00937E78">
            <w:pPr>
              <w:jc w:val="both"/>
              <w:outlineLvl w:val="0"/>
              <w:rPr>
                <w:sz w:val="21"/>
                <w:szCs w:val="21"/>
              </w:rPr>
            </w:pPr>
            <w:r w:rsidRPr="006757F1">
              <w:rPr>
                <w:sz w:val="21"/>
                <w:szCs w:val="21"/>
              </w:rPr>
              <w:t>Кількість сторінок: 400</w:t>
            </w:r>
          </w:p>
          <w:p w14:paraId="4DA6A85D" w14:textId="77777777" w:rsidR="00937E78" w:rsidRPr="006757F1" w:rsidRDefault="00937E78" w:rsidP="00937E78">
            <w:pPr>
              <w:jc w:val="both"/>
              <w:outlineLvl w:val="0"/>
              <w:rPr>
                <w:sz w:val="21"/>
                <w:szCs w:val="21"/>
              </w:rPr>
            </w:pPr>
            <w:r w:rsidRPr="006757F1">
              <w:rPr>
                <w:sz w:val="21"/>
                <w:szCs w:val="21"/>
              </w:rPr>
              <w:t>Кількість аркушів:200</w:t>
            </w:r>
          </w:p>
          <w:p w14:paraId="0D95E3AF" w14:textId="77777777" w:rsidR="00937E78" w:rsidRPr="006757F1" w:rsidRDefault="00937E78" w:rsidP="00937E78">
            <w:pPr>
              <w:jc w:val="both"/>
              <w:outlineLvl w:val="0"/>
              <w:rPr>
                <w:sz w:val="21"/>
                <w:szCs w:val="21"/>
              </w:rPr>
            </w:pPr>
            <w:r w:rsidRPr="006757F1">
              <w:rPr>
                <w:sz w:val="21"/>
                <w:szCs w:val="21"/>
              </w:rPr>
              <w:t>Мова тексту: Українська</w:t>
            </w:r>
          </w:p>
          <w:p w14:paraId="4A4C79A1" w14:textId="77777777" w:rsidR="00937E78" w:rsidRPr="006757F1" w:rsidRDefault="00937E78" w:rsidP="00937E78">
            <w:pPr>
              <w:jc w:val="both"/>
              <w:outlineLvl w:val="0"/>
              <w:rPr>
                <w:sz w:val="21"/>
                <w:szCs w:val="21"/>
              </w:rPr>
            </w:pPr>
            <w:r w:rsidRPr="006757F1">
              <w:rPr>
                <w:sz w:val="21"/>
                <w:szCs w:val="21"/>
              </w:rPr>
              <w:t>Колір сторінок: Чорно-білий друк</w:t>
            </w:r>
          </w:p>
          <w:p w14:paraId="72E2F325" w14:textId="77777777" w:rsidR="00937E78" w:rsidRPr="006757F1" w:rsidRDefault="00937E78" w:rsidP="00937E78">
            <w:pPr>
              <w:jc w:val="both"/>
              <w:outlineLvl w:val="0"/>
              <w:rPr>
                <w:sz w:val="21"/>
                <w:szCs w:val="21"/>
              </w:rPr>
            </w:pPr>
            <w:r w:rsidRPr="006757F1">
              <w:rPr>
                <w:sz w:val="21"/>
                <w:szCs w:val="21"/>
              </w:rPr>
              <w:t>Папір сторінок: Білий папір 80 г/м2</w:t>
            </w:r>
          </w:p>
          <w:p w14:paraId="7E3AF31A" w14:textId="0796D498" w:rsidR="00937E78" w:rsidRPr="009E322D" w:rsidRDefault="00937E78" w:rsidP="00937E78">
            <w:pPr>
              <w:jc w:val="both"/>
              <w:outlineLvl w:val="0"/>
              <w:rPr>
                <w:sz w:val="21"/>
                <w:szCs w:val="21"/>
              </w:rPr>
            </w:pPr>
            <w:r w:rsidRPr="006757F1">
              <w:rPr>
                <w:sz w:val="21"/>
                <w:szCs w:val="21"/>
              </w:rPr>
              <w:t>Формат і зміст друкованих сторінок журналу повинен бути згідно наказу МОЗ України № 110 від 14.02.2012 «Про затвердження форм первинної облікової документації та Інструкцій щодо їх заповнення, що використовуються у закладах охорони здоров’я незалежно від форми власності та підпорядкування (зі змінами)</w:t>
            </w:r>
          </w:p>
        </w:tc>
        <w:tc>
          <w:tcPr>
            <w:tcW w:w="875" w:type="dxa"/>
            <w:shd w:val="clear" w:color="auto" w:fill="auto"/>
            <w:vAlign w:val="center"/>
          </w:tcPr>
          <w:p w14:paraId="368D2275" w14:textId="55A6D2D5" w:rsidR="00937E78" w:rsidRPr="009E322D" w:rsidRDefault="00937E78" w:rsidP="00937E78">
            <w:pPr>
              <w:jc w:val="center"/>
              <w:outlineLvl w:val="0"/>
              <w:rPr>
                <w:sz w:val="21"/>
                <w:szCs w:val="21"/>
              </w:rPr>
            </w:pPr>
            <w:proofErr w:type="spellStart"/>
            <w:r>
              <w:rPr>
                <w:sz w:val="21"/>
                <w:szCs w:val="21"/>
              </w:rPr>
              <w:t>шт</w:t>
            </w:r>
            <w:proofErr w:type="spellEnd"/>
          </w:p>
        </w:tc>
        <w:tc>
          <w:tcPr>
            <w:tcW w:w="838" w:type="dxa"/>
            <w:shd w:val="clear" w:color="auto" w:fill="auto"/>
            <w:vAlign w:val="center"/>
          </w:tcPr>
          <w:p w14:paraId="5F6FBFA3" w14:textId="06F7BF14" w:rsidR="00937E78" w:rsidRPr="009E322D" w:rsidRDefault="00937E78" w:rsidP="00937E78">
            <w:pPr>
              <w:jc w:val="center"/>
              <w:outlineLvl w:val="0"/>
              <w:rPr>
                <w:sz w:val="21"/>
                <w:szCs w:val="21"/>
              </w:rPr>
            </w:pPr>
            <w:r>
              <w:rPr>
                <w:sz w:val="21"/>
                <w:szCs w:val="21"/>
              </w:rPr>
              <w:t>90</w:t>
            </w:r>
          </w:p>
        </w:tc>
      </w:tr>
      <w:tr w:rsidR="00937E78" w14:paraId="1505BBE4" w14:textId="77777777" w:rsidTr="00CC6BB4">
        <w:trPr>
          <w:jc w:val="center"/>
        </w:trPr>
        <w:tc>
          <w:tcPr>
            <w:tcW w:w="429" w:type="dxa"/>
            <w:shd w:val="clear" w:color="auto" w:fill="auto"/>
            <w:vAlign w:val="center"/>
          </w:tcPr>
          <w:p w14:paraId="4231EB22" w14:textId="58884222" w:rsidR="00937E78" w:rsidRPr="009E322D" w:rsidRDefault="00937E78" w:rsidP="00937E78">
            <w:pPr>
              <w:jc w:val="center"/>
              <w:outlineLvl w:val="0"/>
              <w:rPr>
                <w:sz w:val="21"/>
                <w:szCs w:val="21"/>
              </w:rPr>
            </w:pPr>
            <w:r>
              <w:rPr>
                <w:sz w:val="21"/>
                <w:szCs w:val="21"/>
              </w:rPr>
              <w:t>11</w:t>
            </w:r>
          </w:p>
        </w:tc>
        <w:tc>
          <w:tcPr>
            <w:tcW w:w="3937" w:type="dxa"/>
            <w:shd w:val="clear" w:color="auto" w:fill="auto"/>
            <w:vAlign w:val="center"/>
          </w:tcPr>
          <w:p w14:paraId="10164714" w14:textId="13A6FE4A" w:rsidR="00937E78" w:rsidRPr="009E322D" w:rsidRDefault="00937E78" w:rsidP="00937E78">
            <w:pPr>
              <w:jc w:val="center"/>
              <w:outlineLvl w:val="0"/>
              <w:rPr>
                <w:sz w:val="21"/>
                <w:szCs w:val="21"/>
              </w:rPr>
            </w:pPr>
            <w:r w:rsidRPr="006757F1">
              <w:rPr>
                <w:sz w:val="21"/>
                <w:szCs w:val="21"/>
              </w:rPr>
              <w:t xml:space="preserve">Форма первинної облікової документації № 008/о «Журнал запису оперативних </w:t>
            </w:r>
            <w:proofErr w:type="spellStart"/>
            <w:r w:rsidRPr="006757F1">
              <w:rPr>
                <w:sz w:val="21"/>
                <w:szCs w:val="21"/>
              </w:rPr>
              <w:t>втручань</w:t>
            </w:r>
            <w:proofErr w:type="spellEnd"/>
            <w:r w:rsidRPr="006757F1">
              <w:rPr>
                <w:sz w:val="21"/>
                <w:szCs w:val="21"/>
              </w:rPr>
              <w:t xml:space="preserve"> у стаціонарі»</w:t>
            </w:r>
          </w:p>
        </w:tc>
        <w:tc>
          <w:tcPr>
            <w:tcW w:w="3691" w:type="dxa"/>
            <w:shd w:val="clear" w:color="auto" w:fill="auto"/>
            <w:vAlign w:val="center"/>
          </w:tcPr>
          <w:p w14:paraId="0EB05A23" w14:textId="77777777" w:rsidR="00937E78" w:rsidRPr="006757F1" w:rsidRDefault="00937E78" w:rsidP="00937E78">
            <w:pPr>
              <w:jc w:val="both"/>
              <w:outlineLvl w:val="0"/>
              <w:rPr>
                <w:sz w:val="21"/>
                <w:szCs w:val="21"/>
              </w:rPr>
            </w:pPr>
            <w:r w:rsidRPr="006757F1">
              <w:rPr>
                <w:sz w:val="21"/>
                <w:szCs w:val="21"/>
              </w:rPr>
              <w:t xml:space="preserve">Обкладинка: тверда форма </w:t>
            </w:r>
          </w:p>
          <w:p w14:paraId="1E7EB414" w14:textId="77777777" w:rsidR="00937E78" w:rsidRPr="006757F1" w:rsidRDefault="00937E78" w:rsidP="00937E78">
            <w:pPr>
              <w:jc w:val="both"/>
              <w:outlineLvl w:val="0"/>
              <w:rPr>
                <w:sz w:val="21"/>
                <w:szCs w:val="21"/>
              </w:rPr>
            </w:pPr>
            <w:r w:rsidRPr="006757F1">
              <w:rPr>
                <w:sz w:val="21"/>
                <w:szCs w:val="21"/>
              </w:rPr>
              <w:t>Формат журналу: A4</w:t>
            </w:r>
          </w:p>
          <w:p w14:paraId="7DCF220D" w14:textId="77777777" w:rsidR="00937E78" w:rsidRPr="006757F1" w:rsidRDefault="00937E78" w:rsidP="00937E78">
            <w:pPr>
              <w:jc w:val="both"/>
              <w:outlineLvl w:val="0"/>
              <w:rPr>
                <w:sz w:val="21"/>
                <w:szCs w:val="21"/>
              </w:rPr>
            </w:pPr>
            <w:r w:rsidRPr="006757F1">
              <w:rPr>
                <w:sz w:val="21"/>
                <w:szCs w:val="21"/>
              </w:rPr>
              <w:t>Орієнтація: Книжна</w:t>
            </w:r>
          </w:p>
          <w:p w14:paraId="0E5A552C" w14:textId="77777777" w:rsidR="00937E78" w:rsidRPr="006757F1" w:rsidRDefault="00937E78" w:rsidP="00937E78">
            <w:pPr>
              <w:jc w:val="both"/>
              <w:outlineLvl w:val="0"/>
              <w:rPr>
                <w:sz w:val="21"/>
                <w:szCs w:val="21"/>
              </w:rPr>
            </w:pPr>
            <w:r w:rsidRPr="006757F1">
              <w:rPr>
                <w:sz w:val="21"/>
                <w:szCs w:val="21"/>
              </w:rPr>
              <w:t>Кількість сторінок: 400</w:t>
            </w:r>
          </w:p>
          <w:p w14:paraId="3A82239F" w14:textId="77777777" w:rsidR="00937E78" w:rsidRPr="006757F1" w:rsidRDefault="00937E78" w:rsidP="00937E78">
            <w:pPr>
              <w:jc w:val="both"/>
              <w:outlineLvl w:val="0"/>
              <w:rPr>
                <w:sz w:val="21"/>
                <w:szCs w:val="21"/>
              </w:rPr>
            </w:pPr>
            <w:r w:rsidRPr="006757F1">
              <w:rPr>
                <w:sz w:val="21"/>
                <w:szCs w:val="21"/>
              </w:rPr>
              <w:t>Кількість аркушів:200</w:t>
            </w:r>
          </w:p>
          <w:p w14:paraId="2D9D4BCD" w14:textId="77777777" w:rsidR="00937E78" w:rsidRPr="006757F1" w:rsidRDefault="00937E78" w:rsidP="00937E78">
            <w:pPr>
              <w:jc w:val="both"/>
              <w:outlineLvl w:val="0"/>
              <w:rPr>
                <w:sz w:val="21"/>
                <w:szCs w:val="21"/>
              </w:rPr>
            </w:pPr>
            <w:r w:rsidRPr="006757F1">
              <w:rPr>
                <w:sz w:val="21"/>
                <w:szCs w:val="21"/>
              </w:rPr>
              <w:t>Мова тексту: Українська</w:t>
            </w:r>
          </w:p>
          <w:p w14:paraId="0671C46E" w14:textId="77777777" w:rsidR="00937E78" w:rsidRPr="006757F1" w:rsidRDefault="00937E78" w:rsidP="00937E78">
            <w:pPr>
              <w:jc w:val="both"/>
              <w:outlineLvl w:val="0"/>
              <w:rPr>
                <w:sz w:val="21"/>
                <w:szCs w:val="21"/>
              </w:rPr>
            </w:pPr>
            <w:r w:rsidRPr="006757F1">
              <w:rPr>
                <w:sz w:val="21"/>
                <w:szCs w:val="21"/>
              </w:rPr>
              <w:t>Колір сторінок: Чорно-білий друк</w:t>
            </w:r>
          </w:p>
          <w:p w14:paraId="558951FA" w14:textId="77777777" w:rsidR="00937E78" w:rsidRPr="006757F1" w:rsidRDefault="00937E78" w:rsidP="00937E78">
            <w:pPr>
              <w:jc w:val="both"/>
              <w:outlineLvl w:val="0"/>
              <w:rPr>
                <w:sz w:val="21"/>
                <w:szCs w:val="21"/>
              </w:rPr>
            </w:pPr>
            <w:r w:rsidRPr="006757F1">
              <w:rPr>
                <w:sz w:val="21"/>
                <w:szCs w:val="21"/>
              </w:rPr>
              <w:t>Папір сторінок: Білий папір 80 г/м2</w:t>
            </w:r>
          </w:p>
          <w:p w14:paraId="41B187EF" w14:textId="101ACF7F" w:rsidR="00937E78" w:rsidRPr="009E322D" w:rsidRDefault="00937E78" w:rsidP="00937E78">
            <w:pPr>
              <w:jc w:val="both"/>
              <w:outlineLvl w:val="0"/>
              <w:rPr>
                <w:sz w:val="21"/>
                <w:szCs w:val="21"/>
              </w:rPr>
            </w:pPr>
            <w:r w:rsidRPr="006757F1">
              <w:rPr>
                <w:sz w:val="21"/>
                <w:szCs w:val="21"/>
              </w:rPr>
              <w:lastRenderedPageBreak/>
              <w:t>Формат і зміст друкованих сторінок журналу повинен бути згідно наказу МОЗ України № 110 від 14.02.2012 «Про затвердження форм первинної облікової документації та Інструкцій щодо їх заповнення, що використовуються у закладах охорони здоров’я незалежно від форми власності та підпорядкування (зі змінами)</w:t>
            </w:r>
          </w:p>
        </w:tc>
        <w:tc>
          <w:tcPr>
            <w:tcW w:w="875" w:type="dxa"/>
            <w:shd w:val="clear" w:color="auto" w:fill="auto"/>
            <w:vAlign w:val="center"/>
          </w:tcPr>
          <w:p w14:paraId="52B8A21B" w14:textId="7BF31A3B" w:rsidR="00937E78" w:rsidRPr="009E322D" w:rsidRDefault="00937E78" w:rsidP="00937E78">
            <w:pPr>
              <w:jc w:val="center"/>
              <w:outlineLvl w:val="0"/>
              <w:rPr>
                <w:sz w:val="21"/>
                <w:szCs w:val="21"/>
              </w:rPr>
            </w:pPr>
            <w:proofErr w:type="spellStart"/>
            <w:r>
              <w:rPr>
                <w:sz w:val="21"/>
                <w:szCs w:val="21"/>
              </w:rPr>
              <w:lastRenderedPageBreak/>
              <w:t>шт</w:t>
            </w:r>
            <w:proofErr w:type="spellEnd"/>
          </w:p>
        </w:tc>
        <w:tc>
          <w:tcPr>
            <w:tcW w:w="838" w:type="dxa"/>
            <w:shd w:val="clear" w:color="auto" w:fill="auto"/>
            <w:vAlign w:val="center"/>
          </w:tcPr>
          <w:p w14:paraId="102FCE30" w14:textId="0E72FD89" w:rsidR="00937E78" w:rsidRPr="009E322D" w:rsidRDefault="00937E78" w:rsidP="00937E78">
            <w:pPr>
              <w:jc w:val="center"/>
              <w:outlineLvl w:val="0"/>
              <w:rPr>
                <w:sz w:val="21"/>
                <w:szCs w:val="21"/>
              </w:rPr>
            </w:pPr>
            <w:r>
              <w:rPr>
                <w:sz w:val="21"/>
                <w:szCs w:val="21"/>
              </w:rPr>
              <w:t>80</w:t>
            </w:r>
          </w:p>
        </w:tc>
      </w:tr>
      <w:tr w:rsidR="00937E78" w14:paraId="0473F673" w14:textId="77777777" w:rsidTr="00CC6BB4">
        <w:trPr>
          <w:jc w:val="center"/>
        </w:trPr>
        <w:tc>
          <w:tcPr>
            <w:tcW w:w="429" w:type="dxa"/>
            <w:shd w:val="clear" w:color="auto" w:fill="auto"/>
            <w:vAlign w:val="center"/>
          </w:tcPr>
          <w:p w14:paraId="34E02B1B" w14:textId="7862759E" w:rsidR="00937E78" w:rsidRPr="009E322D" w:rsidRDefault="00937E78" w:rsidP="00937E78">
            <w:pPr>
              <w:jc w:val="center"/>
              <w:outlineLvl w:val="0"/>
              <w:rPr>
                <w:sz w:val="21"/>
                <w:szCs w:val="21"/>
              </w:rPr>
            </w:pPr>
            <w:r>
              <w:rPr>
                <w:sz w:val="21"/>
                <w:szCs w:val="21"/>
              </w:rPr>
              <w:t>12</w:t>
            </w:r>
          </w:p>
        </w:tc>
        <w:tc>
          <w:tcPr>
            <w:tcW w:w="3937" w:type="dxa"/>
            <w:shd w:val="clear" w:color="auto" w:fill="auto"/>
            <w:vAlign w:val="center"/>
          </w:tcPr>
          <w:p w14:paraId="16E2809B" w14:textId="248EF2CF" w:rsidR="00937E78" w:rsidRPr="009E322D" w:rsidRDefault="00937E78" w:rsidP="00937E78">
            <w:pPr>
              <w:jc w:val="center"/>
              <w:outlineLvl w:val="0"/>
              <w:rPr>
                <w:sz w:val="21"/>
                <w:szCs w:val="21"/>
              </w:rPr>
            </w:pPr>
            <w:r w:rsidRPr="006757F1">
              <w:rPr>
                <w:sz w:val="21"/>
                <w:szCs w:val="21"/>
              </w:rPr>
              <w:t>Форма первинної облікової документації № 074/о «Журнал реєстрації амбулаторних пацієнтів»</w:t>
            </w:r>
          </w:p>
        </w:tc>
        <w:tc>
          <w:tcPr>
            <w:tcW w:w="3691" w:type="dxa"/>
            <w:shd w:val="clear" w:color="auto" w:fill="auto"/>
            <w:vAlign w:val="center"/>
          </w:tcPr>
          <w:p w14:paraId="399A7D7E" w14:textId="77777777" w:rsidR="00937E78" w:rsidRPr="006757F1" w:rsidRDefault="00937E78" w:rsidP="00937E78">
            <w:pPr>
              <w:jc w:val="both"/>
              <w:outlineLvl w:val="0"/>
              <w:rPr>
                <w:sz w:val="21"/>
                <w:szCs w:val="21"/>
              </w:rPr>
            </w:pPr>
            <w:r w:rsidRPr="006757F1">
              <w:rPr>
                <w:sz w:val="21"/>
                <w:szCs w:val="21"/>
              </w:rPr>
              <w:t xml:space="preserve">Обкладинка: тверда форма </w:t>
            </w:r>
          </w:p>
          <w:p w14:paraId="76CD0EE1" w14:textId="77777777" w:rsidR="00937E78" w:rsidRPr="006757F1" w:rsidRDefault="00937E78" w:rsidP="00937E78">
            <w:pPr>
              <w:jc w:val="both"/>
              <w:outlineLvl w:val="0"/>
              <w:rPr>
                <w:sz w:val="21"/>
                <w:szCs w:val="21"/>
              </w:rPr>
            </w:pPr>
            <w:r w:rsidRPr="006757F1">
              <w:rPr>
                <w:sz w:val="21"/>
                <w:szCs w:val="21"/>
              </w:rPr>
              <w:t>Формат журналу: A4</w:t>
            </w:r>
          </w:p>
          <w:p w14:paraId="33C0D236" w14:textId="77777777" w:rsidR="00937E78" w:rsidRPr="006757F1" w:rsidRDefault="00937E78" w:rsidP="00937E78">
            <w:pPr>
              <w:jc w:val="both"/>
              <w:outlineLvl w:val="0"/>
              <w:rPr>
                <w:sz w:val="21"/>
                <w:szCs w:val="21"/>
              </w:rPr>
            </w:pPr>
            <w:r w:rsidRPr="006757F1">
              <w:rPr>
                <w:sz w:val="21"/>
                <w:szCs w:val="21"/>
              </w:rPr>
              <w:t>Орієнтація: Книжкова</w:t>
            </w:r>
          </w:p>
          <w:p w14:paraId="074D40DB" w14:textId="77777777" w:rsidR="00937E78" w:rsidRPr="006757F1" w:rsidRDefault="00937E78" w:rsidP="00937E78">
            <w:pPr>
              <w:jc w:val="both"/>
              <w:outlineLvl w:val="0"/>
              <w:rPr>
                <w:sz w:val="21"/>
                <w:szCs w:val="21"/>
              </w:rPr>
            </w:pPr>
            <w:r w:rsidRPr="006757F1">
              <w:rPr>
                <w:sz w:val="21"/>
                <w:szCs w:val="21"/>
              </w:rPr>
              <w:t>Кількість сторінок: 400</w:t>
            </w:r>
          </w:p>
          <w:p w14:paraId="39BDBFDD" w14:textId="77777777" w:rsidR="00937E78" w:rsidRPr="006757F1" w:rsidRDefault="00937E78" w:rsidP="00937E78">
            <w:pPr>
              <w:jc w:val="both"/>
              <w:outlineLvl w:val="0"/>
              <w:rPr>
                <w:sz w:val="21"/>
                <w:szCs w:val="21"/>
              </w:rPr>
            </w:pPr>
            <w:r w:rsidRPr="006757F1">
              <w:rPr>
                <w:sz w:val="21"/>
                <w:szCs w:val="21"/>
              </w:rPr>
              <w:t>Кількість аркушів:200</w:t>
            </w:r>
          </w:p>
          <w:p w14:paraId="3F7664DD" w14:textId="77777777" w:rsidR="00937E78" w:rsidRPr="006757F1" w:rsidRDefault="00937E78" w:rsidP="00937E78">
            <w:pPr>
              <w:jc w:val="both"/>
              <w:outlineLvl w:val="0"/>
              <w:rPr>
                <w:sz w:val="21"/>
                <w:szCs w:val="21"/>
              </w:rPr>
            </w:pPr>
            <w:r w:rsidRPr="006757F1">
              <w:rPr>
                <w:sz w:val="21"/>
                <w:szCs w:val="21"/>
              </w:rPr>
              <w:t>Мова тексту: Українська</w:t>
            </w:r>
          </w:p>
          <w:p w14:paraId="3C085B7C" w14:textId="77777777" w:rsidR="00937E78" w:rsidRPr="006757F1" w:rsidRDefault="00937E78" w:rsidP="00937E78">
            <w:pPr>
              <w:jc w:val="both"/>
              <w:outlineLvl w:val="0"/>
              <w:rPr>
                <w:sz w:val="21"/>
                <w:szCs w:val="21"/>
              </w:rPr>
            </w:pPr>
            <w:r w:rsidRPr="006757F1">
              <w:rPr>
                <w:sz w:val="21"/>
                <w:szCs w:val="21"/>
              </w:rPr>
              <w:t>Колір сторінок: Чорно-білий друк</w:t>
            </w:r>
          </w:p>
          <w:p w14:paraId="27AA7EC9" w14:textId="77777777" w:rsidR="00937E78" w:rsidRPr="006757F1" w:rsidRDefault="00937E78" w:rsidP="00937E78">
            <w:pPr>
              <w:jc w:val="both"/>
              <w:outlineLvl w:val="0"/>
              <w:rPr>
                <w:sz w:val="21"/>
                <w:szCs w:val="21"/>
              </w:rPr>
            </w:pPr>
            <w:r w:rsidRPr="006757F1">
              <w:rPr>
                <w:sz w:val="21"/>
                <w:szCs w:val="21"/>
              </w:rPr>
              <w:t>Папір сторінок: Білий папір 80 г/м2</w:t>
            </w:r>
          </w:p>
          <w:p w14:paraId="0A6C6CF7" w14:textId="52CEBD95" w:rsidR="00937E78" w:rsidRPr="009E322D" w:rsidRDefault="00937E78" w:rsidP="00937E78">
            <w:pPr>
              <w:jc w:val="both"/>
              <w:outlineLvl w:val="0"/>
              <w:rPr>
                <w:sz w:val="21"/>
                <w:szCs w:val="21"/>
              </w:rPr>
            </w:pPr>
            <w:r w:rsidRPr="006757F1">
              <w:rPr>
                <w:sz w:val="21"/>
                <w:szCs w:val="21"/>
              </w:rPr>
              <w:t>Формат і зміст друкованих сторінок журналу повинен бути згідно  наказу МОЗ України № 110 від 14.02.2012 «Про затвердження форм первинної облікової документації та Інструкцій щодо їх заповнення, що використовуються у закладах охорони здоров’я незалежно від форми власності та підпорядкування (зі змінами)</w:t>
            </w:r>
          </w:p>
        </w:tc>
        <w:tc>
          <w:tcPr>
            <w:tcW w:w="875" w:type="dxa"/>
            <w:shd w:val="clear" w:color="auto" w:fill="auto"/>
            <w:vAlign w:val="center"/>
          </w:tcPr>
          <w:p w14:paraId="7C9CEB1C" w14:textId="38423601" w:rsidR="00937E78" w:rsidRPr="009E322D" w:rsidRDefault="00937E78" w:rsidP="00937E78">
            <w:pPr>
              <w:jc w:val="center"/>
              <w:outlineLvl w:val="0"/>
              <w:rPr>
                <w:sz w:val="21"/>
                <w:szCs w:val="21"/>
              </w:rPr>
            </w:pPr>
            <w:proofErr w:type="spellStart"/>
            <w:r>
              <w:rPr>
                <w:sz w:val="21"/>
                <w:szCs w:val="21"/>
              </w:rPr>
              <w:t>шт</w:t>
            </w:r>
            <w:proofErr w:type="spellEnd"/>
          </w:p>
        </w:tc>
        <w:tc>
          <w:tcPr>
            <w:tcW w:w="838" w:type="dxa"/>
            <w:shd w:val="clear" w:color="auto" w:fill="auto"/>
            <w:vAlign w:val="center"/>
          </w:tcPr>
          <w:p w14:paraId="2AF497E5" w14:textId="1BE26D71" w:rsidR="00937E78" w:rsidRPr="009E322D" w:rsidRDefault="00937E78" w:rsidP="00937E78">
            <w:pPr>
              <w:jc w:val="center"/>
              <w:outlineLvl w:val="0"/>
              <w:rPr>
                <w:sz w:val="21"/>
                <w:szCs w:val="21"/>
              </w:rPr>
            </w:pPr>
            <w:r>
              <w:rPr>
                <w:sz w:val="21"/>
                <w:szCs w:val="21"/>
              </w:rPr>
              <w:t>170</w:t>
            </w:r>
          </w:p>
        </w:tc>
      </w:tr>
      <w:tr w:rsidR="00937E78" w14:paraId="137A4D0E" w14:textId="77777777" w:rsidTr="00CC6BB4">
        <w:trPr>
          <w:jc w:val="center"/>
        </w:trPr>
        <w:tc>
          <w:tcPr>
            <w:tcW w:w="429" w:type="dxa"/>
            <w:shd w:val="clear" w:color="auto" w:fill="auto"/>
            <w:vAlign w:val="center"/>
          </w:tcPr>
          <w:p w14:paraId="64A64F1A" w14:textId="6B380BA7" w:rsidR="00937E78" w:rsidRPr="009E322D" w:rsidRDefault="00937E78" w:rsidP="00937E78">
            <w:pPr>
              <w:jc w:val="center"/>
              <w:outlineLvl w:val="0"/>
              <w:rPr>
                <w:sz w:val="21"/>
                <w:szCs w:val="21"/>
              </w:rPr>
            </w:pPr>
            <w:r>
              <w:rPr>
                <w:sz w:val="21"/>
                <w:szCs w:val="21"/>
              </w:rPr>
              <w:t>13</w:t>
            </w:r>
          </w:p>
        </w:tc>
        <w:tc>
          <w:tcPr>
            <w:tcW w:w="3937" w:type="dxa"/>
            <w:shd w:val="clear" w:color="auto" w:fill="auto"/>
            <w:vAlign w:val="center"/>
          </w:tcPr>
          <w:p w14:paraId="5B357B93" w14:textId="60D87C02" w:rsidR="00937E78" w:rsidRPr="009E322D" w:rsidRDefault="00937E78" w:rsidP="00937E78">
            <w:pPr>
              <w:jc w:val="center"/>
              <w:outlineLvl w:val="0"/>
              <w:rPr>
                <w:sz w:val="21"/>
                <w:szCs w:val="21"/>
              </w:rPr>
            </w:pPr>
            <w:r w:rsidRPr="006757F1">
              <w:rPr>
                <w:sz w:val="21"/>
                <w:szCs w:val="21"/>
              </w:rPr>
              <w:t>Форма первинної облікової документації № 035/о «Журнал запису висновків лікарсько-консультаційної комісії»</w:t>
            </w:r>
          </w:p>
        </w:tc>
        <w:tc>
          <w:tcPr>
            <w:tcW w:w="3691" w:type="dxa"/>
            <w:shd w:val="clear" w:color="auto" w:fill="auto"/>
            <w:vAlign w:val="center"/>
          </w:tcPr>
          <w:p w14:paraId="13C20806" w14:textId="77777777" w:rsidR="00937E78" w:rsidRPr="006757F1" w:rsidRDefault="00937E78" w:rsidP="00937E78">
            <w:pPr>
              <w:jc w:val="both"/>
              <w:outlineLvl w:val="0"/>
              <w:rPr>
                <w:sz w:val="21"/>
                <w:szCs w:val="21"/>
              </w:rPr>
            </w:pPr>
            <w:r w:rsidRPr="006757F1">
              <w:rPr>
                <w:sz w:val="21"/>
                <w:szCs w:val="21"/>
              </w:rPr>
              <w:t xml:space="preserve">Обкладинка: м’яка форма (картон) </w:t>
            </w:r>
          </w:p>
          <w:p w14:paraId="15BA8661" w14:textId="77777777" w:rsidR="00937E78" w:rsidRPr="006757F1" w:rsidRDefault="00937E78" w:rsidP="00937E78">
            <w:pPr>
              <w:jc w:val="both"/>
              <w:outlineLvl w:val="0"/>
              <w:rPr>
                <w:sz w:val="21"/>
                <w:szCs w:val="21"/>
              </w:rPr>
            </w:pPr>
            <w:r w:rsidRPr="006757F1">
              <w:rPr>
                <w:sz w:val="21"/>
                <w:szCs w:val="21"/>
              </w:rPr>
              <w:t>Формат журналу: A4</w:t>
            </w:r>
          </w:p>
          <w:p w14:paraId="2FC1F38F" w14:textId="77777777" w:rsidR="00937E78" w:rsidRPr="006757F1" w:rsidRDefault="00937E78" w:rsidP="00937E78">
            <w:pPr>
              <w:jc w:val="both"/>
              <w:outlineLvl w:val="0"/>
              <w:rPr>
                <w:sz w:val="21"/>
                <w:szCs w:val="21"/>
              </w:rPr>
            </w:pPr>
            <w:r w:rsidRPr="006757F1">
              <w:rPr>
                <w:sz w:val="21"/>
                <w:szCs w:val="21"/>
              </w:rPr>
              <w:t>Орієнтація: Альбомна</w:t>
            </w:r>
          </w:p>
          <w:p w14:paraId="3EA970E4" w14:textId="77777777" w:rsidR="00937E78" w:rsidRPr="006757F1" w:rsidRDefault="00937E78" w:rsidP="00937E78">
            <w:pPr>
              <w:jc w:val="both"/>
              <w:outlineLvl w:val="0"/>
              <w:rPr>
                <w:sz w:val="21"/>
                <w:szCs w:val="21"/>
              </w:rPr>
            </w:pPr>
            <w:r w:rsidRPr="006757F1">
              <w:rPr>
                <w:sz w:val="21"/>
                <w:szCs w:val="21"/>
              </w:rPr>
              <w:t>Кількість сторінок: 100</w:t>
            </w:r>
          </w:p>
          <w:p w14:paraId="055CC0A9" w14:textId="77777777" w:rsidR="00937E78" w:rsidRPr="006757F1" w:rsidRDefault="00937E78" w:rsidP="00937E78">
            <w:pPr>
              <w:jc w:val="both"/>
              <w:outlineLvl w:val="0"/>
              <w:rPr>
                <w:sz w:val="21"/>
                <w:szCs w:val="21"/>
              </w:rPr>
            </w:pPr>
            <w:r w:rsidRPr="006757F1">
              <w:rPr>
                <w:sz w:val="21"/>
                <w:szCs w:val="21"/>
              </w:rPr>
              <w:t>Кількість аркушів: 50</w:t>
            </w:r>
          </w:p>
          <w:p w14:paraId="5257C11A" w14:textId="77777777" w:rsidR="00937E78" w:rsidRPr="006757F1" w:rsidRDefault="00937E78" w:rsidP="00937E78">
            <w:pPr>
              <w:jc w:val="both"/>
              <w:outlineLvl w:val="0"/>
              <w:rPr>
                <w:sz w:val="21"/>
                <w:szCs w:val="21"/>
              </w:rPr>
            </w:pPr>
            <w:r w:rsidRPr="006757F1">
              <w:rPr>
                <w:sz w:val="21"/>
                <w:szCs w:val="21"/>
              </w:rPr>
              <w:t>Мова тексту: Українська</w:t>
            </w:r>
          </w:p>
          <w:p w14:paraId="0B97D4A5" w14:textId="77777777" w:rsidR="00937E78" w:rsidRPr="006757F1" w:rsidRDefault="00937E78" w:rsidP="00937E78">
            <w:pPr>
              <w:jc w:val="both"/>
              <w:outlineLvl w:val="0"/>
              <w:rPr>
                <w:sz w:val="21"/>
                <w:szCs w:val="21"/>
              </w:rPr>
            </w:pPr>
            <w:r w:rsidRPr="006757F1">
              <w:rPr>
                <w:sz w:val="21"/>
                <w:szCs w:val="21"/>
              </w:rPr>
              <w:t>Колір сторінок: Чорно-білий друк</w:t>
            </w:r>
          </w:p>
          <w:p w14:paraId="5AC57B62" w14:textId="77777777" w:rsidR="00937E78" w:rsidRPr="006757F1" w:rsidRDefault="00937E78" w:rsidP="00937E78">
            <w:pPr>
              <w:jc w:val="both"/>
              <w:outlineLvl w:val="0"/>
              <w:rPr>
                <w:sz w:val="21"/>
                <w:szCs w:val="21"/>
              </w:rPr>
            </w:pPr>
            <w:r w:rsidRPr="006757F1">
              <w:rPr>
                <w:sz w:val="21"/>
                <w:szCs w:val="21"/>
              </w:rPr>
              <w:t>Папір сторінок: Білий папір 80 г/м2</w:t>
            </w:r>
          </w:p>
          <w:p w14:paraId="2DD29C28" w14:textId="651B3657" w:rsidR="00937E78" w:rsidRPr="009E322D" w:rsidRDefault="00937E78" w:rsidP="00937E78">
            <w:pPr>
              <w:jc w:val="both"/>
              <w:outlineLvl w:val="0"/>
              <w:rPr>
                <w:sz w:val="21"/>
                <w:szCs w:val="21"/>
              </w:rPr>
            </w:pPr>
            <w:r w:rsidRPr="006757F1">
              <w:rPr>
                <w:sz w:val="21"/>
                <w:szCs w:val="21"/>
              </w:rPr>
              <w:t>Формат і зміст друкованих сторінок журналу повинен бути згідно наказу МОЗ України № 110 від 14.02.2012 «Про затвердження форм первинної облікової документації та Інструкцій щодо їх заповнення, що використовуються у закладах охорони здоров’я незалежно від форми власності та підпорядкування» (зі змінами)</w:t>
            </w:r>
          </w:p>
        </w:tc>
        <w:tc>
          <w:tcPr>
            <w:tcW w:w="875" w:type="dxa"/>
            <w:shd w:val="clear" w:color="auto" w:fill="auto"/>
            <w:vAlign w:val="center"/>
          </w:tcPr>
          <w:p w14:paraId="03BD77A3" w14:textId="5F1EA5D8" w:rsidR="00937E78" w:rsidRPr="009E322D" w:rsidRDefault="00937E78" w:rsidP="00937E78">
            <w:pPr>
              <w:jc w:val="center"/>
              <w:outlineLvl w:val="0"/>
              <w:rPr>
                <w:sz w:val="21"/>
                <w:szCs w:val="21"/>
              </w:rPr>
            </w:pPr>
            <w:proofErr w:type="spellStart"/>
            <w:r>
              <w:rPr>
                <w:sz w:val="21"/>
                <w:szCs w:val="21"/>
              </w:rPr>
              <w:t>шт</w:t>
            </w:r>
            <w:proofErr w:type="spellEnd"/>
          </w:p>
        </w:tc>
        <w:tc>
          <w:tcPr>
            <w:tcW w:w="838" w:type="dxa"/>
            <w:shd w:val="clear" w:color="auto" w:fill="auto"/>
            <w:vAlign w:val="center"/>
          </w:tcPr>
          <w:p w14:paraId="16A3582C" w14:textId="45521EEB" w:rsidR="00937E78" w:rsidRPr="009E322D" w:rsidRDefault="00937E78" w:rsidP="00937E78">
            <w:pPr>
              <w:jc w:val="center"/>
              <w:outlineLvl w:val="0"/>
              <w:rPr>
                <w:sz w:val="21"/>
                <w:szCs w:val="21"/>
              </w:rPr>
            </w:pPr>
            <w:r>
              <w:rPr>
                <w:sz w:val="21"/>
                <w:szCs w:val="21"/>
              </w:rPr>
              <w:t>10</w:t>
            </w:r>
          </w:p>
        </w:tc>
      </w:tr>
      <w:tr w:rsidR="00937E78" w14:paraId="19C59E18" w14:textId="77777777" w:rsidTr="00CC6BB4">
        <w:trPr>
          <w:jc w:val="center"/>
        </w:trPr>
        <w:tc>
          <w:tcPr>
            <w:tcW w:w="429" w:type="dxa"/>
            <w:shd w:val="clear" w:color="auto" w:fill="auto"/>
            <w:vAlign w:val="center"/>
          </w:tcPr>
          <w:p w14:paraId="0841928B" w14:textId="60279796" w:rsidR="00937E78" w:rsidRPr="009E322D" w:rsidRDefault="00937E78" w:rsidP="00937E78">
            <w:pPr>
              <w:jc w:val="center"/>
              <w:outlineLvl w:val="0"/>
              <w:rPr>
                <w:sz w:val="21"/>
                <w:szCs w:val="21"/>
              </w:rPr>
            </w:pPr>
            <w:r>
              <w:rPr>
                <w:sz w:val="21"/>
                <w:szCs w:val="21"/>
              </w:rPr>
              <w:t>14</w:t>
            </w:r>
          </w:p>
        </w:tc>
        <w:tc>
          <w:tcPr>
            <w:tcW w:w="3937" w:type="dxa"/>
            <w:shd w:val="clear" w:color="auto" w:fill="auto"/>
            <w:vAlign w:val="center"/>
          </w:tcPr>
          <w:p w14:paraId="569F963E" w14:textId="0F349797" w:rsidR="00937E78" w:rsidRPr="009E322D" w:rsidRDefault="00937E78" w:rsidP="00937E78">
            <w:pPr>
              <w:jc w:val="center"/>
              <w:outlineLvl w:val="0"/>
              <w:rPr>
                <w:sz w:val="21"/>
                <w:szCs w:val="21"/>
              </w:rPr>
            </w:pPr>
            <w:r w:rsidRPr="006757F1">
              <w:rPr>
                <w:sz w:val="21"/>
                <w:szCs w:val="21"/>
              </w:rPr>
              <w:t xml:space="preserve">Форма первинної облікової документації № 50/о «Журнал запису рентгенологічних досліджень, </w:t>
            </w:r>
            <w:proofErr w:type="spellStart"/>
            <w:r w:rsidRPr="006757F1">
              <w:rPr>
                <w:sz w:val="21"/>
                <w:szCs w:val="21"/>
              </w:rPr>
              <w:t>магніторезонансних</w:t>
            </w:r>
            <w:proofErr w:type="spellEnd"/>
            <w:r w:rsidRPr="006757F1">
              <w:rPr>
                <w:sz w:val="21"/>
                <w:szCs w:val="21"/>
              </w:rPr>
              <w:t xml:space="preserve"> </w:t>
            </w:r>
            <w:proofErr w:type="spellStart"/>
            <w:r w:rsidRPr="006757F1">
              <w:rPr>
                <w:sz w:val="21"/>
                <w:szCs w:val="21"/>
              </w:rPr>
              <w:t>томографій</w:t>
            </w:r>
            <w:proofErr w:type="spellEnd"/>
            <w:r w:rsidRPr="006757F1">
              <w:rPr>
                <w:sz w:val="21"/>
                <w:szCs w:val="21"/>
              </w:rPr>
              <w:t xml:space="preserve">»  </w:t>
            </w:r>
          </w:p>
        </w:tc>
        <w:tc>
          <w:tcPr>
            <w:tcW w:w="3691" w:type="dxa"/>
            <w:shd w:val="clear" w:color="auto" w:fill="auto"/>
            <w:vAlign w:val="center"/>
          </w:tcPr>
          <w:p w14:paraId="5A11C981" w14:textId="77777777" w:rsidR="00937E78" w:rsidRPr="006757F1" w:rsidRDefault="00937E78" w:rsidP="00937E78">
            <w:pPr>
              <w:jc w:val="both"/>
              <w:outlineLvl w:val="0"/>
              <w:rPr>
                <w:sz w:val="21"/>
                <w:szCs w:val="21"/>
              </w:rPr>
            </w:pPr>
            <w:r w:rsidRPr="006757F1">
              <w:rPr>
                <w:sz w:val="21"/>
                <w:szCs w:val="21"/>
              </w:rPr>
              <w:t xml:space="preserve">Обкладинка: тверда форма </w:t>
            </w:r>
          </w:p>
          <w:p w14:paraId="776C41F0" w14:textId="77777777" w:rsidR="00937E78" w:rsidRPr="006757F1" w:rsidRDefault="00937E78" w:rsidP="00937E78">
            <w:pPr>
              <w:jc w:val="both"/>
              <w:outlineLvl w:val="0"/>
              <w:rPr>
                <w:sz w:val="21"/>
                <w:szCs w:val="21"/>
              </w:rPr>
            </w:pPr>
            <w:r w:rsidRPr="006757F1">
              <w:rPr>
                <w:sz w:val="21"/>
                <w:szCs w:val="21"/>
              </w:rPr>
              <w:t>Формат журналу: A4</w:t>
            </w:r>
          </w:p>
          <w:p w14:paraId="0F2A797E" w14:textId="77777777" w:rsidR="00937E78" w:rsidRPr="006757F1" w:rsidRDefault="00937E78" w:rsidP="00937E78">
            <w:pPr>
              <w:jc w:val="both"/>
              <w:outlineLvl w:val="0"/>
              <w:rPr>
                <w:sz w:val="21"/>
                <w:szCs w:val="21"/>
              </w:rPr>
            </w:pPr>
            <w:r w:rsidRPr="006757F1">
              <w:rPr>
                <w:sz w:val="21"/>
                <w:szCs w:val="21"/>
              </w:rPr>
              <w:t>Орієнтація: Альбомна</w:t>
            </w:r>
          </w:p>
          <w:p w14:paraId="6B83A06D" w14:textId="77777777" w:rsidR="00937E78" w:rsidRPr="006757F1" w:rsidRDefault="00937E78" w:rsidP="00937E78">
            <w:pPr>
              <w:jc w:val="both"/>
              <w:outlineLvl w:val="0"/>
              <w:rPr>
                <w:sz w:val="21"/>
                <w:szCs w:val="21"/>
              </w:rPr>
            </w:pPr>
            <w:r w:rsidRPr="006757F1">
              <w:rPr>
                <w:sz w:val="21"/>
                <w:szCs w:val="21"/>
              </w:rPr>
              <w:t>Кількість сторінок: 400</w:t>
            </w:r>
          </w:p>
          <w:p w14:paraId="33AE64A4" w14:textId="77777777" w:rsidR="00937E78" w:rsidRPr="006757F1" w:rsidRDefault="00937E78" w:rsidP="00937E78">
            <w:pPr>
              <w:jc w:val="both"/>
              <w:outlineLvl w:val="0"/>
              <w:rPr>
                <w:sz w:val="21"/>
                <w:szCs w:val="21"/>
              </w:rPr>
            </w:pPr>
            <w:r w:rsidRPr="006757F1">
              <w:rPr>
                <w:sz w:val="21"/>
                <w:szCs w:val="21"/>
              </w:rPr>
              <w:t>Кількість аркушів: 200</w:t>
            </w:r>
          </w:p>
          <w:p w14:paraId="4457C8E9" w14:textId="77777777" w:rsidR="00937E78" w:rsidRPr="006757F1" w:rsidRDefault="00937E78" w:rsidP="00937E78">
            <w:pPr>
              <w:jc w:val="both"/>
              <w:outlineLvl w:val="0"/>
              <w:rPr>
                <w:sz w:val="21"/>
                <w:szCs w:val="21"/>
              </w:rPr>
            </w:pPr>
            <w:r w:rsidRPr="006757F1">
              <w:rPr>
                <w:sz w:val="21"/>
                <w:szCs w:val="21"/>
              </w:rPr>
              <w:t>Мова тексту: Українська</w:t>
            </w:r>
          </w:p>
          <w:p w14:paraId="76C36A9B" w14:textId="77777777" w:rsidR="00937E78" w:rsidRPr="006757F1" w:rsidRDefault="00937E78" w:rsidP="00937E78">
            <w:pPr>
              <w:jc w:val="both"/>
              <w:outlineLvl w:val="0"/>
              <w:rPr>
                <w:sz w:val="21"/>
                <w:szCs w:val="21"/>
              </w:rPr>
            </w:pPr>
            <w:r w:rsidRPr="006757F1">
              <w:rPr>
                <w:sz w:val="21"/>
                <w:szCs w:val="21"/>
              </w:rPr>
              <w:t>Колір сторінок: Чорно-білий друк</w:t>
            </w:r>
          </w:p>
          <w:p w14:paraId="41DDC5F4" w14:textId="77777777" w:rsidR="00937E78" w:rsidRPr="006757F1" w:rsidRDefault="00937E78" w:rsidP="00937E78">
            <w:pPr>
              <w:jc w:val="both"/>
              <w:outlineLvl w:val="0"/>
              <w:rPr>
                <w:sz w:val="21"/>
                <w:szCs w:val="21"/>
              </w:rPr>
            </w:pPr>
            <w:r w:rsidRPr="006757F1">
              <w:rPr>
                <w:sz w:val="21"/>
                <w:szCs w:val="21"/>
              </w:rPr>
              <w:t>Папір сторінок: Білий папір 80 г/м2</w:t>
            </w:r>
          </w:p>
          <w:p w14:paraId="4353A7C2" w14:textId="73FFEF0A" w:rsidR="00937E78" w:rsidRPr="009E322D" w:rsidRDefault="00937E78" w:rsidP="00937E78">
            <w:pPr>
              <w:jc w:val="both"/>
              <w:outlineLvl w:val="0"/>
              <w:rPr>
                <w:sz w:val="21"/>
                <w:szCs w:val="21"/>
              </w:rPr>
            </w:pPr>
            <w:r w:rsidRPr="006757F1">
              <w:rPr>
                <w:sz w:val="21"/>
                <w:szCs w:val="21"/>
              </w:rPr>
              <w:t>Формат і зміст друкованих сторінок журналу повинен бути згідно наказу МОЗ України № 110 від 14.02.2012 «Про затвердження форм первинної облікової документації та Інструкцій щодо їх заповнення, що використовуються у закладах охорони здоров’я незалежно від форми власності та підпорядкування (зі змінами)</w:t>
            </w:r>
          </w:p>
        </w:tc>
        <w:tc>
          <w:tcPr>
            <w:tcW w:w="875" w:type="dxa"/>
            <w:shd w:val="clear" w:color="auto" w:fill="auto"/>
            <w:vAlign w:val="center"/>
          </w:tcPr>
          <w:p w14:paraId="7B579224" w14:textId="35CD355F" w:rsidR="00937E78" w:rsidRPr="009E322D" w:rsidRDefault="00937E78" w:rsidP="00937E78">
            <w:pPr>
              <w:jc w:val="center"/>
              <w:outlineLvl w:val="0"/>
              <w:rPr>
                <w:sz w:val="21"/>
                <w:szCs w:val="21"/>
              </w:rPr>
            </w:pPr>
            <w:proofErr w:type="spellStart"/>
            <w:r>
              <w:rPr>
                <w:sz w:val="21"/>
                <w:szCs w:val="21"/>
              </w:rPr>
              <w:t>шт</w:t>
            </w:r>
            <w:proofErr w:type="spellEnd"/>
          </w:p>
        </w:tc>
        <w:tc>
          <w:tcPr>
            <w:tcW w:w="838" w:type="dxa"/>
            <w:shd w:val="clear" w:color="auto" w:fill="auto"/>
            <w:vAlign w:val="center"/>
          </w:tcPr>
          <w:p w14:paraId="698E7905" w14:textId="0AD68524" w:rsidR="00937E78" w:rsidRPr="009E322D" w:rsidRDefault="00937E78" w:rsidP="00937E78">
            <w:pPr>
              <w:jc w:val="center"/>
              <w:outlineLvl w:val="0"/>
              <w:rPr>
                <w:sz w:val="21"/>
                <w:szCs w:val="21"/>
              </w:rPr>
            </w:pPr>
            <w:r>
              <w:rPr>
                <w:sz w:val="21"/>
                <w:szCs w:val="21"/>
              </w:rPr>
              <w:t>20</w:t>
            </w:r>
          </w:p>
        </w:tc>
      </w:tr>
      <w:tr w:rsidR="00937E78" w14:paraId="64CF5910" w14:textId="77777777" w:rsidTr="00CC6BB4">
        <w:trPr>
          <w:jc w:val="center"/>
        </w:trPr>
        <w:tc>
          <w:tcPr>
            <w:tcW w:w="429" w:type="dxa"/>
            <w:shd w:val="clear" w:color="auto" w:fill="auto"/>
            <w:vAlign w:val="center"/>
          </w:tcPr>
          <w:p w14:paraId="3C011678" w14:textId="19E32B70" w:rsidR="00937E78" w:rsidRPr="009E322D" w:rsidRDefault="00937E78" w:rsidP="00937E78">
            <w:pPr>
              <w:jc w:val="center"/>
              <w:outlineLvl w:val="0"/>
              <w:rPr>
                <w:sz w:val="21"/>
                <w:szCs w:val="21"/>
              </w:rPr>
            </w:pPr>
            <w:r>
              <w:rPr>
                <w:sz w:val="21"/>
                <w:szCs w:val="21"/>
              </w:rPr>
              <w:lastRenderedPageBreak/>
              <w:t>15</w:t>
            </w:r>
          </w:p>
        </w:tc>
        <w:tc>
          <w:tcPr>
            <w:tcW w:w="3937" w:type="dxa"/>
            <w:shd w:val="clear" w:color="auto" w:fill="auto"/>
            <w:vAlign w:val="center"/>
          </w:tcPr>
          <w:p w14:paraId="10C7DF59" w14:textId="085EC119" w:rsidR="00937E78" w:rsidRPr="009E322D" w:rsidRDefault="00937E78" w:rsidP="00937E78">
            <w:pPr>
              <w:jc w:val="center"/>
              <w:outlineLvl w:val="0"/>
              <w:rPr>
                <w:sz w:val="21"/>
                <w:szCs w:val="21"/>
              </w:rPr>
            </w:pPr>
            <w:r w:rsidRPr="006757F1">
              <w:rPr>
                <w:sz w:val="21"/>
                <w:szCs w:val="21"/>
              </w:rPr>
              <w:t xml:space="preserve">Форма первинної облікової документації № 49-1/о «Журнал реєстрації радіоізотопних досліджень»  </w:t>
            </w:r>
          </w:p>
        </w:tc>
        <w:tc>
          <w:tcPr>
            <w:tcW w:w="3691" w:type="dxa"/>
            <w:shd w:val="clear" w:color="auto" w:fill="auto"/>
            <w:vAlign w:val="center"/>
          </w:tcPr>
          <w:p w14:paraId="61FE1F34" w14:textId="77777777" w:rsidR="00937E78" w:rsidRPr="006757F1" w:rsidRDefault="00937E78" w:rsidP="00937E78">
            <w:pPr>
              <w:jc w:val="both"/>
              <w:outlineLvl w:val="0"/>
              <w:rPr>
                <w:sz w:val="21"/>
                <w:szCs w:val="21"/>
              </w:rPr>
            </w:pPr>
            <w:r w:rsidRPr="006757F1">
              <w:rPr>
                <w:sz w:val="21"/>
                <w:szCs w:val="21"/>
              </w:rPr>
              <w:t xml:space="preserve">Обкладинка: тверда форма </w:t>
            </w:r>
          </w:p>
          <w:p w14:paraId="6CFFF524" w14:textId="77777777" w:rsidR="00937E78" w:rsidRPr="006757F1" w:rsidRDefault="00937E78" w:rsidP="00937E78">
            <w:pPr>
              <w:jc w:val="both"/>
              <w:outlineLvl w:val="0"/>
              <w:rPr>
                <w:sz w:val="21"/>
                <w:szCs w:val="21"/>
              </w:rPr>
            </w:pPr>
            <w:r w:rsidRPr="006757F1">
              <w:rPr>
                <w:sz w:val="21"/>
                <w:szCs w:val="21"/>
              </w:rPr>
              <w:t>Формат журналу: A4</w:t>
            </w:r>
          </w:p>
          <w:p w14:paraId="326C4B75" w14:textId="77777777" w:rsidR="00937E78" w:rsidRPr="006757F1" w:rsidRDefault="00937E78" w:rsidP="00937E78">
            <w:pPr>
              <w:jc w:val="both"/>
              <w:outlineLvl w:val="0"/>
              <w:rPr>
                <w:sz w:val="21"/>
                <w:szCs w:val="21"/>
              </w:rPr>
            </w:pPr>
            <w:r w:rsidRPr="006757F1">
              <w:rPr>
                <w:sz w:val="21"/>
                <w:szCs w:val="21"/>
              </w:rPr>
              <w:t>Орієнтація: Альбомна</w:t>
            </w:r>
          </w:p>
          <w:p w14:paraId="7F979833" w14:textId="77777777" w:rsidR="00937E78" w:rsidRPr="006757F1" w:rsidRDefault="00937E78" w:rsidP="00937E78">
            <w:pPr>
              <w:jc w:val="both"/>
              <w:outlineLvl w:val="0"/>
              <w:rPr>
                <w:sz w:val="21"/>
                <w:szCs w:val="21"/>
              </w:rPr>
            </w:pPr>
            <w:r w:rsidRPr="006757F1">
              <w:rPr>
                <w:sz w:val="21"/>
                <w:szCs w:val="21"/>
              </w:rPr>
              <w:t>Кількість сторінок: 400</w:t>
            </w:r>
          </w:p>
          <w:p w14:paraId="75B6CE6A" w14:textId="77777777" w:rsidR="00937E78" w:rsidRPr="006757F1" w:rsidRDefault="00937E78" w:rsidP="00937E78">
            <w:pPr>
              <w:jc w:val="both"/>
              <w:outlineLvl w:val="0"/>
              <w:rPr>
                <w:sz w:val="21"/>
                <w:szCs w:val="21"/>
              </w:rPr>
            </w:pPr>
            <w:r w:rsidRPr="006757F1">
              <w:rPr>
                <w:sz w:val="21"/>
                <w:szCs w:val="21"/>
              </w:rPr>
              <w:t>Кількість аркушів: 200</w:t>
            </w:r>
          </w:p>
          <w:p w14:paraId="0119BC50" w14:textId="77777777" w:rsidR="00937E78" w:rsidRPr="006757F1" w:rsidRDefault="00937E78" w:rsidP="00937E78">
            <w:pPr>
              <w:jc w:val="both"/>
              <w:outlineLvl w:val="0"/>
              <w:rPr>
                <w:sz w:val="21"/>
                <w:szCs w:val="21"/>
              </w:rPr>
            </w:pPr>
            <w:r w:rsidRPr="006757F1">
              <w:rPr>
                <w:sz w:val="21"/>
                <w:szCs w:val="21"/>
              </w:rPr>
              <w:t>Мова тексту: Українська</w:t>
            </w:r>
          </w:p>
          <w:p w14:paraId="5359E9A8" w14:textId="77777777" w:rsidR="00937E78" w:rsidRPr="006757F1" w:rsidRDefault="00937E78" w:rsidP="00937E78">
            <w:pPr>
              <w:jc w:val="both"/>
              <w:outlineLvl w:val="0"/>
              <w:rPr>
                <w:sz w:val="21"/>
                <w:szCs w:val="21"/>
              </w:rPr>
            </w:pPr>
            <w:r w:rsidRPr="006757F1">
              <w:rPr>
                <w:sz w:val="21"/>
                <w:szCs w:val="21"/>
              </w:rPr>
              <w:t>Колір сторінок: Чорно-білий друк</w:t>
            </w:r>
          </w:p>
          <w:p w14:paraId="3B65AC66" w14:textId="77777777" w:rsidR="00937E78" w:rsidRPr="006757F1" w:rsidRDefault="00937E78" w:rsidP="00937E78">
            <w:pPr>
              <w:jc w:val="both"/>
              <w:outlineLvl w:val="0"/>
              <w:rPr>
                <w:sz w:val="21"/>
                <w:szCs w:val="21"/>
              </w:rPr>
            </w:pPr>
            <w:r w:rsidRPr="006757F1">
              <w:rPr>
                <w:sz w:val="21"/>
                <w:szCs w:val="21"/>
              </w:rPr>
              <w:t>Папір сторінок: Білий папір 80 г/м2</w:t>
            </w:r>
          </w:p>
          <w:p w14:paraId="5ED0266F" w14:textId="4693863E" w:rsidR="00937E78" w:rsidRPr="009E322D" w:rsidRDefault="00937E78" w:rsidP="00937E78">
            <w:pPr>
              <w:jc w:val="both"/>
              <w:outlineLvl w:val="0"/>
              <w:rPr>
                <w:sz w:val="21"/>
                <w:szCs w:val="21"/>
              </w:rPr>
            </w:pPr>
            <w:r w:rsidRPr="006757F1">
              <w:rPr>
                <w:sz w:val="21"/>
                <w:szCs w:val="21"/>
              </w:rPr>
              <w:t>Формат і зміст друкованих сторінок журналу повинен бути згідно наказу МОЗ України  29.05.2013 № 435 «Про затвердження форм первинної облікової документації та інструкцій щодо їх заповнення, що використовуються у закладах охорони здоров’я, які надають амбулаторно-поліклінічну та стаціонарну допомогу населенню, незалежно від підпорядкування та форми власності» (зі змінами)</w:t>
            </w:r>
          </w:p>
        </w:tc>
        <w:tc>
          <w:tcPr>
            <w:tcW w:w="875" w:type="dxa"/>
            <w:shd w:val="clear" w:color="auto" w:fill="auto"/>
            <w:vAlign w:val="center"/>
          </w:tcPr>
          <w:p w14:paraId="725F46A4" w14:textId="1C85588D" w:rsidR="00937E78" w:rsidRPr="009E322D" w:rsidRDefault="00937E78" w:rsidP="00937E78">
            <w:pPr>
              <w:jc w:val="center"/>
              <w:outlineLvl w:val="0"/>
              <w:rPr>
                <w:sz w:val="21"/>
                <w:szCs w:val="21"/>
              </w:rPr>
            </w:pPr>
            <w:proofErr w:type="spellStart"/>
            <w:r>
              <w:rPr>
                <w:sz w:val="21"/>
                <w:szCs w:val="21"/>
              </w:rPr>
              <w:t>шт</w:t>
            </w:r>
            <w:proofErr w:type="spellEnd"/>
          </w:p>
        </w:tc>
        <w:tc>
          <w:tcPr>
            <w:tcW w:w="838" w:type="dxa"/>
            <w:shd w:val="clear" w:color="auto" w:fill="auto"/>
            <w:vAlign w:val="center"/>
          </w:tcPr>
          <w:p w14:paraId="4C25E502" w14:textId="62BE740B" w:rsidR="00937E78" w:rsidRPr="009E322D" w:rsidRDefault="00937E78" w:rsidP="00937E78">
            <w:pPr>
              <w:jc w:val="center"/>
              <w:outlineLvl w:val="0"/>
              <w:rPr>
                <w:sz w:val="21"/>
                <w:szCs w:val="21"/>
              </w:rPr>
            </w:pPr>
            <w:r>
              <w:rPr>
                <w:sz w:val="21"/>
                <w:szCs w:val="21"/>
              </w:rPr>
              <w:t>2</w:t>
            </w:r>
          </w:p>
        </w:tc>
      </w:tr>
      <w:tr w:rsidR="00937E78" w14:paraId="2FC76469" w14:textId="77777777" w:rsidTr="00CC6BB4">
        <w:trPr>
          <w:jc w:val="center"/>
        </w:trPr>
        <w:tc>
          <w:tcPr>
            <w:tcW w:w="429" w:type="dxa"/>
            <w:shd w:val="clear" w:color="auto" w:fill="auto"/>
            <w:vAlign w:val="center"/>
          </w:tcPr>
          <w:p w14:paraId="0B41B1C5" w14:textId="77DC22EE" w:rsidR="00937E78" w:rsidRPr="009E322D" w:rsidRDefault="00937E78" w:rsidP="00937E78">
            <w:pPr>
              <w:jc w:val="center"/>
              <w:outlineLvl w:val="0"/>
              <w:rPr>
                <w:sz w:val="21"/>
                <w:szCs w:val="21"/>
              </w:rPr>
            </w:pPr>
            <w:r>
              <w:rPr>
                <w:sz w:val="21"/>
                <w:szCs w:val="21"/>
              </w:rPr>
              <w:t>16</w:t>
            </w:r>
          </w:p>
        </w:tc>
        <w:tc>
          <w:tcPr>
            <w:tcW w:w="3937" w:type="dxa"/>
            <w:shd w:val="clear" w:color="auto" w:fill="auto"/>
            <w:vAlign w:val="center"/>
          </w:tcPr>
          <w:p w14:paraId="724D8CEF" w14:textId="5BD0CFB3" w:rsidR="00937E78" w:rsidRPr="009E322D" w:rsidRDefault="00937E78" w:rsidP="00937E78">
            <w:pPr>
              <w:jc w:val="center"/>
              <w:outlineLvl w:val="0"/>
              <w:rPr>
                <w:sz w:val="21"/>
                <w:szCs w:val="21"/>
              </w:rPr>
            </w:pPr>
            <w:r w:rsidRPr="006757F1">
              <w:rPr>
                <w:sz w:val="21"/>
                <w:szCs w:val="21"/>
              </w:rPr>
              <w:t xml:space="preserve">Форма первинної облікової документації № 48/о «Журнал реєстрації ультразвукових досліджень»  </w:t>
            </w:r>
          </w:p>
        </w:tc>
        <w:tc>
          <w:tcPr>
            <w:tcW w:w="3691" w:type="dxa"/>
            <w:shd w:val="clear" w:color="auto" w:fill="auto"/>
            <w:vAlign w:val="center"/>
          </w:tcPr>
          <w:p w14:paraId="59301FE2" w14:textId="77777777" w:rsidR="00937E78" w:rsidRPr="006757F1" w:rsidRDefault="00937E78" w:rsidP="00937E78">
            <w:pPr>
              <w:jc w:val="both"/>
              <w:outlineLvl w:val="0"/>
              <w:rPr>
                <w:sz w:val="21"/>
                <w:szCs w:val="21"/>
              </w:rPr>
            </w:pPr>
            <w:r w:rsidRPr="006757F1">
              <w:rPr>
                <w:sz w:val="21"/>
                <w:szCs w:val="21"/>
              </w:rPr>
              <w:t xml:space="preserve">Обкладинка: тверда форма </w:t>
            </w:r>
          </w:p>
          <w:p w14:paraId="26440788" w14:textId="77777777" w:rsidR="00937E78" w:rsidRPr="006757F1" w:rsidRDefault="00937E78" w:rsidP="00937E78">
            <w:pPr>
              <w:jc w:val="both"/>
              <w:outlineLvl w:val="0"/>
              <w:rPr>
                <w:sz w:val="21"/>
                <w:szCs w:val="21"/>
              </w:rPr>
            </w:pPr>
            <w:r w:rsidRPr="006757F1">
              <w:rPr>
                <w:sz w:val="21"/>
                <w:szCs w:val="21"/>
              </w:rPr>
              <w:t>Формат журналу: A4</w:t>
            </w:r>
          </w:p>
          <w:p w14:paraId="1AE1AB80" w14:textId="77777777" w:rsidR="00937E78" w:rsidRPr="006757F1" w:rsidRDefault="00937E78" w:rsidP="00937E78">
            <w:pPr>
              <w:jc w:val="both"/>
              <w:outlineLvl w:val="0"/>
              <w:rPr>
                <w:sz w:val="21"/>
                <w:szCs w:val="21"/>
              </w:rPr>
            </w:pPr>
            <w:r w:rsidRPr="006757F1">
              <w:rPr>
                <w:sz w:val="21"/>
                <w:szCs w:val="21"/>
              </w:rPr>
              <w:t>Орієнтація: Альбомна</w:t>
            </w:r>
          </w:p>
          <w:p w14:paraId="5E7CFEBA" w14:textId="77777777" w:rsidR="00937E78" w:rsidRPr="006757F1" w:rsidRDefault="00937E78" w:rsidP="00937E78">
            <w:pPr>
              <w:jc w:val="both"/>
              <w:outlineLvl w:val="0"/>
              <w:rPr>
                <w:sz w:val="21"/>
                <w:szCs w:val="21"/>
              </w:rPr>
            </w:pPr>
            <w:r w:rsidRPr="006757F1">
              <w:rPr>
                <w:sz w:val="21"/>
                <w:szCs w:val="21"/>
              </w:rPr>
              <w:t>Кількість сторінок: 400</w:t>
            </w:r>
          </w:p>
          <w:p w14:paraId="7C450C5E" w14:textId="77777777" w:rsidR="00937E78" w:rsidRPr="006757F1" w:rsidRDefault="00937E78" w:rsidP="00937E78">
            <w:pPr>
              <w:jc w:val="both"/>
              <w:outlineLvl w:val="0"/>
              <w:rPr>
                <w:sz w:val="21"/>
                <w:szCs w:val="21"/>
              </w:rPr>
            </w:pPr>
            <w:r w:rsidRPr="006757F1">
              <w:rPr>
                <w:sz w:val="21"/>
                <w:szCs w:val="21"/>
              </w:rPr>
              <w:t>Кількість аркушів: 200</w:t>
            </w:r>
          </w:p>
          <w:p w14:paraId="7FF87A70" w14:textId="77777777" w:rsidR="00937E78" w:rsidRPr="006757F1" w:rsidRDefault="00937E78" w:rsidP="00937E78">
            <w:pPr>
              <w:jc w:val="both"/>
              <w:outlineLvl w:val="0"/>
              <w:rPr>
                <w:sz w:val="21"/>
                <w:szCs w:val="21"/>
              </w:rPr>
            </w:pPr>
            <w:r w:rsidRPr="006757F1">
              <w:rPr>
                <w:sz w:val="21"/>
                <w:szCs w:val="21"/>
              </w:rPr>
              <w:t>Мова тексту: Українська</w:t>
            </w:r>
          </w:p>
          <w:p w14:paraId="7A7E2A79" w14:textId="77777777" w:rsidR="00937E78" w:rsidRPr="006757F1" w:rsidRDefault="00937E78" w:rsidP="00937E78">
            <w:pPr>
              <w:jc w:val="both"/>
              <w:outlineLvl w:val="0"/>
              <w:rPr>
                <w:sz w:val="21"/>
                <w:szCs w:val="21"/>
              </w:rPr>
            </w:pPr>
            <w:r w:rsidRPr="006757F1">
              <w:rPr>
                <w:sz w:val="21"/>
                <w:szCs w:val="21"/>
              </w:rPr>
              <w:t>Колір сторінок: Чорно-білий друк</w:t>
            </w:r>
          </w:p>
          <w:p w14:paraId="553053AD" w14:textId="77777777" w:rsidR="00937E78" w:rsidRPr="006757F1" w:rsidRDefault="00937E78" w:rsidP="00937E78">
            <w:pPr>
              <w:jc w:val="both"/>
              <w:outlineLvl w:val="0"/>
              <w:rPr>
                <w:sz w:val="21"/>
                <w:szCs w:val="21"/>
              </w:rPr>
            </w:pPr>
            <w:r w:rsidRPr="006757F1">
              <w:rPr>
                <w:sz w:val="21"/>
                <w:szCs w:val="21"/>
              </w:rPr>
              <w:t>Папір сторінок: Білий папір 80 г/м2</w:t>
            </w:r>
          </w:p>
          <w:p w14:paraId="242499C6" w14:textId="3A06E718" w:rsidR="00937E78" w:rsidRPr="009E322D" w:rsidRDefault="00937E78" w:rsidP="00937E78">
            <w:pPr>
              <w:jc w:val="both"/>
              <w:outlineLvl w:val="0"/>
              <w:rPr>
                <w:sz w:val="21"/>
                <w:szCs w:val="21"/>
              </w:rPr>
            </w:pPr>
            <w:r w:rsidRPr="006757F1">
              <w:rPr>
                <w:sz w:val="21"/>
                <w:szCs w:val="21"/>
              </w:rPr>
              <w:t>Формат і зміст друкованих сторінок журналу повинен бути згідно наказу МОЗ України № 110 від 14.02.2012 «Про затвердження форм первинної облікової документації та Інструкцій щодо їх заповнення, що використовуються у закладах охорони здоров’я незалежно від форми власності та підпорядкування» (зі змінами)</w:t>
            </w:r>
          </w:p>
        </w:tc>
        <w:tc>
          <w:tcPr>
            <w:tcW w:w="875" w:type="dxa"/>
            <w:shd w:val="clear" w:color="auto" w:fill="auto"/>
            <w:vAlign w:val="center"/>
          </w:tcPr>
          <w:p w14:paraId="2B2BF89A" w14:textId="42A2E74C" w:rsidR="00937E78" w:rsidRPr="009E322D" w:rsidRDefault="00937E78" w:rsidP="00937E78">
            <w:pPr>
              <w:jc w:val="center"/>
              <w:outlineLvl w:val="0"/>
              <w:rPr>
                <w:sz w:val="21"/>
                <w:szCs w:val="21"/>
              </w:rPr>
            </w:pPr>
            <w:proofErr w:type="spellStart"/>
            <w:r>
              <w:rPr>
                <w:sz w:val="21"/>
                <w:szCs w:val="21"/>
              </w:rPr>
              <w:t>шт</w:t>
            </w:r>
            <w:proofErr w:type="spellEnd"/>
          </w:p>
        </w:tc>
        <w:tc>
          <w:tcPr>
            <w:tcW w:w="838" w:type="dxa"/>
            <w:shd w:val="clear" w:color="auto" w:fill="auto"/>
            <w:vAlign w:val="center"/>
          </w:tcPr>
          <w:p w14:paraId="50ED0436" w14:textId="46B72C0F" w:rsidR="00937E78" w:rsidRPr="009E322D" w:rsidRDefault="00937E78" w:rsidP="00937E78">
            <w:pPr>
              <w:jc w:val="center"/>
              <w:outlineLvl w:val="0"/>
              <w:rPr>
                <w:sz w:val="21"/>
                <w:szCs w:val="21"/>
              </w:rPr>
            </w:pPr>
            <w:r>
              <w:rPr>
                <w:sz w:val="21"/>
                <w:szCs w:val="21"/>
              </w:rPr>
              <w:t>40</w:t>
            </w:r>
          </w:p>
        </w:tc>
      </w:tr>
      <w:tr w:rsidR="00937E78" w14:paraId="6C9B593C" w14:textId="77777777" w:rsidTr="00CC6BB4">
        <w:trPr>
          <w:jc w:val="center"/>
        </w:trPr>
        <w:tc>
          <w:tcPr>
            <w:tcW w:w="429" w:type="dxa"/>
            <w:shd w:val="clear" w:color="auto" w:fill="auto"/>
            <w:vAlign w:val="center"/>
          </w:tcPr>
          <w:p w14:paraId="12D3F6CF" w14:textId="33A1E3D9" w:rsidR="00937E78" w:rsidRPr="009E322D" w:rsidRDefault="00937E78" w:rsidP="00937E78">
            <w:pPr>
              <w:jc w:val="center"/>
              <w:outlineLvl w:val="0"/>
              <w:rPr>
                <w:sz w:val="21"/>
                <w:szCs w:val="21"/>
              </w:rPr>
            </w:pPr>
            <w:r>
              <w:rPr>
                <w:sz w:val="21"/>
                <w:szCs w:val="21"/>
              </w:rPr>
              <w:t>17</w:t>
            </w:r>
          </w:p>
        </w:tc>
        <w:tc>
          <w:tcPr>
            <w:tcW w:w="3937" w:type="dxa"/>
            <w:shd w:val="clear" w:color="auto" w:fill="auto"/>
            <w:vAlign w:val="center"/>
          </w:tcPr>
          <w:p w14:paraId="68B02283" w14:textId="583E731B" w:rsidR="00937E78" w:rsidRPr="009E322D" w:rsidRDefault="00937E78" w:rsidP="00937E78">
            <w:pPr>
              <w:jc w:val="center"/>
              <w:outlineLvl w:val="0"/>
              <w:rPr>
                <w:sz w:val="21"/>
                <w:szCs w:val="21"/>
              </w:rPr>
            </w:pPr>
            <w:r w:rsidRPr="006757F1">
              <w:rPr>
                <w:sz w:val="21"/>
                <w:szCs w:val="21"/>
              </w:rPr>
              <w:t xml:space="preserve">Форма первинної облікової документації № 39-5/о «Журнал (щоденник) обліку роботи рентгенодіагностичного відділення»  </w:t>
            </w:r>
          </w:p>
        </w:tc>
        <w:tc>
          <w:tcPr>
            <w:tcW w:w="3691" w:type="dxa"/>
            <w:shd w:val="clear" w:color="auto" w:fill="auto"/>
            <w:vAlign w:val="center"/>
          </w:tcPr>
          <w:p w14:paraId="5363564C" w14:textId="77777777" w:rsidR="00937E78" w:rsidRPr="006757F1" w:rsidRDefault="00937E78" w:rsidP="00937E78">
            <w:pPr>
              <w:jc w:val="both"/>
              <w:outlineLvl w:val="0"/>
              <w:rPr>
                <w:sz w:val="21"/>
                <w:szCs w:val="21"/>
              </w:rPr>
            </w:pPr>
            <w:r w:rsidRPr="006757F1">
              <w:rPr>
                <w:sz w:val="21"/>
                <w:szCs w:val="21"/>
              </w:rPr>
              <w:t xml:space="preserve">Обкладинка: тверда форма </w:t>
            </w:r>
          </w:p>
          <w:p w14:paraId="24F273A8" w14:textId="77777777" w:rsidR="00937E78" w:rsidRPr="006757F1" w:rsidRDefault="00937E78" w:rsidP="00937E78">
            <w:pPr>
              <w:jc w:val="both"/>
              <w:outlineLvl w:val="0"/>
              <w:rPr>
                <w:sz w:val="21"/>
                <w:szCs w:val="21"/>
              </w:rPr>
            </w:pPr>
            <w:r w:rsidRPr="006757F1">
              <w:rPr>
                <w:sz w:val="21"/>
                <w:szCs w:val="21"/>
              </w:rPr>
              <w:t>Формат журналу: A4</w:t>
            </w:r>
          </w:p>
          <w:p w14:paraId="044BC9E7" w14:textId="77777777" w:rsidR="00937E78" w:rsidRPr="006757F1" w:rsidRDefault="00937E78" w:rsidP="00937E78">
            <w:pPr>
              <w:jc w:val="both"/>
              <w:outlineLvl w:val="0"/>
              <w:rPr>
                <w:sz w:val="21"/>
                <w:szCs w:val="21"/>
              </w:rPr>
            </w:pPr>
            <w:r w:rsidRPr="006757F1">
              <w:rPr>
                <w:sz w:val="21"/>
                <w:szCs w:val="21"/>
              </w:rPr>
              <w:t>Орієнтація: Альбомна</w:t>
            </w:r>
          </w:p>
          <w:p w14:paraId="6A8D5C89" w14:textId="77777777" w:rsidR="00937E78" w:rsidRPr="006757F1" w:rsidRDefault="00937E78" w:rsidP="00937E78">
            <w:pPr>
              <w:jc w:val="both"/>
              <w:outlineLvl w:val="0"/>
              <w:rPr>
                <w:sz w:val="21"/>
                <w:szCs w:val="21"/>
              </w:rPr>
            </w:pPr>
            <w:r w:rsidRPr="006757F1">
              <w:rPr>
                <w:sz w:val="21"/>
                <w:szCs w:val="21"/>
              </w:rPr>
              <w:t>Кількість сторінок: 400</w:t>
            </w:r>
          </w:p>
          <w:p w14:paraId="4C23E7C2" w14:textId="77777777" w:rsidR="00937E78" w:rsidRPr="006757F1" w:rsidRDefault="00937E78" w:rsidP="00937E78">
            <w:pPr>
              <w:jc w:val="both"/>
              <w:outlineLvl w:val="0"/>
              <w:rPr>
                <w:sz w:val="21"/>
                <w:szCs w:val="21"/>
              </w:rPr>
            </w:pPr>
            <w:r w:rsidRPr="006757F1">
              <w:rPr>
                <w:sz w:val="21"/>
                <w:szCs w:val="21"/>
              </w:rPr>
              <w:t>Кількість аркушів: 200</w:t>
            </w:r>
          </w:p>
          <w:p w14:paraId="187EDE36" w14:textId="77777777" w:rsidR="00937E78" w:rsidRPr="006757F1" w:rsidRDefault="00937E78" w:rsidP="00937E78">
            <w:pPr>
              <w:jc w:val="both"/>
              <w:outlineLvl w:val="0"/>
              <w:rPr>
                <w:sz w:val="21"/>
                <w:szCs w:val="21"/>
              </w:rPr>
            </w:pPr>
            <w:r w:rsidRPr="006757F1">
              <w:rPr>
                <w:sz w:val="21"/>
                <w:szCs w:val="21"/>
              </w:rPr>
              <w:t>Мова тексту: Українська</w:t>
            </w:r>
          </w:p>
          <w:p w14:paraId="561F8433" w14:textId="77777777" w:rsidR="00937E78" w:rsidRPr="006757F1" w:rsidRDefault="00937E78" w:rsidP="00937E78">
            <w:pPr>
              <w:jc w:val="both"/>
              <w:outlineLvl w:val="0"/>
              <w:rPr>
                <w:sz w:val="21"/>
                <w:szCs w:val="21"/>
              </w:rPr>
            </w:pPr>
            <w:r w:rsidRPr="006757F1">
              <w:rPr>
                <w:sz w:val="21"/>
                <w:szCs w:val="21"/>
              </w:rPr>
              <w:t>Колір сторінок: Чорно-білий друк</w:t>
            </w:r>
          </w:p>
          <w:p w14:paraId="121F766A" w14:textId="77777777" w:rsidR="00937E78" w:rsidRPr="006757F1" w:rsidRDefault="00937E78" w:rsidP="00937E78">
            <w:pPr>
              <w:jc w:val="both"/>
              <w:outlineLvl w:val="0"/>
              <w:rPr>
                <w:sz w:val="21"/>
                <w:szCs w:val="21"/>
              </w:rPr>
            </w:pPr>
            <w:r w:rsidRPr="006757F1">
              <w:rPr>
                <w:sz w:val="21"/>
                <w:szCs w:val="21"/>
              </w:rPr>
              <w:t>Папір сторінок: Білий папір 80 г/м2</w:t>
            </w:r>
          </w:p>
          <w:p w14:paraId="4828E816" w14:textId="5C0E8AD6" w:rsidR="00937E78" w:rsidRPr="009E322D" w:rsidRDefault="00937E78" w:rsidP="00937E78">
            <w:pPr>
              <w:jc w:val="both"/>
              <w:outlineLvl w:val="0"/>
              <w:rPr>
                <w:sz w:val="21"/>
                <w:szCs w:val="21"/>
              </w:rPr>
            </w:pPr>
            <w:r w:rsidRPr="006757F1">
              <w:rPr>
                <w:sz w:val="21"/>
                <w:szCs w:val="21"/>
              </w:rPr>
              <w:t>Формат і зміст друкованих сторінок журналу повинен бути згідно наказу МОЗ України № 110 від 14.02.2012 «Про затвердження форм первинної облікової документації та Інструкцій щодо їх заповнення, що використовуються у закладах охорони здоров’я незалежно від форми власності та підпорядкування» (зі змінами)</w:t>
            </w:r>
          </w:p>
        </w:tc>
        <w:tc>
          <w:tcPr>
            <w:tcW w:w="875" w:type="dxa"/>
            <w:shd w:val="clear" w:color="auto" w:fill="auto"/>
            <w:vAlign w:val="center"/>
          </w:tcPr>
          <w:p w14:paraId="645C6E6E" w14:textId="7E9032C9" w:rsidR="00937E78" w:rsidRPr="009E322D" w:rsidRDefault="00937E78" w:rsidP="00937E78">
            <w:pPr>
              <w:jc w:val="center"/>
              <w:outlineLvl w:val="0"/>
              <w:rPr>
                <w:sz w:val="21"/>
                <w:szCs w:val="21"/>
              </w:rPr>
            </w:pPr>
            <w:proofErr w:type="spellStart"/>
            <w:r>
              <w:rPr>
                <w:sz w:val="21"/>
                <w:szCs w:val="21"/>
              </w:rPr>
              <w:t>шт</w:t>
            </w:r>
            <w:proofErr w:type="spellEnd"/>
          </w:p>
        </w:tc>
        <w:tc>
          <w:tcPr>
            <w:tcW w:w="838" w:type="dxa"/>
            <w:shd w:val="clear" w:color="auto" w:fill="auto"/>
            <w:vAlign w:val="center"/>
          </w:tcPr>
          <w:p w14:paraId="49055504" w14:textId="42F66549" w:rsidR="00937E78" w:rsidRPr="009E322D" w:rsidRDefault="00937E78" w:rsidP="00937E78">
            <w:pPr>
              <w:jc w:val="center"/>
              <w:outlineLvl w:val="0"/>
              <w:rPr>
                <w:sz w:val="21"/>
                <w:szCs w:val="21"/>
              </w:rPr>
            </w:pPr>
            <w:r>
              <w:rPr>
                <w:sz w:val="21"/>
                <w:szCs w:val="21"/>
              </w:rPr>
              <w:t>10</w:t>
            </w:r>
          </w:p>
        </w:tc>
      </w:tr>
      <w:tr w:rsidR="00937E78" w14:paraId="79D4115E" w14:textId="77777777" w:rsidTr="00CC6BB4">
        <w:trPr>
          <w:jc w:val="center"/>
        </w:trPr>
        <w:tc>
          <w:tcPr>
            <w:tcW w:w="429" w:type="dxa"/>
            <w:shd w:val="clear" w:color="auto" w:fill="auto"/>
            <w:vAlign w:val="center"/>
          </w:tcPr>
          <w:p w14:paraId="45CBBDC4" w14:textId="21AFA003" w:rsidR="00937E78" w:rsidRPr="009E322D" w:rsidRDefault="00937E78" w:rsidP="00937E78">
            <w:pPr>
              <w:jc w:val="center"/>
              <w:outlineLvl w:val="0"/>
              <w:rPr>
                <w:sz w:val="21"/>
                <w:szCs w:val="21"/>
              </w:rPr>
            </w:pPr>
            <w:r>
              <w:rPr>
                <w:sz w:val="21"/>
                <w:szCs w:val="21"/>
              </w:rPr>
              <w:t>18</w:t>
            </w:r>
          </w:p>
        </w:tc>
        <w:tc>
          <w:tcPr>
            <w:tcW w:w="3937" w:type="dxa"/>
            <w:shd w:val="clear" w:color="auto" w:fill="auto"/>
            <w:vAlign w:val="center"/>
          </w:tcPr>
          <w:p w14:paraId="343BD18F" w14:textId="6820EC77" w:rsidR="00937E78" w:rsidRPr="009E322D" w:rsidRDefault="00937E78" w:rsidP="00937E78">
            <w:pPr>
              <w:jc w:val="center"/>
              <w:outlineLvl w:val="0"/>
              <w:rPr>
                <w:sz w:val="21"/>
                <w:szCs w:val="21"/>
              </w:rPr>
            </w:pPr>
            <w:r w:rsidRPr="006757F1">
              <w:rPr>
                <w:sz w:val="21"/>
                <w:szCs w:val="21"/>
              </w:rPr>
              <w:t>Форма первинної облікової документації № 047/о «Журнал обліку функціональних досліджень»</w:t>
            </w:r>
          </w:p>
        </w:tc>
        <w:tc>
          <w:tcPr>
            <w:tcW w:w="3691" w:type="dxa"/>
            <w:shd w:val="clear" w:color="auto" w:fill="auto"/>
            <w:vAlign w:val="center"/>
          </w:tcPr>
          <w:p w14:paraId="786CBA9D" w14:textId="77777777" w:rsidR="00937E78" w:rsidRPr="006757F1" w:rsidRDefault="00937E78" w:rsidP="00937E78">
            <w:pPr>
              <w:jc w:val="both"/>
              <w:outlineLvl w:val="0"/>
              <w:rPr>
                <w:sz w:val="21"/>
                <w:szCs w:val="21"/>
              </w:rPr>
            </w:pPr>
            <w:r w:rsidRPr="006757F1">
              <w:rPr>
                <w:sz w:val="21"/>
                <w:szCs w:val="21"/>
              </w:rPr>
              <w:t xml:space="preserve">Обкладинка: тверда форма </w:t>
            </w:r>
          </w:p>
          <w:p w14:paraId="7E400BE6" w14:textId="77777777" w:rsidR="00937E78" w:rsidRPr="006757F1" w:rsidRDefault="00937E78" w:rsidP="00937E78">
            <w:pPr>
              <w:jc w:val="both"/>
              <w:outlineLvl w:val="0"/>
              <w:rPr>
                <w:sz w:val="21"/>
                <w:szCs w:val="21"/>
              </w:rPr>
            </w:pPr>
            <w:r w:rsidRPr="006757F1">
              <w:rPr>
                <w:sz w:val="21"/>
                <w:szCs w:val="21"/>
              </w:rPr>
              <w:t>Формат журналу: A4</w:t>
            </w:r>
          </w:p>
          <w:p w14:paraId="7A1561EC" w14:textId="77777777" w:rsidR="00937E78" w:rsidRPr="006757F1" w:rsidRDefault="00937E78" w:rsidP="00937E78">
            <w:pPr>
              <w:jc w:val="both"/>
              <w:outlineLvl w:val="0"/>
              <w:rPr>
                <w:sz w:val="21"/>
                <w:szCs w:val="21"/>
              </w:rPr>
            </w:pPr>
            <w:r w:rsidRPr="006757F1">
              <w:rPr>
                <w:sz w:val="21"/>
                <w:szCs w:val="21"/>
              </w:rPr>
              <w:t>Орієнтація: Альбомна</w:t>
            </w:r>
          </w:p>
          <w:p w14:paraId="215AA62E" w14:textId="77777777" w:rsidR="00937E78" w:rsidRPr="006757F1" w:rsidRDefault="00937E78" w:rsidP="00937E78">
            <w:pPr>
              <w:jc w:val="both"/>
              <w:outlineLvl w:val="0"/>
              <w:rPr>
                <w:sz w:val="21"/>
                <w:szCs w:val="21"/>
              </w:rPr>
            </w:pPr>
            <w:r w:rsidRPr="006757F1">
              <w:rPr>
                <w:sz w:val="21"/>
                <w:szCs w:val="21"/>
              </w:rPr>
              <w:t>Кількість сторінок: 400</w:t>
            </w:r>
          </w:p>
          <w:p w14:paraId="2DA5E789" w14:textId="77777777" w:rsidR="00937E78" w:rsidRPr="006757F1" w:rsidRDefault="00937E78" w:rsidP="00937E78">
            <w:pPr>
              <w:jc w:val="both"/>
              <w:outlineLvl w:val="0"/>
              <w:rPr>
                <w:sz w:val="21"/>
                <w:szCs w:val="21"/>
              </w:rPr>
            </w:pPr>
            <w:r w:rsidRPr="006757F1">
              <w:rPr>
                <w:sz w:val="21"/>
                <w:szCs w:val="21"/>
              </w:rPr>
              <w:t>Кількість аркушів: 200</w:t>
            </w:r>
          </w:p>
          <w:p w14:paraId="50B04EC8" w14:textId="77777777" w:rsidR="00937E78" w:rsidRPr="006757F1" w:rsidRDefault="00937E78" w:rsidP="00937E78">
            <w:pPr>
              <w:jc w:val="both"/>
              <w:outlineLvl w:val="0"/>
              <w:rPr>
                <w:sz w:val="21"/>
                <w:szCs w:val="21"/>
              </w:rPr>
            </w:pPr>
            <w:r w:rsidRPr="006757F1">
              <w:rPr>
                <w:sz w:val="21"/>
                <w:szCs w:val="21"/>
              </w:rPr>
              <w:t>Мова тексту: Українська</w:t>
            </w:r>
          </w:p>
          <w:p w14:paraId="16CB2A99" w14:textId="77777777" w:rsidR="00937E78" w:rsidRPr="006757F1" w:rsidRDefault="00937E78" w:rsidP="00937E78">
            <w:pPr>
              <w:jc w:val="both"/>
              <w:outlineLvl w:val="0"/>
              <w:rPr>
                <w:sz w:val="21"/>
                <w:szCs w:val="21"/>
              </w:rPr>
            </w:pPr>
            <w:r w:rsidRPr="006757F1">
              <w:rPr>
                <w:sz w:val="21"/>
                <w:szCs w:val="21"/>
              </w:rPr>
              <w:t>Колір сторінок: Чорно-білий друк</w:t>
            </w:r>
          </w:p>
          <w:p w14:paraId="0B2DDE31" w14:textId="77777777" w:rsidR="00937E78" w:rsidRPr="006757F1" w:rsidRDefault="00937E78" w:rsidP="00937E78">
            <w:pPr>
              <w:jc w:val="both"/>
              <w:outlineLvl w:val="0"/>
              <w:rPr>
                <w:sz w:val="21"/>
                <w:szCs w:val="21"/>
              </w:rPr>
            </w:pPr>
            <w:r w:rsidRPr="006757F1">
              <w:rPr>
                <w:sz w:val="21"/>
                <w:szCs w:val="21"/>
              </w:rPr>
              <w:t>Папір сторінок: Білий папір 80 г/м2</w:t>
            </w:r>
          </w:p>
          <w:p w14:paraId="75E32E1E" w14:textId="79B1B086" w:rsidR="00937E78" w:rsidRPr="009E322D" w:rsidRDefault="00937E78" w:rsidP="00937E78">
            <w:pPr>
              <w:jc w:val="both"/>
              <w:outlineLvl w:val="0"/>
              <w:rPr>
                <w:sz w:val="21"/>
                <w:szCs w:val="21"/>
              </w:rPr>
            </w:pPr>
            <w:r w:rsidRPr="006757F1">
              <w:rPr>
                <w:sz w:val="21"/>
                <w:szCs w:val="21"/>
              </w:rPr>
              <w:lastRenderedPageBreak/>
              <w:t>Формат і зміст друкованих сторінок журналу повинен бути згідно наказу МОЗ України  29.05.2013 № 435 «Про затвердження форм первинної облікової документації та інструкцій щодо їх заповнення, що використовуються у закладах охорони здоров’я, які надають амбулаторно-поліклінічну та стаціонарну допомогу населенню, незалежно від підпорядкування та форми власності» (зі змінами)</w:t>
            </w:r>
          </w:p>
        </w:tc>
        <w:tc>
          <w:tcPr>
            <w:tcW w:w="875" w:type="dxa"/>
            <w:shd w:val="clear" w:color="auto" w:fill="auto"/>
            <w:vAlign w:val="center"/>
          </w:tcPr>
          <w:p w14:paraId="276D2691" w14:textId="7CF94399" w:rsidR="00937E78" w:rsidRPr="009E322D" w:rsidRDefault="00937E78" w:rsidP="00937E78">
            <w:pPr>
              <w:jc w:val="center"/>
              <w:outlineLvl w:val="0"/>
              <w:rPr>
                <w:sz w:val="21"/>
                <w:szCs w:val="21"/>
              </w:rPr>
            </w:pPr>
            <w:proofErr w:type="spellStart"/>
            <w:r>
              <w:rPr>
                <w:sz w:val="21"/>
                <w:szCs w:val="21"/>
              </w:rPr>
              <w:lastRenderedPageBreak/>
              <w:t>шт</w:t>
            </w:r>
            <w:proofErr w:type="spellEnd"/>
          </w:p>
        </w:tc>
        <w:tc>
          <w:tcPr>
            <w:tcW w:w="838" w:type="dxa"/>
            <w:shd w:val="clear" w:color="auto" w:fill="auto"/>
            <w:vAlign w:val="center"/>
          </w:tcPr>
          <w:p w14:paraId="216D5149" w14:textId="01988C72" w:rsidR="00937E78" w:rsidRPr="009E322D" w:rsidRDefault="00937E78" w:rsidP="00937E78">
            <w:pPr>
              <w:jc w:val="center"/>
              <w:outlineLvl w:val="0"/>
              <w:rPr>
                <w:sz w:val="21"/>
                <w:szCs w:val="21"/>
              </w:rPr>
            </w:pPr>
            <w:r>
              <w:rPr>
                <w:sz w:val="21"/>
                <w:szCs w:val="21"/>
              </w:rPr>
              <w:t>6</w:t>
            </w:r>
          </w:p>
        </w:tc>
      </w:tr>
      <w:tr w:rsidR="00937E78" w14:paraId="283FC595" w14:textId="77777777" w:rsidTr="00CC6BB4">
        <w:trPr>
          <w:jc w:val="center"/>
        </w:trPr>
        <w:tc>
          <w:tcPr>
            <w:tcW w:w="429" w:type="dxa"/>
            <w:shd w:val="clear" w:color="auto" w:fill="auto"/>
            <w:vAlign w:val="center"/>
          </w:tcPr>
          <w:p w14:paraId="55DE5929" w14:textId="627D2D36" w:rsidR="00937E78" w:rsidRPr="009E322D" w:rsidRDefault="00937E78" w:rsidP="00937E78">
            <w:pPr>
              <w:jc w:val="center"/>
              <w:outlineLvl w:val="0"/>
              <w:rPr>
                <w:sz w:val="21"/>
                <w:szCs w:val="21"/>
              </w:rPr>
            </w:pPr>
            <w:r>
              <w:rPr>
                <w:sz w:val="21"/>
                <w:szCs w:val="21"/>
              </w:rPr>
              <w:t>19</w:t>
            </w:r>
          </w:p>
        </w:tc>
        <w:tc>
          <w:tcPr>
            <w:tcW w:w="3937" w:type="dxa"/>
            <w:shd w:val="clear" w:color="auto" w:fill="auto"/>
            <w:vAlign w:val="center"/>
          </w:tcPr>
          <w:p w14:paraId="4E0F5E5F" w14:textId="0B097580" w:rsidR="00937E78" w:rsidRPr="009E322D" w:rsidRDefault="00937E78" w:rsidP="00937E78">
            <w:pPr>
              <w:jc w:val="center"/>
              <w:outlineLvl w:val="0"/>
              <w:rPr>
                <w:sz w:val="21"/>
                <w:szCs w:val="21"/>
              </w:rPr>
            </w:pPr>
            <w:r w:rsidRPr="006757F1">
              <w:rPr>
                <w:sz w:val="21"/>
                <w:szCs w:val="21"/>
              </w:rPr>
              <w:t>Форма первинної облікової документації № 001-3/о «Журнал обліку перебування хворого в денному стаціонарі»</w:t>
            </w:r>
          </w:p>
        </w:tc>
        <w:tc>
          <w:tcPr>
            <w:tcW w:w="3691" w:type="dxa"/>
            <w:shd w:val="clear" w:color="auto" w:fill="auto"/>
            <w:vAlign w:val="center"/>
          </w:tcPr>
          <w:p w14:paraId="0653ED06" w14:textId="77777777" w:rsidR="00937E78" w:rsidRPr="006757F1" w:rsidRDefault="00937E78" w:rsidP="00937E78">
            <w:pPr>
              <w:jc w:val="both"/>
              <w:outlineLvl w:val="0"/>
              <w:rPr>
                <w:sz w:val="21"/>
                <w:szCs w:val="21"/>
              </w:rPr>
            </w:pPr>
            <w:r w:rsidRPr="006757F1">
              <w:rPr>
                <w:sz w:val="21"/>
                <w:szCs w:val="21"/>
              </w:rPr>
              <w:t xml:space="preserve">Обкладинка: м’яка форма (картон) </w:t>
            </w:r>
          </w:p>
          <w:p w14:paraId="5CB8BFC4" w14:textId="77777777" w:rsidR="00937E78" w:rsidRPr="006757F1" w:rsidRDefault="00937E78" w:rsidP="00937E78">
            <w:pPr>
              <w:jc w:val="both"/>
              <w:outlineLvl w:val="0"/>
              <w:rPr>
                <w:sz w:val="21"/>
                <w:szCs w:val="21"/>
              </w:rPr>
            </w:pPr>
            <w:r w:rsidRPr="006757F1">
              <w:rPr>
                <w:sz w:val="21"/>
                <w:szCs w:val="21"/>
              </w:rPr>
              <w:t>Формат журналу: A4</w:t>
            </w:r>
          </w:p>
          <w:p w14:paraId="36A1B212" w14:textId="77777777" w:rsidR="00937E78" w:rsidRPr="006757F1" w:rsidRDefault="00937E78" w:rsidP="00937E78">
            <w:pPr>
              <w:jc w:val="both"/>
              <w:outlineLvl w:val="0"/>
              <w:rPr>
                <w:sz w:val="21"/>
                <w:szCs w:val="21"/>
              </w:rPr>
            </w:pPr>
            <w:r w:rsidRPr="006757F1">
              <w:rPr>
                <w:sz w:val="21"/>
                <w:szCs w:val="21"/>
              </w:rPr>
              <w:t>Орієнтація: Книжна</w:t>
            </w:r>
          </w:p>
          <w:p w14:paraId="74393DA5" w14:textId="77777777" w:rsidR="00937E78" w:rsidRPr="006757F1" w:rsidRDefault="00937E78" w:rsidP="00937E78">
            <w:pPr>
              <w:jc w:val="both"/>
              <w:outlineLvl w:val="0"/>
              <w:rPr>
                <w:sz w:val="21"/>
                <w:szCs w:val="21"/>
              </w:rPr>
            </w:pPr>
            <w:r w:rsidRPr="006757F1">
              <w:rPr>
                <w:sz w:val="21"/>
                <w:szCs w:val="21"/>
              </w:rPr>
              <w:t>Кількість сторінок: 96</w:t>
            </w:r>
          </w:p>
          <w:p w14:paraId="52FECC5D" w14:textId="77777777" w:rsidR="00937E78" w:rsidRPr="006757F1" w:rsidRDefault="00937E78" w:rsidP="00937E78">
            <w:pPr>
              <w:jc w:val="both"/>
              <w:outlineLvl w:val="0"/>
              <w:rPr>
                <w:sz w:val="21"/>
                <w:szCs w:val="21"/>
              </w:rPr>
            </w:pPr>
            <w:r w:rsidRPr="006757F1">
              <w:rPr>
                <w:sz w:val="21"/>
                <w:szCs w:val="21"/>
              </w:rPr>
              <w:t>Кількість аркушів: 48</w:t>
            </w:r>
          </w:p>
          <w:p w14:paraId="13F2FB82" w14:textId="77777777" w:rsidR="00937E78" w:rsidRPr="006757F1" w:rsidRDefault="00937E78" w:rsidP="00937E78">
            <w:pPr>
              <w:jc w:val="both"/>
              <w:outlineLvl w:val="0"/>
              <w:rPr>
                <w:sz w:val="21"/>
                <w:szCs w:val="21"/>
              </w:rPr>
            </w:pPr>
            <w:r w:rsidRPr="006757F1">
              <w:rPr>
                <w:sz w:val="21"/>
                <w:szCs w:val="21"/>
              </w:rPr>
              <w:t>Мова тексту: Українська</w:t>
            </w:r>
          </w:p>
          <w:p w14:paraId="6BA75708" w14:textId="77777777" w:rsidR="00937E78" w:rsidRPr="006757F1" w:rsidRDefault="00937E78" w:rsidP="00937E78">
            <w:pPr>
              <w:jc w:val="both"/>
              <w:outlineLvl w:val="0"/>
              <w:rPr>
                <w:sz w:val="21"/>
                <w:szCs w:val="21"/>
              </w:rPr>
            </w:pPr>
            <w:r w:rsidRPr="006757F1">
              <w:rPr>
                <w:sz w:val="21"/>
                <w:szCs w:val="21"/>
              </w:rPr>
              <w:t>Колір сторінок: Чорно-білий друк</w:t>
            </w:r>
          </w:p>
          <w:p w14:paraId="0DC2BF93" w14:textId="77777777" w:rsidR="00937E78" w:rsidRPr="006757F1" w:rsidRDefault="00937E78" w:rsidP="00937E78">
            <w:pPr>
              <w:jc w:val="both"/>
              <w:outlineLvl w:val="0"/>
              <w:rPr>
                <w:sz w:val="21"/>
                <w:szCs w:val="21"/>
              </w:rPr>
            </w:pPr>
            <w:r w:rsidRPr="006757F1">
              <w:rPr>
                <w:sz w:val="21"/>
                <w:szCs w:val="21"/>
              </w:rPr>
              <w:t>Папір сторінок: Білий папір 80 г/м2</w:t>
            </w:r>
          </w:p>
          <w:p w14:paraId="3EA4529B" w14:textId="033C3303" w:rsidR="00937E78" w:rsidRPr="009E322D" w:rsidRDefault="00937E78" w:rsidP="00937E78">
            <w:pPr>
              <w:jc w:val="both"/>
              <w:outlineLvl w:val="0"/>
              <w:rPr>
                <w:sz w:val="21"/>
                <w:szCs w:val="21"/>
              </w:rPr>
            </w:pPr>
            <w:r w:rsidRPr="006757F1">
              <w:rPr>
                <w:sz w:val="21"/>
                <w:szCs w:val="21"/>
              </w:rPr>
              <w:t>Формат і зміст друкованих сторінок журналу повинен бути згідно наказу МОЗ України №434 від 29.11.2002 р. «Про удосконалення амбулаторно-поліклінічної допомоги дітям»</w:t>
            </w:r>
          </w:p>
        </w:tc>
        <w:tc>
          <w:tcPr>
            <w:tcW w:w="875" w:type="dxa"/>
            <w:shd w:val="clear" w:color="auto" w:fill="auto"/>
            <w:vAlign w:val="center"/>
          </w:tcPr>
          <w:p w14:paraId="4101D3F5" w14:textId="01A34B15" w:rsidR="00937E78" w:rsidRPr="009E322D" w:rsidRDefault="00937E78" w:rsidP="00937E78">
            <w:pPr>
              <w:jc w:val="center"/>
              <w:outlineLvl w:val="0"/>
              <w:rPr>
                <w:sz w:val="21"/>
                <w:szCs w:val="21"/>
              </w:rPr>
            </w:pPr>
            <w:proofErr w:type="spellStart"/>
            <w:r>
              <w:rPr>
                <w:sz w:val="21"/>
                <w:szCs w:val="21"/>
              </w:rPr>
              <w:t>шт</w:t>
            </w:r>
            <w:proofErr w:type="spellEnd"/>
          </w:p>
        </w:tc>
        <w:tc>
          <w:tcPr>
            <w:tcW w:w="838" w:type="dxa"/>
            <w:shd w:val="clear" w:color="auto" w:fill="auto"/>
            <w:vAlign w:val="center"/>
          </w:tcPr>
          <w:p w14:paraId="7E2D3B10" w14:textId="6B52FE17" w:rsidR="00937E78" w:rsidRPr="009E322D" w:rsidRDefault="00937E78" w:rsidP="00937E78">
            <w:pPr>
              <w:jc w:val="center"/>
              <w:outlineLvl w:val="0"/>
              <w:rPr>
                <w:sz w:val="21"/>
                <w:szCs w:val="21"/>
              </w:rPr>
            </w:pPr>
            <w:r>
              <w:rPr>
                <w:sz w:val="21"/>
                <w:szCs w:val="21"/>
              </w:rPr>
              <w:t>2</w:t>
            </w:r>
          </w:p>
        </w:tc>
      </w:tr>
      <w:tr w:rsidR="00937E78" w14:paraId="31E41294" w14:textId="77777777" w:rsidTr="00CC6BB4">
        <w:trPr>
          <w:jc w:val="center"/>
        </w:trPr>
        <w:tc>
          <w:tcPr>
            <w:tcW w:w="429" w:type="dxa"/>
            <w:shd w:val="clear" w:color="auto" w:fill="auto"/>
            <w:vAlign w:val="center"/>
          </w:tcPr>
          <w:p w14:paraId="0FE9B8BA" w14:textId="61DE3B32" w:rsidR="00937E78" w:rsidRPr="009E322D" w:rsidRDefault="00937E78" w:rsidP="00937E78">
            <w:pPr>
              <w:jc w:val="center"/>
              <w:outlineLvl w:val="0"/>
              <w:rPr>
                <w:sz w:val="21"/>
                <w:szCs w:val="21"/>
              </w:rPr>
            </w:pPr>
            <w:r>
              <w:rPr>
                <w:sz w:val="21"/>
                <w:szCs w:val="21"/>
              </w:rPr>
              <w:t>20</w:t>
            </w:r>
          </w:p>
        </w:tc>
        <w:tc>
          <w:tcPr>
            <w:tcW w:w="3937" w:type="dxa"/>
            <w:shd w:val="clear" w:color="auto" w:fill="auto"/>
            <w:vAlign w:val="center"/>
          </w:tcPr>
          <w:p w14:paraId="14607CBB" w14:textId="0EB252BD" w:rsidR="00937E78" w:rsidRPr="009E322D" w:rsidRDefault="00937E78" w:rsidP="00937E78">
            <w:pPr>
              <w:jc w:val="center"/>
              <w:outlineLvl w:val="0"/>
              <w:rPr>
                <w:sz w:val="21"/>
                <w:szCs w:val="21"/>
              </w:rPr>
            </w:pPr>
            <w:r w:rsidRPr="006757F1">
              <w:rPr>
                <w:sz w:val="21"/>
                <w:szCs w:val="21"/>
              </w:rPr>
              <w:t>Форма облікової документації «Журнал обліку звернення та доставлення до закладу охорони здоров’я осіб у зв’язку із заподіянням їм тілесних ушкоджень кримінального характеру  та інформуванням про такі випадки органів та підрозділів поліції»</w:t>
            </w:r>
          </w:p>
        </w:tc>
        <w:tc>
          <w:tcPr>
            <w:tcW w:w="3691" w:type="dxa"/>
            <w:shd w:val="clear" w:color="auto" w:fill="auto"/>
            <w:vAlign w:val="center"/>
          </w:tcPr>
          <w:p w14:paraId="21AA4B5D" w14:textId="77777777" w:rsidR="00937E78" w:rsidRPr="006757F1" w:rsidRDefault="00937E78" w:rsidP="00937E78">
            <w:pPr>
              <w:jc w:val="both"/>
              <w:outlineLvl w:val="0"/>
              <w:rPr>
                <w:sz w:val="21"/>
                <w:szCs w:val="21"/>
              </w:rPr>
            </w:pPr>
            <w:r w:rsidRPr="006757F1">
              <w:rPr>
                <w:sz w:val="21"/>
                <w:szCs w:val="21"/>
              </w:rPr>
              <w:t xml:space="preserve">Обкладинка: м’яка форма (картон) </w:t>
            </w:r>
          </w:p>
          <w:p w14:paraId="1D19EEA0" w14:textId="77777777" w:rsidR="00937E78" w:rsidRPr="006757F1" w:rsidRDefault="00937E78" w:rsidP="00937E78">
            <w:pPr>
              <w:jc w:val="both"/>
              <w:outlineLvl w:val="0"/>
              <w:rPr>
                <w:sz w:val="21"/>
                <w:szCs w:val="21"/>
              </w:rPr>
            </w:pPr>
            <w:r w:rsidRPr="006757F1">
              <w:rPr>
                <w:sz w:val="21"/>
                <w:szCs w:val="21"/>
              </w:rPr>
              <w:t>Формат журналу: A4</w:t>
            </w:r>
          </w:p>
          <w:p w14:paraId="06E440AD" w14:textId="77777777" w:rsidR="00937E78" w:rsidRPr="006757F1" w:rsidRDefault="00937E78" w:rsidP="00937E78">
            <w:pPr>
              <w:jc w:val="both"/>
              <w:outlineLvl w:val="0"/>
              <w:rPr>
                <w:sz w:val="21"/>
                <w:szCs w:val="21"/>
              </w:rPr>
            </w:pPr>
            <w:r w:rsidRPr="006757F1">
              <w:rPr>
                <w:sz w:val="21"/>
                <w:szCs w:val="21"/>
              </w:rPr>
              <w:t>Орієнтація: Альбомна</w:t>
            </w:r>
          </w:p>
          <w:p w14:paraId="7D91EA6F" w14:textId="77777777" w:rsidR="00937E78" w:rsidRPr="006757F1" w:rsidRDefault="00937E78" w:rsidP="00937E78">
            <w:pPr>
              <w:jc w:val="both"/>
              <w:outlineLvl w:val="0"/>
              <w:rPr>
                <w:sz w:val="21"/>
                <w:szCs w:val="21"/>
              </w:rPr>
            </w:pPr>
            <w:r w:rsidRPr="006757F1">
              <w:rPr>
                <w:sz w:val="21"/>
                <w:szCs w:val="21"/>
              </w:rPr>
              <w:t>Кількість сторінок: 200</w:t>
            </w:r>
          </w:p>
          <w:p w14:paraId="61DBB05D" w14:textId="77777777" w:rsidR="00937E78" w:rsidRPr="006757F1" w:rsidRDefault="00937E78" w:rsidP="00937E78">
            <w:pPr>
              <w:jc w:val="both"/>
              <w:outlineLvl w:val="0"/>
              <w:rPr>
                <w:sz w:val="21"/>
                <w:szCs w:val="21"/>
              </w:rPr>
            </w:pPr>
            <w:r w:rsidRPr="006757F1">
              <w:rPr>
                <w:sz w:val="21"/>
                <w:szCs w:val="21"/>
              </w:rPr>
              <w:t>Кількість аркушів: 100</w:t>
            </w:r>
          </w:p>
          <w:p w14:paraId="4409CC5B" w14:textId="77777777" w:rsidR="00937E78" w:rsidRPr="006757F1" w:rsidRDefault="00937E78" w:rsidP="00937E78">
            <w:pPr>
              <w:jc w:val="both"/>
              <w:outlineLvl w:val="0"/>
              <w:rPr>
                <w:sz w:val="21"/>
                <w:szCs w:val="21"/>
              </w:rPr>
            </w:pPr>
            <w:r w:rsidRPr="006757F1">
              <w:rPr>
                <w:sz w:val="21"/>
                <w:szCs w:val="21"/>
              </w:rPr>
              <w:t>Мова тексту: Українська</w:t>
            </w:r>
          </w:p>
          <w:p w14:paraId="46F1A077" w14:textId="77777777" w:rsidR="00937E78" w:rsidRPr="006757F1" w:rsidRDefault="00937E78" w:rsidP="00937E78">
            <w:pPr>
              <w:jc w:val="both"/>
              <w:outlineLvl w:val="0"/>
              <w:rPr>
                <w:sz w:val="21"/>
                <w:szCs w:val="21"/>
              </w:rPr>
            </w:pPr>
            <w:r w:rsidRPr="006757F1">
              <w:rPr>
                <w:sz w:val="21"/>
                <w:szCs w:val="21"/>
              </w:rPr>
              <w:t>Колір сторінок: Чорно-білий друк</w:t>
            </w:r>
          </w:p>
          <w:p w14:paraId="3EA5D42A" w14:textId="77777777" w:rsidR="00937E78" w:rsidRPr="006757F1" w:rsidRDefault="00937E78" w:rsidP="00937E78">
            <w:pPr>
              <w:jc w:val="both"/>
              <w:outlineLvl w:val="0"/>
              <w:rPr>
                <w:sz w:val="21"/>
                <w:szCs w:val="21"/>
              </w:rPr>
            </w:pPr>
            <w:r w:rsidRPr="006757F1">
              <w:rPr>
                <w:sz w:val="21"/>
                <w:szCs w:val="21"/>
              </w:rPr>
              <w:t>Папір сторінок: Білий папір 80 г/м2</w:t>
            </w:r>
          </w:p>
          <w:p w14:paraId="549DDE82" w14:textId="7AC92E6A" w:rsidR="00937E78" w:rsidRPr="009E322D" w:rsidRDefault="00937E78" w:rsidP="00937E78">
            <w:pPr>
              <w:jc w:val="both"/>
              <w:outlineLvl w:val="0"/>
              <w:rPr>
                <w:sz w:val="21"/>
                <w:szCs w:val="21"/>
              </w:rPr>
            </w:pPr>
            <w:r w:rsidRPr="006757F1">
              <w:rPr>
                <w:sz w:val="21"/>
                <w:szCs w:val="21"/>
              </w:rPr>
              <w:t>Формат і зміст друкованих сторінок журналу повинен бути згідно додатку спільного наказу   МВС та МОЗ України № 612/679 від 06.07.2016 «Про порядок обліку фактів звернення та доставлення до закладів охорони здоров’я осіб у зв’язку із заподіянням їм тілесних ушкоджень кримінального характеру та інформування про такі випадки органів і підрозділів поліції»</w:t>
            </w:r>
          </w:p>
        </w:tc>
        <w:tc>
          <w:tcPr>
            <w:tcW w:w="875" w:type="dxa"/>
            <w:shd w:val="clear" w:color="auto" w:fill="auto"/>
            <w:vAlign w:val="center"/>
          </w:tcPr>
          <w:p w14:paraId="476E137E" w14:textId="708419E6" w:rsidR="00937E78" w:rsidRPr="009E322D" w:rsidRDefault="00937E78" w:rsidP="00937E78">
            <w:pPr>
              <w:jc w:val="center"/>
              <w:outlineLvl w:val="0"/>
              <w:rPr>
                <w:sz w:val="21"/>
                <w:szCs w:val="21"/>
              </w:rPr>
            </w:pPr>
            <w:proofErr w:type="spellStart"/>
            <w:r>
              <w:rPr>
                <w:sz w:val="21"/>
                <w:szCs w:val="21"/>
              </w:rPr>
              <w:t>шт</w:t>
            </w:r>
            <w:proofErr w:type="spellEnd"/>
          </w:p>
        </w:tc>
        <w:tc>
          <w:tcPr>
            <w:tcW w:w="838" w:type="dxa"/>
            <w:shd w:val="clear" w:color="auto" w:fill="auto"/>
            <w:vAlign w:val="center"/>
          </w:tcPr>
          <w:p w14:paraId="64EEA2AF" w14:textId="69EAA526" w:rsidR="00937E78" w:rsidRPr="009E322D" w:rsidRDefault="00937E78" w:rsidP="00937E78">
            <w:pPr>
              <w:jc w:val="center"/>
              <w:outlineLvl w:val="0"/>
              <w:rPr>
                <w:sz w:val="21"/>
                <w:szCs w:val="21"/>
              </w:rPr>
            </w:pPr>
            <w:r>
              <w:rPr>
                <w:sz w:val="21"/>
                <w:szCs w:val="21"/>
              </w:rPr>
              <w:t>2</w:t>
            </w:r>
          </w:p>
        </w:tc>
      </w:tr>
      <w:bookmarkEnd w:id="2"/>
    </w:tbl>
    <w:p w14:paraId="2515F798" w14:textId="77777777" w:rsidR="00E8192F" w:rsidRPr="00697447" w:rsidRDefault="00E8192F" w:rsidP="00E8192F">
      <w:pPr>
        <w:ind w:firstLine="567"/>
        <w:jc w:val="both"/>
        <w:rPr>
          <w:color w:val="000000"/>
          <w:sz w:val="21"/>
          <w:szCs w:val="21"/>
        </w:rPr>
      </w:pPr>
    </w:p>
    <w:p w14:paraId="56C858C3" w14:textId="77777777" w:rsidR="00E8192F" w:rsidRPr="00697447" w:rsidRDefault="00E8192F" w:rsidP="00E8192F">
      <w:pPr>
        <w:ind w:firstLine="567"/>
        <w:jc w:val="both"/>
        <w:rPr>
          <w:i/>
          <w:color w:val="000000"/>
          <w:sz w:val="21"/>
          <w:szCs w:val="21"/>
        </w:rPr>
      </w:pPr>
      <w:r w:rsidRPr="00697447">
        <w:rPr>
          <w:i/>
          <w:color w:val="000000"/>
          <w:sz w:val="21"/>
          <w:szCs w:val="21"/>
        </w:rPr>
        <w:t xml:space="preserve">Закупівля даного виду товару обґрунтована своїми якісними та технічними характеристиками, які найбільше відповідають вимогам та потребам замовника. Замовником зазначено конкретні </w:t>
      </w:r>
      <w:r>
        <w:rPr>
          <w:i/>
          <w:color w:val="000000"/>
          <w:sz w:val="21"/>
          <w:szCs w:val="21"/>
        </w:rPr>
        <w:t>торгові марки</w:t>
      </w:r>
      <w:r w:rsidRPr="00697447">
        <w:rPr>
          <w:i/>
          <w:color w:val="000000"/>
          <w:sz w:val="21"/>
          <w:szCs w:val="21"/>
        </w:rPr>
        <w:t xml:space="preserve"> тільки для орієнтиру, так як вони мають гарну якість та ефективність у використанні.</w:t>
      </w:r>
    </w:p>
    <w:p w14:paraId="5F0202CF" w14:textId="77777777" w:rsidR="00E8192F" w:rsidRPr="00697447" w:rsidRDefault="00E8192F" w:rsidP="00E8192F">
      <w:pPr>
        <w:ind w:firstLine="567"/>
        <w:jc w:val="both"/>
        <w:rPr>
          <w:i/>
          <w:color w:val="000000"/>
          <w:sz w:val="21"/>
          <w:szCs w:val="21"/>
        </w:rPr>
      </w:pPr>
      <w:r w:rsidRPr="00697447">
        <w:rPr>
          <w:i/>
          <w:color w:val="000000"/>
          <w:sz w:val="21"/>
          <w:szCs w:val="21"/>
        </w:rPr>
        <w:t>Вважати зазначені у цих вимогах посилання на конкретну  назву, торгівельну марку чи фірму, патент,  тип предмета закупівлі, джерело його походження або виробника такими, що містять вираз «або еквівалент»</w:t>
      </w:r>
    </w:p>
    <w:p w14:paraId="6B32B476" w14:textId="27C90F16" w:rsidR="00E8192F" w:rsidRDefault="00E8192F" w:rsidP="00E8192F">
      <w:pPr>
        <w:ind w:firstLine="567"/>
        <w:jc w:val="both"/>
        <w:rPr>
          <w:color w:val="000000"/>
          <w:sz w:val="21"/>
          <w:szCs w:val="21"/>
        </w:rPr>
      </w:pPr>
    </w:p>
    <w:p w14:paraId="56266683" w14:textId="49A8FEDF" w:rsidR="00A5367F" w:rsidRPr="00A5367F" w:rsidRDefault="00A5367F" w:rsidP="00A5367F">
      <w:pPr>
        <w:ind w:firstLine="567"/>
        <w:jc w:val="both"/>
        <w:rPr>
          <w:color w:val="000000"/>
          <w:sz w:val="21"/>
          <w:szCs w:val="21"/>
        </w:rPr>
      </w:pPr>
      <w:r w:rsidRPr="00A5367F">
        <w:rPr>
          <w:color w:val="000000"/>
          <w:sz w:val="21"/>
          <w:szCs w:val="21"/>
        </w:rPr>
        <w:t xml:space="preserve">1. </w:t>
      </w:r>
      <w:bookmarkStart w:id="3" w:name="_Hlk240882929"/>
      <w:r w:rsidRPr="00A5367F">
        <w:rPr>
          <w:color w:val="000000"/>
          <w:sz w:val="21"/>
          <w:szCs w:val="21"/>
        </w:rPr>
        <w:t>Товар (журнали) повинен бути новим, виготовленим не раніше 202</w:t>
      </w:r>
      <w:r w:rsidR="009B68E7">
        <w:rPr>
          <w:color w:val="000000"/>
          <w:sz w:val="21"/>
          <w:szCs w:val="21"/>
        </w:rPr>
        <w:t>6</w:t>
      </w:r>
      <w:r w:rsidRPr="00A5367F">
        <w:rPr>
          <w:color w:val="000000"/>
          <w:sz w:val="21"/>
          <w:szCs w:val="21"/>
        </w:rPr>
        <w:t xml:space="preserve"> року</w:t>
      </w:r>
      <w:bookmarkEnd w:id="3"/>
      <w:r w:rsidRPr="00A5367F">
        <w:rPr>
          <w:color w:val="000000"/>
          <w:sz w:val="21"/>
          <w:szCs w:val="21"/>
        </w:rPr>
        <w:t>.</w:t>
      </w:r>
    </w:p>
    <w:p w14:paraId="606669B5" w14:textId="77777777" w:rsidR="00A5367F" w:rsidRPr="00A5367F" w:rsidRDefault="00A5367F" w:rsidP="00A5367F">
      <w:pPr>
        <w:ind w:firstLine="567"/>
        <w:jc w:val="both"/>
        <w:rPr>
          <w:color w:val="000000"/>
          <w:sz w:val="21"/>
          <w:szCs w:val="21"/>
        </w:rPr>
      </w:pPr>
      <w:r w:rsidRPr="00A5367F">
        <w:rPr>
          <w:color w:val="000000"/>
          <w:sz w:val="21"/>
          <w:szCs w:val="21"/>
        </w:rPr>
        <w:t xml:space="preserve">2. </w:t>
      </w:r>
      <w:bookmarkStart w:id="4" w:name="_Hlk240882952"/>
      <w:r w:rsidRPr="00A5367F">
        <w:rPr>
          <w:color w:val="000000"/>
          <w:sz w:val="21"/>
          <w:szCs w:val="21"/>
        </w:rPr>
        <w:t>Товар (упаковка) повинен містити маркування відповідно до стандартів виробника, яке надає змогу: ідентифікувати товар, його призначення, дату виготовлення, виробника та назву</w:t>
      </w:r>
      <w:bookmarkEnd w:id="4"/>
      <w:r w:rsidRPr="00A5367F">
        <w:rPr>
          <w:color w:val="000000"/>
          <w:sz w:val="21"/>
          <w:szCs w:val="21"/>
        </w:rPr>
        <w:t>.</w:t>
      </w:r>
    </w:p>
    <w:p w14:paraId="0DDC78BE" w14:textId="77777777" w:rsidR="00A5367F" w:rsidRPr="00A5367F" w:rsidRDefault="00A5367F" w:rsidP="00A5367F">
      <w:pPr>
        <w:ind w:firstLine="567"/>
        <w:jc w:val="both"/>
        <w:rPr>
          <w:color w:val="000000"/>
          <w:sz w:val="21"/>
          <w:szCs w:val="21"/>
        </w:rPr>
      </w:pPr>
      <w:r w:rsidRPr="00A5367F">
        <w:rPr>
          <w:color w:val="000000"/>
          <w:sz w:val="21"/>
          <w:szCs w:val="21"/>
        </w:rPr>
        <w:t>3.</w:t>
      </w:r>
      <w:bookmarkStart w:id="5" w:name="_Hlk240882971"/>
      <w:r w:rsidRPr="00A5367F">
        <w:rPr>
          <w:color w:val="000000"/>
          <w:sz w:val="21"/>
          <w:szCs w:val="21"/>
        </w:rPr>
        <w:t>Учасник гарантує, що предмет закупівлі (друкована продукція, пакування, транспортування) не завдаватиме шкоди навколишньому середовищу та передбачає заходи щодо захисту довкілля, зокрема використання безпечних фарб, клеїв і матеріалів</w:t>
      </w:r>
      <w:bookmarkEnd w:id="5"/>
      <w:r w:rsidRPr="00A5367F">
        <w:rPr>
          <w:color w:val="000000"/>
          <w:sz w:val="21"/>
          <w:szCs w:val="21"/>
        </w:rPr>
        <w:t>.</w:t>
      </w:r>
    </w:p>
    <w:p w14:paraId="7134F2A7" w14:textId="0558123B" w:rsidR="00A5367F" w:rsidRPr="00A5367F" w:rsidRDefault="00A5367F" w:rsidP="00A5367F">
      <w:pPr>
        <w:ind w:firstLine="567"/>
        <w:jc w:val="both"/>
        <w:rPr>
          <w:color w:val="000000"/>
          <w:sz w:val="21"/>
          <w:szCs w:val="21"/>
        </w:rPr>
      </w:pPr>
      <w:r w:rsidRPr="00A5367F">
        <w:rPr>
          <w:color w:val="000000"/>
          <w:sz w:val="21"/>
          <w:szCs w:val="21"/>
        </w:rPr>
        <w:t>4.</w:t>
      </w:r>
      <w:bookmarkStart w:id="6" w:name="_Hlk240882997"/>
      <w:r w:rsidRPr="00A5367F">
        <w:rPr>
          <w:color w:val="000000"/>
          <w:sz w:val="21"/>
          <w:szCs w:val="21"/>
        </w:rPr>
        <w:t>Учасник гарантує надання, при поставці партій товару, завірених копій документів, які засвідчують якісні та технічні характеристики продукції, її відповідність встановленим нормам (копії технічних умов, зразків макетів, висновків санітарно-епідеміологічної експертизи, за наявності – сертифікати відповідності та інші документи, передбачені законодавством для поліграфічної продукції)</w:t>
      </w:r>
      <w:bookmarkEnd w:id="6"/>
      <w:r w:rsidRPr="00A5367F">
        <w:rPr>
          <w:color w:val="000000"/>
          <w:sz w:val="21"/>
          <w:szCs w:val="21"/>
        </w:rPr>
        <w:t>.</w:t>
      </w:r>
    </w:p>
    <w:p w14:paraId="67547730" w14:textId="174DDC31" w:rsidR="00A5367F" w:rsidRPr="00A5367F" w:rsidRDefault="00A5367F" w:rsidP="00A5367F">
      <w:pPr>
        <w:ind w:firstLine="567"/>
        <w:jc w:val="both"/>
        <w:rPr>
          <w:color w:val="000000"/>
          <w:sz w:val="21"/>
          <w:szCs w:val="21"/>
        </w:rPr>
      </w:pPr>
      <w:r w:rsidRPr="00A5367F">
        <w:rPr>
          <w:color w:val="000000"/>
          <w:sz w:val="21"/>
          <w:szCs w:val="21"/>
        </w:rPr>
        <w:t xml:space="preserve">5. </w:t>
      </w:r>
      <w:bookmarkStart w:id="7" w:name="_Hlk240883012"/>
      <w:r w:rsidRPr="00A5367F">
        <w:rPr>
          <w:color w:val="000000"/>
          <w:sz w:val="21"/>
          <w:szCs w:val="21"/>
        </w:rPr>
        <w:t>При наданні Учасником еквівалентів зразків Журналів, які вимагаються Замовником, Учасник у складі пропозиції повинен надати на фірмовому бланку з № та датою порівняльну таблицю з технічними характеристиками запропонованої продукції у порівнянні з вимогами.</w:t>
      </w:r>
      <w:bookmarkEnd w:id="7"/>
    </w:p>
    <w:sectPr w:rsidR="00A5367F" w:rsidRPr="00A5367F" w:rsidSect="0051663E">
      <w:pgSz w:w="11906" w:h="16838"/>
      <w:pgMar w:top="426" w:right="850" w:bottom="426"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Liberation Serif">
    <w:altName w:val="Times New Roman"/>
    <w:charset w:val="CC"/>
    <w:family w:val="roman"/>
    <w:pitch w:val="variable"/>
    <w:sig w:usb0="E0000AFF" w:usb1="500078FF" w:usb2="00000021" w:usb3="00000000" w:csb0="000001BF" w:csb1="00000000"/>
  </w:font>
  <w:font w:name="Liberation Sans">
    <w:altName w:val="MS Gothic"/>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Antiqua">
    <w:altName w:val="Courier New"/>
    <w:charset w:val="01"/>
    <w:family w:val="roman"/>
    <w:pitch w:val="variable"/>
  </w:font>
  <w:font w:name="Consolas">
    <w:panose1 w:val="020B0609020204030204"/>
    <w:charset w:val="CC"/>
    <w:family w:val="modern"/>
    <w:pitch w:val="fixed"/>
    <w:sig w:usb0="E00006FF" w:usb1="0000FCFF" w:usb2="00000001" w:usb3="00000000" w:csb0="0000019F" w:csb1="00000000"/>
  </w:font>
  <w:font w:name="ArialMT">
    <w:altName w:val="Arial"/>
    <w:panose1 w:val="00000000000000000000"/>
    <w:charset w:val="00"/>
    <w:family w:val="roman"/>
    <w:notTrueType/>
    <w:pitch w:val="default"/>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5"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cs="Symbol"/>
        <w:lang w:val="uk-UA"/>
      </w:rPr>
    </w:lvl>
  </w:abstractNum>
  <w:abstractNum w:abstractNumId="6" w15:restartNumberingAfterBreak="0">
    <w:nsid w:val="00000006"/>
    <w:multiLevelType w:val="singleLevel"/>
    <w:tmpl w:val="00000006"/>
    <w:name w:val="WW8Num11"/>
    <w:lvl w:ilvl="0">
      <w:start w:val="1"/>
      <w:numFmt w:val="bullet"/>
      <w:lvlText w:val="-"/>
      <w:lvlJc w:val="left"/>
      <w:pPr>
        <w:tabs>
          <w:tab w:val="num" w:pos="0"/>
        </w:tabs>
        <w:ind w:left="1004" w:hanging="360"/>
      </w:pPr>
      <w:rPr>
        <w:rFonts w:ascii="Times New Roman" w:hAnsi="Times New Roman" w:cs="Times New Roman"/>
      </w:rPr>
    </w:lvl>
  </w:abstractNum>
  <w:abstractNum w:abstractNumId="7" w15:restartNumberingAfterBreak="0">
    <w:nsid w:val="025E6D82"/>
    <w:multiLevelType w:val="hybridMultilevel"/>
    <w:tmpl w:val="1FFC4C18"/>
    <w:lvl w:ilvl="0" w:tplc="77F21A54">
      <w:start w:val="1"/>
      <w:numFmt w:val="decimal"/>
      <w:pStyle w:val="31"/>
      <w:lvlText w:val="3.%1."/>
      <w:lvlJc w:val="left"/>
      <w:pPr>
        <w:ind w:left="360" w:hanging="360"/>
      </w:pPr>
    </w:lvl>
    <w:lvl w:ilvl="1" w:tplc="04220019">
      <w:start w:val="1"/>
      <w:numFmt w:val="lowerLetter"/>
      <w:lvlText w:val="%2."/>
      <w:lvlJc w:val="left"/>
      <w:pPr>
        <w:ind w:left="1080" w:hanging="360"/>
      </w:pPr>
    </w:lvl>
    <w:lvl w:ilvl="2" w:tplc="0422001B">
      <w:start w:val="1"/>
      <w:numFmt w:val="lowerRoman"/>
      <w:lvlText w:val="%3."/>
      <w:lvlJc w:val="right"/>
      <w:pPr>
        <w:ind w:left="1800" w:hanging="180"/>
      </w:pPr>
    </w:lvl>
    <w:lvl w:ilvl="3" w:tplc="0422000F">
      <w:start w:val="1"/>
      <w:numFmt w:val="decimal"/>
      <w:lvlText w:val="%4."/>
      <w:lvlJc w:val="left"/>
      <w:pPr>
        <w:ind w:left="2520" w:hanging="360"/>
      </w:pPr>
    </w:lvl>
    <w:lvl w:ilvl="4" w:tplc="04220019">
      <w:start w:val="1"/>
      <w:numFmt w:val="lowerLetter"/>
      <w:lvlText w:val="%5."/>
      <w:lvlJc w:val="left"/>
      <w:pPr>
        <w:ind w:left="3240" w:hanging="360"/>
      </w:pPr>
    </w:lvl>
    <w:lvl w:ilvl="5" w:tplc="0422001B">
      <w:start w:val="1"/>
      <w:numFmt w:val="lowerRoman"/>
      <w:lvlText w:val="%6."/>
      <w:lvlJc w:val="right"/>
      <w:pPr>
        <w:ind w:left="3960" w:hanging="180"/>
      </w:pPr>
    </w:lvl>
    <w:lvl w:ilvl="6" w:tplc="0422000F">
      <w:start w:val="1"/>
      <w:numFmt w:val="decimal"/>
      <w:lvlText w:val="%7."/>
      <w:lvlJc w:val="left"/>
      <w:pPr>
        <w:ind w:left="4680" w:hanging="360"/>
      </w:pPr>
    </w:lvl>
    <w:lvl w:ilvl="7" w:tplc="04220019">
      <w:start w:val="1"/>
      <w:numFmt w:val="lowerLetter"/>
      <w:lvlText w:val="%8."/>
      <w:lvlJc w:val="left"/>
      <w:pPr>
        <w:ind w:left="5400" w:hanging="360"/>
      </w:pPr>
    </w:lvl>
    <w:lvl w:ilvl="8" w:tplc="0422001B">
      <w:start w:val="1"/>
      <w:numFmt w:val="lowerRoman"/>
      <w:lvlText w:val="%9."/>
      <w:lvlJc w:val="right"/>
      <w:pPr>
        <w:ind w:left="6120" w:hanging="180"/>
      </w:pPr>
    </w:lvl>
  </w:abstractNum>
  <w:abstractNum w:abstractNumId="8" w15:restartNumberingAfterBreak="0">
    <w:nsid w:val="0D134EE2"/>
    <w:multiLevelType w:val="hybridMultilevel"/>
    <w:tmpl w:val="9E5E1B8E"/>
    <w:lvl w:ilvl="0" w:tplc="0422000F">
      <w:start w:val="1"/>
      <w:numFmt w:val="decimal"/>
      <w:lvlText w:val="%1."/>
      <w:lvlJc w:val="left"/>
      <w:pPr>
        <w:ind w:left="360" w:hanging="360"/>
      </w:pPr>
      <w:rPr>
        <w:rFonts w:hint="default"/>
      </w:rPr>
    </w:lvl>
    <w:lvl w:ilvl="1" w:tplc="04220019">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9" w15:restartNumberingAfterBreak="0">
    <w:nsid w:val="18B930A7"/>
    <w:multiLevelType w:val="hybridMultilevel"/>
    <w:tmpl w:val="1E1A1756"/>
    <w:lvl w:ilvl="0" w:tplc="1004CA16">
      <w:start w:val="1"/>
      <w:numFmt w:val="decimal"/>
      <w:pStyle w:val="21"/>
      <w:lvlText w:val="2.%1."/>
      <w:lvlJc w:val="left"/>
      <w:pPr>
        <w:ind w:left="360" w:hanging="360"/>
      </w:pPr>
    </w:lvl>
    <w:lvl w:ilvl="1" w:tplc="04220019">
      <w:start w:val="1"/>
      <w:numFmt w:val="lowerLetter"/>
      <w:lvlText w:val="%2."/>
      <w:lvlJc w:val="left"/>
      <w:pPr>
        <w:ind w:left="1080" w:hanging="360"/>
      </w:pPr>
    </w:lvl>
    <w:lvl w:ilvl="2" w:tplc="0422001B">
      <w:start w:val="1"/>
      <w:numFmt w:val="lowerRoman"/>
      <w:lvlText w:val="%3."/>
      <w:lvlJc w:val="right"/>
      <w:pPr>
        <w:ind w:left="1800" w:hanging="180"/>
      </w:pPr>
    </w:lvl>
    <w:lvl w:ilvl="3" w:tplc="0422000F">
      <w:start w:val="1"/>
      <w:numFmt w:val="decimal"/>
      <w:lvlText w:val="%4."/>
      <w:lvlJc w:val="left"/>
      <w:pPr>
        <w:ind w:left="2520" w:hanging="360"/>
      </w:pPr>
    </w:lvl>
    <w:lvl w:ilvl="4" w:tplc="04220019">
      <w:start w:val="1"/>
      <w:numFmt w:val="lowerLetter"/>
      <w:lvlText w:val="%5."/>
      <w:lvlJc w:val="left"/>
      <w:pPr>
        <w:ind w:left="3240" w:hanging="360"/>
      </w:pPr>
    </w:lvl>
    <w:lvl w:ilvl="5" w:tplc="0422001B">
      <w:start w:val="1"/>
      <w:numFmt w:val="lowerRoman"/>
      <w:lvlText w:val="%6."/>
      <w:lvlJc w:val="right"/>
      <w:pPr>
        <w:ind w:left="3960" w:hanging="180"/>
      </w:pPr>
    </w:lvl>
    <w:lvl w:ilvl="6" w:tplc="0422000F">
      <w:start w:val="1"/>
      <w:numFmt w:val="decimal"/>
      <w:lvlText w:val="%7."/>
      <w:lvlJc w:val="left"/>
      <w:pPr>
        <w:ind w:left="4680" w:hanging="360"/>
      </w:pPr>
    </w:lvl>
    <w:lvl w:ilvl="7" w:tplc="04220019">
      <w:start w:val="1"/>
      <w:numFmt w:val="lowerLetter"/>
      <w:lvlText w:val="%8."/>
      <w:lvlJc w:val="left"/>
      <w:pPr>
        <w:ind w:left="5400" w:hanging="360"/>
      </w:pPr>
    </w:lvl>
    <w:lvl w:ilvl="8" w:tplc="0422001B">
      <w:start w:val="1"/>
      <w:numFmt w:val="lowerRoman"/>
      <w:lvlText w:val="%9."/>
      <w:lvlJc w:val="right"/>
      <w:pPr>
        <w:ind w:left="6120" w:hanging="180"/>
      </w:pPr>
    </w:lvl>
  </w:abstractNum>
  <w:abstractNum w:abstractNumId="10" w15:restartNumberingAfterBreak="0">
    <w:nsid w:val="220B4A90"/>
    <w:multiLevelType w:val="hybridMultilevel"/>
    <w:tmpl w:val="11C28160"/>
    <w:lvl w:ilvl="0" w:tplc="2C947274">
      <w:start w:val="1"/>
      <w:numFmt w:val="decimal"/>
      <w:pStyle w:val="83"/>
      <w:lvlText w:val="8.3.%1."/>
      <w:lvlJc w:val="left"/>
      <w:pPr>
        <w:ind w:left="1287" w:hanging="360"/>
      </w:pPr>
    </w:lvl>
    <w:lvl w:ilvl="1" w:tplc="04220019">
      <w:start w:val="1"/>
      <w:numFmt w:val="lowerLetter"/>
      <w:lvlText w:val="%2."/>
      <w:lvlJc w:val="left"/>
      <w:pPr>
        <w:ind w:left="2007" w:hanging="360"/>
      </w:pPr>
    </w:lvl>
    <w:lvl w:ilvl="2" w:tplc="0422001B">
      <w:start w:val="1"/>
      <w:numFmt w:val="lowerRoman"/>
      <w:lvlText w:val="%3."/>
      <w:lvlJc w:val="right"/>
      <w:pPr>
        <w:ind w:left="2727" w:hanging="180"/>
      </w:pPr>
    </w:lvl>
    <w:lvl w:ilvl="3" w:tplc="0422000F">
      <w:start w:val="1"/>
      <w:numFmt w:val="decimal"/>
      <w:lvlText w:val="%4."/>
      <w:lvlJc w:val="left"/>
      <w:pPr>
        <w:ind w:left="3447" w:hanging="360"/>
      </w:pPr>
    </w:lvl>
    <w:lvl w:ilvl="4" w:tplc="04220019">
      <w:start w:val="1"/>
      <w:numFmt w:val="lowerLetter"/>
      <w:lvlText w:val="%5."/>
      <w:lvlJc w:val="left"/>
      <w:pPr>
        <w:ind w:left="4167" w:hanging="360"/>
      </w:pPr>
    </w:lvl>
    <w:lvl w:ilvl="5" w:tplc="0422001B">
      <w:start w:val="1"/>
      <w:numFmt w:val="lowerRoman"/>
      <w:lvlText w:val="%6."/>
      <w:lvlJc w:val="right"/>
      <w:pPr>
        <w:ind w:left="4887" w:hanging="180"/>
      </w:pPr>
    </w:lvl>
    <w:lvl w:ilvl="6" w:tplc="0422000F">
      <w:start w:val="1"/>
      <w:numFmt w:val="decimal"/>
      <w:lvlText w:val="%7."/>
      <w:lvlJc w:val="left"/>
      <w:pPr>
        <w:ind w:left="5607" w:hanging="360"/>
      </w:pPr>
    </w:lvl>
    <w:lvl w:ilvl="7" w:tplc="04220019">
      <w:start w:val="1"/>
      <w:numFmt w:val="lowerLetter"/>
      <w:lvlText w:val="%8."/>
      <w:lvlJc w:val="left"/>
      <w:pPr>
        <w:ind w:left="6327" w:hanging="360"/>
      </w:pPr>
    </w:lvl>
    <w:lvl w:ilvl="8" w:tplc="0422001B">
      <w:start w:val="1"/>
      <w:numFmt w:val="lowerRoman"/>
      <w:lvlText w:val="%9."/>
      <w:lvlJc w:val="right"/>
      <w:pPr>
        <w:ind w:left="7047" w:hanging="180"/>
      </w:pPr>
    </w:lvl>
  </w:abstractNum>
  <w:abstractNum w:abstractNumId="11" w15:restartNumberingAfterBreak="0">
    <w:nsid w:val="3AE10519"/>
    <w:multiLevelType w:val="hybridMultilevel"/>
    <w:tmpl w:val="0F12A1BA"/>
    <w:lvl w:ilvl="0" w:tplc="12FA47B6">
      <w:start w:val="1"/>
      <w:numFmt w:val="decimal"/>
      <w:pStyle w:val="6"/>
      <w:lvlText w:val="6.%1."/>
      <w:lvlJc w:val="left"/>
      <w:pPr>
        <w:ind w:left="1287" w:hanging="360"/>
      </w:pPr>
      <w:rPr>
        <w:u w:val="none"/>
      </w:rPr>
    </w:lvl>
    <w:lvl w:ilvl="1" w:tplc="04220019">
      <w:start w:val="1"/>
      <w:numFmt w:val="lowerLetter"/>
      <w:lvlText w:val="%2."/>
      <w:lvlJc w:val="left"/>
      <w:pPr>
        <w:ind w:left="2007" w:hanging="360"/>
      </w:pPr>
    </w:lvl>
    <w:lvl w:ilvl="2" w:tplc="0422001B">
      <w:start w:val="1"/>
      <w:numFmt w:val="lowerRoman"/>
      <w:lvlText w:val="%3."/>
      <w:lvlJc w:val="right"/>
      <w:pPr>
        <w:ind w:left="2727" w:hanging="180"/>
      </w:pPr>
    </w:lvl>
    <w:lvl w:ilvl="3" w:tplc="0422000F">
      <w:start w:val="1"/>
      <w:numFmt w:val="decimal"/>
      <w:lvlText w:val="%4."/>
      <w:lvlJc w:val="left"/>
      <w:pPr>
        <w:ind w:left="3447" w:hanging="360"/>
      </w:pPr>
    </w:lvl>
    <w:lvl w:ilvl="4" w:tplc="04220019">
      <w:start w:val="1"/>
      <w:numFmt w:val="lowerLetter"/>
      <w:lvlText w:val="%5."/>
      <w:lvlJc w:val="left"/>
      <w:pPr>
        <w:ind w:left="4167" w:hanging="360"/>
      </w:pPr>
    </w:lvl>
    <w:lvl w:ilvl="5" w:tplc="0422001B">
      <w:start w:val="1"/>
      <w:numFmt w:val="lowerRoman"/>
      <w:lvlText w:val="%6."/>
      <w:lvlJc w:val="right"/>
      <w:pPr>
        <w:ind w:left="4887" w:hanging="180"/>
      </w:pPr>
    </w:lvl>
    <w:lvl w:ilvl="6" w:tplc="0422000F">
      <w:start w:val="1"/>
      <w:numFmt w:val="decimal"/>
      <w:lvlText w:val="%7."/>
      <w:lvlJc w:val="left"/>
      <w:pPr>
        <w:ind w:left="5607" w:hanging="360"/>
      </w:pPr>
    </w:lvl>
    <w:lvl w:ilvl="7" w:tplc="04220019">
      <w:start w:val="1"/>
      <w:numFmt w:val="lowerLetter"/>
      <w:lvlText w:val="%8."/>
      <w:lvlJc w:val="left"/>
      <w:pPr>
        <w:ind w:left="6327" w:hanging="360"/>
      </w:pPr>
    </w:lvl>
    <w:lvl w:ilvl="8" w:tplc="0422001B">
      <w:start w:val="1"/>
      <w:numFmt w:val="lowerRoman"/>
      <w:lvlText w:val="%9."/>
      <w:lvlJc w:val="right"/>
      <w:pPr>
        <w:ind w:left="7047" w:hanging="180"/>
      </w:pPr>
    </w:lvl>
  </w:abstractNum>
  <w:abstractNum w:abstractNumId="12" w15:restartNumberingAfterBreak="0">
    <w:nsid w:val="54C95FB2"/>
    <w:multiLevelType w:val="multilevel"/>
    <w:tmpl w:val="BF641A44"/>
    <w:lvl w:ilvl="0">
      <w:start w:val="11"/>
      <w:numFmt w:val="decimal"/>
      <w:pStyle w:val="1"/>
      <w:lvlText w:val="%1."/>
      <w:lvlJc w:val="left"/>
      <w:pPr>
        <w:ind w:left="360" w:hanging="360"/>
      </w:pPr>
    </w:lvl>
    <w:lvl w:ilvl="1">
      <w:start w:val="1"/>
      <w:numFmt w:val="decimal"/>
      <w:pStyle w:val="12"/>
      <w:lvlText w:val="%1.%2."/>
      <w:lvlJc w:val="left"/>
      <w:pPr>
        <w:ind w:left="1425"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E81380E"/>
    <w:multiLevelType w:val="multilevel"/>
    <w:tmpl w:val="1512A4D6"/>
    <w:lvl w:ilvl="0">
      <w:start w:val="1"/>
      <w:numFmt w:val="decimal"/>
      <w:pStyle w:val="a0"/>
      <w:lvlText w:val="1.%1."/>
      <w:lvlJc w:val="left"/>
      <w:pPr>
        <w:ind w:left="0" w:firstLine="0"/>
      </w:pPr>
      <w:rPr>
        <w:rFonts w:ascii="Times New Roman" w:eastAsia="Times New Roman" w:hAnsi="Times New Roman" w:cs="Times New Roman"/>
        <w:b w:val="0"/>
        <w:i w:val="0"/>
        <w:smallCaps w:val="0"/>
        <w:strike w:val="0"/>
        <w:color w:val="000000"/>
        <w:sz w:val="24"/>
        <w:szCs w:val="24"/>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15:restartNumberingAfterBreak="0">
    <w:nsid w:val="68CB7048"/>
    <w:multiLevelType w:val="multilevel"/>
    <w:tmpl w:val="9B464B3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6E0910A2"/>
    <w:multiLevelType w:val="hybridMultilevel"/>
    <w:tmpl w:val="A01E1C80"/>
    <w:lvl w:ilvl="0" w:tplc="87B0CFB6">
      <w:start w:val="1"/>
      <w:numFmt w:val="decimal"/>
      <w:pStyle w:val="10"/>
      <w:lvlText w:val="1.%1."/>
      <w:lvlJc w:val="left"/>
      <w:pPr>
        <w:ind w:left="360" w:hanging="360"/>
      </w:pPr>
    </w:lvl>
    <w:lvl w:ilvl="1" w:tplc="04220019">
      <w:start w:val="1"/>
      <w:numFmt w:val="lowerLetter"/>
      <w:lvlText w:val="%2."/>
      <w:lvlJc w:val="left"/>
      <w:pPr>
        <w:ind w:left="1080" w:hanging="360"/>
      </w:pPr>
    </w:lvl>
    <w:lvl w:ilvl="2" w:tplc="0422001B">
      <w:start w:val="1"/>
      <w:numFmt w:val="lowerRoman"/>
      <w:lvlText w:val="%3."/>
      <w:lvlJc w:val="right"/>
      <w:pPr>
        <w:ind w:left="1800" w:hanging="180"/>
      </w:pPr>
    </w:lvl>
    <w:lvl w:ilvl="3" w:tplc="0422000F">
      <w:start w:val="1"/>
      <w:numFmt w:val="decimal"/>
      <w:lvlText w:val="%4."/>
      <w:lvlJc w:val="left"/>
      <w:pPr>
        <w:ind w:left="2520" w:hanging="360"/>
      </w:pPr>
    </w:lvl>
    <w:lvl w:ilvl="4" w:tplc="04220019">
      <w:start w:val="1"/>
      <w:numFmt w:val="lowerLetter"/>
      <w:lvlText w:val="%5."/>
      <w:lvlJc w:val="left"/>
      <w:pPr>
        <w:ind w:left="3240" w:hanging="360"/>
      </w:pPr>
    </w:lvl>
    <w:lvl w:ilvl="5" w:tplc="0422001B">
      <w:start w:val="1"/>
      <w:numFmt w:val="lowerRoman"/>
      <w:lvlText w:val="%6."/>
      <w:lvlJc w:val="right"/>
      <w:pPr>
        <w:ind w:left="3960" w:hanging="180"/>
      </w:pPr>
    </w:lvl>
    <w:lvl w:ilvl="6" w:tplc="0422000F">
      <w:start w:val="1"/>
      <w:numFmt w:val="decimal"/>
      <w:lvlText w:val="%7."/>
      <w:lvlJc w:val="left"/>
      <w:pPr>
        <w:ind w:left="4680" w:hanging="360"/>
      </w:pPr>
    </w:lvl>
    <w:lvl w:ilvl="7" w:tplc="04220019">
      <w:start w:val="1"/>
      <w:numFmt w:val="lowerLetter"/>
      <w:lvlText w:val="%8."/>
      <w:lvlJc w:val="left"/>
      <w:pPr>
        <w:ind w:left="5400" w:hanging="360"/>
      </w:pPr>
    </w:lvl>
    <w:lvl w:ilvl="8" w:tplc="0422001B">
      <w:start w:val="1"/>
      <w:numFmt w:val="lowerRoman"/>
      <w:lvlText w:val="%9."/>
      <w:lvlJc w:val="right"/>
      <w:pPr>
        <w:ind w:left="6120" w:hanging="180"/>
      </w:pPr>
    </w:lvl>
  </w:abstractNum>
  <w:num w:numId="1">
    <w:abstractNumId w:val="14"/>
  </w:num>
  <w:num w:numId="2">
    <w:abstractNumId w:val="13"/>
  </w:num>
  <w:num w:numId="3">
    <w:abstractNumId w:val="3"/>
  </w:num>
  <w:num w:numId="4">
    <w:abstractNumId w:val="2"/>
  </w:num>
  <w:num w:numId="5">
    <w:abstractNumId w:val="4"/>
  </w:num>
  <w:num w:numId="6">
    <w:abstractNumId w:val="1"/>
  </w:num>
  <w:num w:numId="7">
    <w:abstractNumId w:val="0"/>
  </w:num>
  <w:num w:numId="8">
    <w:abstractNumId w:val="15"/>
  </w:num>
  <w:num w:numId="9">
    <w:abstractNumId w:val="9"/>
  </w:num>
  <w:num w:numId="10">
    <w:abstractNumId w:val="7"/>
  </w:num>
  <w:num w:numId="11">
    <w:abstractNumId w:val="11"/>
  </w:num>
  <w:num w:numId="12">
    <w:abstractNumId w:val="10"/>
  </w:num>
  <w:num w:numId="13">
    <w:abstractNumId w:val="12"/>
  </w:num>
  <w:num w:numId="14">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FCD"/>
    <w:rsid w:val="000539F9"/>
    <w:rsid w:val="00061BC2"/>
    <w:rsid w:val="0006318D"/>
    <w:rsid w:val="000803F3"/>
    <w:rsid w:val="00081D0A"/>
    <w:rsid w:val="0008546C"/>
    <w:rsid w:val="000B2A94"/>
    <w:rsid w:val="000B2F17"/>
    <w:rsid w:val="000C340A"/>
    <w:rsid w:val="000C4952"/>
    <w:rsid w:val="000E7329"/>
    <w:rsid w:val="00125B77"/>
    <w:rsid w:val="0014530B"/>
    <w:rsid w:val="001477DE"/>
    <w:rsid w:val="0017048B"/>
    <w:rsid w:val="001B7887"/>
    <w:rsid w:val="001D3A01"/>
    <w:rsid w:val="001F36E4"/>
    <w:rsid w:val="00217418"/>
    <w:rsid w:val="00260ED1"/>
    <w:rsid w:val="00261E3B"/>
    <w:rsid w:val="002B1FE5"/>
    <w:rsid w:val="002C155B"/>
    <w:rsid w:val="002E61D3"/>
    <w:rsid w:val="00300861"/>
    <w:rsid w:val="00315E27"/>
    <w:rsid w:val="003463B1"/>
    <w:rsid w:val="003612B6"/>
    <w:rsid w:val="003779B7"/>
    <w:rsid w:val="0039040B"/>
    <w:rsid w:val="003C0FB3"/>
    <w:rsid w:val="003F2CCA"/>
    <w:rsid w:val="00427FC6"/>
    <w:rsid w:val="00432751"/>
    <w:rsid w:val="00434FB9"/>
    <w:rsid w:val="004432B0"/>
    <w:rsid w:val="00445868"/>
    <w:rsid w:val="0045036C"/>
    <w:rsid w:val="00460555"/>
    <w:rsid w:val="00484094"/>
    <w:rsid w:val="004849BE"/>
    <w:rsid w:val="00497681"/>
    <w:rsid w:val="004C00B2"/>
    <w:rsid w:val="004E3803"/>
    <w:rsid w:val="0051663E"/>
    <w:rsid w:val="0052468D"/>
    <w:rsid w:val="00577FCD"/>
    <w:rsid w:val="005E256B"/>
    <w:rsid w:val="005F5AA5"/>
    <w:rsid w:val="006073B8"/>
    <w:rsid w:val="006214C8"/>
    <w:rsid w:val="00624A3D"/>
    <w:rsid w:val="006535E3"/>
    <w:rsid w:val="006716CC"/>
    <w:rsid w:val="006757F1"/>
    <w:rsid w:val="006861D4"/>
    <w:rsid w:val="006A6967"/>
    <w:rsid w:val="007018F6"/>
    <w:rsid w:val="007241CF"/>
    <w:rsid w:val="00733ECA"/>
    <w:rsid w:val="00741DA1"/>
    <w:rsid w:val="0077541D"/>
    <w:rsid w:val="007977F0"/>
    <w:rsid w:val="007A3DA3"/>
    <w:rsid w:val="007E3784"/>
    <w:rsid w:val="007F503D"/>
    <w:rsid w:val="00856EEB"/>
    <w:rsid w:val="00857308"/>
    <w:rsid w:val="008E1B80"/>
    <w:rsid w:val="0091295D"/>
    <w:rsid w:val="00937E78"/>
    <w:rsid w:val="00941459"/>
    <w:rsid w:val="0097768E"/>
    <w:rsid w:val="00981353"/>
    <w:rsid w:val="00984C0B"/>
    <w:rsid w:val="009B68E7"/>
    <w:rsid w:val="00A012B3"/>
    <w:rsid w:val="00A01660"/>
    <w:rsid w:val="00A029A4"/>
    <w:rsid w:val="00A053B7"/>
    <w:rsid w:val="00A070E1"/>
    <w:rsid w:val="00A5367F"/>
    <w:rsid w:val="00A6066B"/>
    <w:rsid w:val="00A63421"/>
    <w:rsid w:val="00A6733F"/>
    <w:rsid w:val="00A767E9"/>
    <w:rsid w:val="00A776EF"/>
    <w:rsid w:val="00A87F1F"/>
    <w:rsid w:val="00A917A7"/>
    <w:rsid w:val="00A94428"/>
    <w:rsid w:val="00AD1090"/>
    <w:rsid w:val="00AD2904"/>
    <w:rsid w:val="00AE19AF"/>
    <w:rsid w:val="00AE7B9E"/>
    <w:rsid w:val="00AF64CA"/>
    <w:rsid w:val="00B201B4"/>
    <w:rsid w:val="00B31541"/>
    <w:rsid w:val="00B36FB6"/>
    <w:rsid w:val="00B7648F"/>
    <w:rsid w:val="00BA08F7"/>
    <w:rsid w:val="00BA46E9"/>
    <w:rsid w:val="00BA579C"/>
    <w:rsid w:val="00C20D96"/>
    <w:rsid w:val="00C40464"/>
    <w:rsid w:val="00C56739"/>
    <w:rsid w:val="00C62D22"/>
    <w:rsid w:val="00C65EE3"/>
    <w:rsid w:val="00C73F4D"/>
    <w:rsid w:val="00C86040"/>
    <w:rsid w:val="00C92B9A"/>
    <w:rsid w:val="00C95FE7"/>
    <w:rsid w:val="00CC6BB4"/>
    <w:rsid w:val="00CE0456"/>
    <w:rsid w:val="00CE064B"/>
    <w:rsid w:val="00CE3B8E"/>
    <w:rsid w:val="00CF20C1"/>
    <w:rsid w:val="00D02A33"/>
    <w:rsid w:val="00D06BEF"/>
    <w:rsid w:val="00D55104"/>
    <w:rsid w:val="00D56B01"/>
    <w:rsid w:val="00D7137D"/>
    <w:rsid w:val="00D8326E"/>
    <w:rsid w:val="00D91CF1"/>
    <w:rsid w:val="00DE2A6F"/>
    <w:rsid w:val="00E15DD5"/>
    <w:rsid w:val="00E5220C"/>
    <w:rsid w:val="00E56383"/>
    <w:rsid w:val="00E8192F"/>
    <w:rsid w:val="00E92A90"/>
    <w:rsid w:val="00EC5E50"/>
    <w:rsid w:val="00ED42E0"/>
    <w:rsid w:val="00F27B2E"/>
    <w:rsid w:val="00F5477A"/>
    <w:rsid w:val="00F7653F"/>
    <w:rsid w:val="00F8342B"/>
    <w:rsid w:val="00FA10D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E9776"/>
  <w15:chartTrackingRefBased/>
  <w15:docId w15:val="{9E75AD26-D302-496D-8156-582549A75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0E7329"/>
    <w:pPr>
      <w:spacing w:after="0" w:line="240" w:lineRule="auto"/>
    </w:pPr>
    <w:rPr>
      <w:rFonts w:ascii="Times New Roman" w:eastAsia="Times New Roman" w:hAnsi="Times New Roman" w:cs="Times New Roman"/>
      <w:sz w:val="24"/>
      <w:szCs w:val="24"/>
      <w:lang w:eastAsia="ru-RU"/>
    </w:rPr>
  </w:style>
  <w:style w:type="paragraph" w:styleId="11">
    <w:name w:val="heading 1"/>
    <w:basedOn w:val="a1"/>
    <w:next w:val="a1"/>
    <w:link w:val="13"/>
    <w:qFormat/>
    <w:rsid w:val="00A029A4"/>
    <w:pPr>
      <w:keepNext/>
      <w:spacing w:before="240" w:after="60"/>
      <w:outlineLvl w:val="0"/>
    </w:pPr>
    <w:rPr>
      <w:rFonts w:ascii="Arial" w:hAnsi="Arial" w:cs="Arial"/>
      <w:b/>
      <w:bCs/>
      <w:kern w:val="32"/>
      <w:sz w:val="32"/>
      <w:szCs w:val="32"/>
      <w:lang w:val="ru-RU"/>
    </w:rPr>
  </w:style>
  <w:style w:type="paragraph" w:styleId="22">
    <w:name w:val="heading 2"/>
    <w:basedOn w:val="a1"/>
    <w:next w:val="a1"/>
    <w:link w:val="23"/>
    <w:autoRedefine/>
    <w:qFormat/>
    <w:rsid w:val="00E92A90"/>
    <w:pPr>
      <w:keepNext/>
      <w:widowControl w:val="0"/>
      <w:autoSpaceDE w:val="0"/>
      <w:autoSpaceDN w:val="0"/>
      <w:adjustRightInd w:val="0"/>
      <w:jc w:val="both"/>
      <w:outlineLvl w:val="1"/>
    </w:pPr>
    <w:rPr>
      <w:b/>
      <w:bCs/>
      <w:iCs/>
      <w:color w:val="000000" w:themeColor="text1"/>
    </w:rPr>
  </w:style>
  <w:style w:type="paragraph" w:styleId="32">
    <w:name w:val="heading 3"/>
    <w:basedOn w:val="a1"/>
    <w:next w:val="a1"/>
    <w:link w:val="33"/>
    <w:qFormat/>
    <w:rsid w:val="00A029A4"/>
    <w:pPr>
      <w:keepNext/>
      <w:spacing w:before="240" w:after="60"/>
      <w:outlineLvl w:val="2"/>
    </w:pPr>
    <w:rPr>
      <w:rFonts w:ascii="Arial" w:hAnsi="Arial" w:cs="Arial"/>
      <w:b/>
      <w:bCs/>
      <w:sz w:val="26"/>
      <w:szCs w:val="26"/>
    </w:rPr>
  </w:style>
  <w:style w:type="paragraph" w:styleId="4">
    <w:name w:val="heading 4"/>
    <w:basedOn w:val="a1"/>
    <w:next w:val="a1"/>
    <w:link w:val="40"/>
    <w:qFormat/>
    <w:rsid w:val="00A029A4"/>
    <w:pPr>
      <w:keepNext/>
      <w:spacing w:before="240" w:after="60"/>
      <w:outlineLvl w:val="3"/>
    </w:pPr>
    <w:rPr>
      <w:b/>
      <w:bCs/>
      <w:sz w:val="28"/>
      <w:szCs w:val="28"/>
      <w:lang w:val="ru-RU"/>
    </w:rPr>
  </w:style>
  <w:style w:type="paragraph" w:styleId="5">
    <w:name w:val="heading 5"/>
    <w:basedOn w:val="a1"/>
    <w:next w:val="a1"/>
    <w:link w:val="50"/>
    <w:qFormat/>
    <w:rsid w:val="00A029A4"/>
    <w:pPr>
      <w:spacing w:before="240" w:after="60"/>
      <w:outlineLvl w:val="4"/>
    </w:pPr>
    <w:rPr>
      <w:b/>
      <w:bCs/>
      <w:i/>
      <w:iCs/>
      <w:sz w:val="26"/>
      <w:szCs w:val="26"/>
    </w:rPr>
  </w:style>
  <w:style w:type="paragraph" w:styleId="60">
    <w:name w:val="heading 6"/>
    <w:basedOn w:val="a1"/>
    <w:next w:val="a1"/>
    <w:link w:val="61"/>
    <w:uiPriority w:val="9"/>
    <w:semiHidden/>
    <w:unhideWhenUsed/>
    <w:qFormat/>
    <w:rsid w:val="00A012B3"/>
    <w:pPr>
      <w:keepNext/>
      <w:keepLines/>
      <w:spacing w:before="200" w:after="40"/>
      <w:outlineLvl w:val="5"/>
    </w:pPr>
    <w:rPr>
      <w:b/>
      <w:sz w:val="20"/>
      <w:szCs w:val="20"/>
      <w:lang w:eastAsia="uk-UA"/>
    </w:rPr>
  </w:style>
  <w:style w:type="paragraph" w:styleId="7">
    <w:name w:val="heading 7"/>
    <w:basedOn w:val="a1"/>
    <w:next w:val="a1"/>
    <w:link w:val="70"/>
    <w:qFormat/>
    <w:rsid w:val="00A029A4"/>
    <w:pPr>
      <w:spacing w:before="240" w:after="60"/>
      <w:outlineLvl w:val="6"/>
    </w:pPr>
    <w:rPr>
      <w:rFonts w:ascii="Calibri" w:hAnsi="Calibri"/>
      <w:lang w:val="ru-RU"/>
    </w:rPr>
  </w:style>
  <w:style w:type="paragraph" w:styleId="8">
    <w:name w:val="heading 8"/>
    <w:link w:val="80"/>
    <w:uiPriority w:val="9"/>
    <w:qFormat/>
    <w:rsid w:val="003C0FB3"/>
    <w:pPr>
      <w:keepNext/>
      <w:widowControl w:val="0"/>
      <w:spacing w:after="0" w:line="240" w:lineRule="auto"/>
      <w:ind w:firstLine="539"/>
      <w:jc w:val="both"/>
      <w:outlineLvl w:val="7"/>
    </w:pPr>
    <w:rPr>
      <w:rFonts w:ascii="Times New Roman" w:eastAsia="Times New Roman" w:hAnsi="Times New Roman" w:cs="Times New Roman"/>
      <w:sz w:val="24"/>
      <w:u w:val="single"/>
      <w:lang w:eastAsia="uk-UA"/>
    </w:rPr>
  </w:style>
  <w:style w:type="paragraph" w:styleId="9">
    <w:name w:val="heading 9"/>
    <w:link w:val="90"/>
    <w:uiPriority w:val="9"/>
    <w:qFormat/>
    <w:rsid w:val="003C0FB3"/>
    <w:pPr>
      <w:spacing w:before="240" w:after="60" w:line="240" w:lineRule="auto"/>
      <w:outlineLvl w:val="8"/>
    </w:pPr>
    <w:rPr>
      <w:rFonts w:ascii="Arial" w:eastAsia="Times New Roman" w:hAnsi="Arial" w:cs="Arial"/>
      <w:lang w:val="uk"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aliases w:val="Elenco Normale,----,EBRD List,CA bullets,Number Bullets,List Paragraph (numbered (a)),Список уровня 2,название табл/рис,Chapter10,List Paragraph,Абзац списку 1,тв-Абзац списка,заголовок 1.1,List_Paragraph,Multilevel para_II,List Paragraph1"/>
    <w:basedOn w:val="a1"/>
    <w:link w:val="a6"/>
    <w:uiPriority w:val="34"/>
    <w:qFormat/>
    <w:rsid w:val="00577FCD"/>
    <w:pPr>
      <w:ind w:left="720"/>
      <w:contextualSpacing/>
    </w:pPr>
  </w:style>
  <w:style w:type="paragraph" w:styleId="a7">
    <w:name w:val="Balloon Text"/>
    <w:basedOn w:val="a1"/>
    <w:link w:val="a8"/>
    <w:unhideWhenUsed/>
    <w:rsid w:val="00577FCD"/>
    <w:rPr>
      <w:rFonts w:ascii="Segoe UI" w:hAnsi="Segoe UI" w:cs="Segoe UI"/>
      <w:sz w:val="18"/>
      <w:szCs w:val="18"/>
    </w:rPr>
  </w:style>
  <w:style w:type="character" w:customStyle="1" w:styleId="a8">
    <w:name w:val="Текст у виносці Знак"/>
    <w:basedOn w:val="a2"/>
    <w:link w:val="a7"/>
    <w:rsid w:val="00577FCD"/>
    <w:rPr>
      <w:rFonts w:ascii="Segoe UI" w:eastAsia="Times New Roman" w:hAnsi="Segoe UI" w:cs="Segoe UI"/>
      <w:sz w:val="18"/>
      <w:szCs w:val="18"/>
      <w:lang w:val="uk-UA" w:eastAsia="ru-RU"/>
    </w:rPr>
  </w:style>
  <w:style w:type="table" w:styleId="a9">
    <w:name w:val="Table Grid"/>
    <w:basedOn w:val="a3"/>
    <w:uiPriority w:val="59"/>
    <w:rsid w:val="000E73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Заголовок 1 Знак"/>
    <w:basedOn w:val="a2"/>
    <w:link w:val="11"/>
    <w:rsid w:val="00A029A4"/>
    <w:rPr>
      <w:rFonts w:ascii="Arial" w:eastAsia="Times New Roman" w:hAnsi="Arial" w:cs="Arial"/>
      <w:b/>
      <w:bCs/>
      <w:kern w:val="32"/>
      <w:sz w:val="32"/>
      <w:szCs w:val="32"/>
      <w:lang w:val="ru-RU" w:eastAsia="ru-RU"/>
    </w:rPr>
  </w:style>
  <w:style w:type="character" w:customStyle="1" w:styleId="23">
    <w:name w:val="Заголовок 2 Знак"/>
    <w:basedOn w:val="a2"/>
    <w:link w:val="22"/>
    <w:rsid w:val="00E92A90"/>
    <w:rPr>
      <w:rFonts w:ascii="Times New Roman" w:eastAsia="Times New Roman" w:hAnsi="Times New Roman" w:cs="Times New Roman"/>
      <w:b/>
      <w:bCs/>
      <w:iCs/>
      <w:color w:val="000000" w:themeColor="text1"/>
      <w:sz w:val="24"/>
      <w:szCs w:val="24"/>
      <w:lang w:eastAsia="ru-RU"/>
    </w:rPr>
  </w:style>
  <w:style w:type="character" w:customStyle="1" w:styleId="33">
    <w:name w:val="Заголовок 3 Знак"/>
    <w:basedOn w:val="a2"/>
    <w:link w:val="32"/>
    <w:rsid w:val="00A029A4"/>
    <w:rPr>
      <w:rFonts w:ascii="Arial" w:eastAsia="Times New Roman" w:hAnsi="Arial" w:cs="Arial"/>
      <w:b/>
      <w:bCs/>
      <w:sz w:val="26"/>
      <w:szCs w:val="26"/>
      <w:lang w:eastAsia="ru-RU"/>
    </w:rPr>
  </w:style>
  <w:style w:type="character" w:customStyle="1" w:styleId="40">
    <w:name w:val="Заголовок 4 Знак"/>
    <w:basedOn w:val="a2"/>
    <w:link w:val="4"/>
    <w:uiPriority w:val="9"/>
    <w:rsid w:val="00A029A4"/>
    <w:rPr>
      <w:rFonts w:ascii="Times New Roman" w:eastAsia="Times New Roman" w:hAnsi="Times New Roman" w:cs="Times New Roman"/>
      <w:b/>
      <w:bCs/>
      <w:sz w:val="28"/>
      <w:szCs w:val="28"/>
      <w:lang w:val="ru-RU" w:eastAsia="ru-RU"/>
    </w:rPr>
  </w:style>
  <w:style w:type="character" w:customStyle="1" w:styleId="50">
    <w:name w:val="Заголовок 5 Знак"/>
    <w:basedOn w:val="a2"/>
    <w:link w:val="5"/>
    <w:uiPriority w:val="9"/>
    <w:rsid w:val="00A029A4"/>
    <w:rPr>
      <w:rFonts w:ascii="Times New Roman" w:eastAsia="Times New Roman" w:hAnsi="Times New Roman" w:cs="Times New Roman"/>
      <w:b/>
      <w:bCs/>
      <w:i/>
      <w:iCs/>
      <w:sz w:val="26"/>
      <w:szCs w:val="26"/>
      <w:lang w:eastAsia="ru-RU"/>
    </w:rPr>
  </w:style>
  <w:style w:type="character" w:customStyle="1" w:styleId="70">
    <w:name w:val="Заголовок 7 Знак"/>
    <w:basedOn w:val="a2"/>
    <w:link w:val="7"/>
    <w:rsid w:val="00A029A4"/>
    <w:rPr>
      <w:rFonts w:ascii="Calibri" w:eastAsia="Times New Roman" w:hAnsi="Calibri" w:cs="Times New Roman"/>
      <w:sz w:val="24"/>
      <w:szCs w:val="24"/>
      <w:lang w:val="ru-RU" w:eastAsia="ru-RU"/>
    </w:rPr>
  </w:style>
  <w:style w:type="paragraph" w:customStyle="1" w:styleId="CharChar">
    <w:name w:val="Char Знак Знак Char Знак"/>
    <w:basedOn w:val="a1"/>
    <w:rsid w:val="00A029A4"/>
    <w:rPr>
      <w:rFonts w:ascii="Verdana" w:hAnsi="Verdana" w:cs="Verdana"/>
      <w:sz w:val="20"/>
      <w:szCs w:val="20"/>
      <w:lang w:val="en-US" w:eastAsia="en-US"/>
    </w:rPr>
  </w:style>
  <w:style w:type="character" w:styleId="aa">
    <w:name w:val="page number"/>
    <w:basedOn w:val="a2"/>
    <w:rsid w:val="00A029A4"/>
  </w:style>
  <w:style w:type="paragraph" w:styleId="ab">
    <w:name w:val="header"/>
    <w:basedOn w:val="a1"/>
    <w:link w:val="ac"/>
    <w:rsid w:val="00A029A4"/>
    <w:pPr>
      <w:tabs>
        <w:tab w:val="center" w:pos="4677"/>
        <w:tab w:val="right" w:pos="9355"/>
      </w:tabs>
    </w:pPr>
  </w:style>
  <w:style w:type="character" w:customStyle="1" w:styleId="ac">
    <w:name w:val="Верхній колонтитул Знак"/>
    <w:basedOn w:val="a2"/>
    <w:link w:val="ab"/>
    <w:rsid w:val="00A029A4"/>
    <w:rPr>
      <w:rFonts w:ascii="Times New Roman" w:eastAsia="Times New Roman" w:hAnsi="Times New Roman" w:cs="Times New Roman"/>
      <w:sz w:val="24"/>
      <w:szCs w:val="24"/>
      <w:lang w:eastAsia="ru-RU"/>
    </w:rPr>
  </w:style>
  <w:style w:type="paragraph" w:styleId="ad">
    <w:name w:val="footer"/>
    <w:basedOn w:val="a1"/>
    <w:link w:val="ae"/>
    <w:rsid w:val="00A029A4"/>
    <w:pPr>
      <w:tabs>
        <w:tab w:val="center" w:pos="4677"/>
        <w:tab w:val="right" w:pos="9355"/>
      </w:tabs>
    </w:pPr>
    <w:rPr>
      <w:lang w:val="x-none"/>
    </w:rPr>
  </w:style>
  <w:style w:type="character" w:customStyle="1" w:styleId="ae">
    <w:name w:val="Нижній колонтитул Знак"/>
    <w:basedOn w:val="a2"/>
    <w:link w:val="ad"/>
    <w:rsid w:val="00A029A4"/>
    <w:rPr>
      <w:rFonts w:ascii="Times New Roman" w:eastAsia="Times New Roman" w:hAnsi="Times New Roman" w:cs="Times New Roman"/>
      <w:sz w:val="24"/>
      <w:szCs w:val="24"/>
      <w:lang w:val="x-none" w:eastAsia="ru-RU"/>
    </w:rPr>
  </w:style>
  <w:style w:type="paragraph" w:styleId="af">
    <w:name w:val="No Spacing"/>
    <w:aliases w:val="ТNR AMPU"/>
    <w:link w:val="af0"/>
    <w:qFormat/>
    <w:rsid w:val="00A029A4"/>
    <w:pPr>
      <w:spacing w:after="0" w:line="240" w:lineRule="auto"/>
    </w:pPr>
    <w:rPr>
      <w:rFonts w:ascii="Calibri" w:eastAsia="Calibri" w:hAnsi="Calibri" w:cs="Times New Roman"/>
    </w:rPr>
  </w:style>
  <w:style w:type="character" w:customStyle="1" w:styleId="rvts0">
    <w:name w:val="rvts0"/>
    <w:qFormat/>
    <w:rsid w:val="00A029A4"/>
    <w:rPr>
      <w:rFonts w:cs="Times New Roman"/>
    </w:rPr>
  </w:style>
  <w:style w:type="paragraph" w:customStyle="1" w:styleId="rvps2">
    <w:name w:val="rvps2"/>
    <w:basedOn w:val="a1"/>
    <w:qFormat/>
    <w:rsid w:val="00A029A4"/>
    <w:pPr>
      <w:spacing w:before="100" w:beforeAutospacing="1" w:after="100" w:afterAutospacing="1"/>
    </w:pPr>
    <w:rPr>
      <w:rFonts w:eastAsia="Calibri"/>
      <w:lang w:eastAsia="uk-UA"/>
    </w:rPr>
  </w:style>
  <w:style w:type="paragraph" w:styleId="af1">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1"/>
    <w:link w:val="af2"/>
    <w:qFormat/>
    <w:rsid w:val="00A029A4"/>
    <w:pPr>
      <w:spacing w:before="100" w:beforeAutospacing="1" w:after="100" w:afterAutospacing="1"/>
    </w:pPr>
    <w:rPr>
      <w:lang w:val="ru-RU"/>
    </w:rPr>
  </w:style>
  <w:style w:type="paragraph" w:customStyle="1" w:styleId="110">
    <w:name w:val="Знак Знак1 Знак Знак Знак Знак1 Знак Знак Знак Знак Знак Знак Знак Знак Знак Знак Знак Знак Знак Знак Знак Знак Знак Знак"/>
    <w:basedOn w:val="a1"/>
    <w:rsid w:val="00A029A4"/>
    <w:rPr>
      <w:rFonts w:ascii="Verdana" w:hAnsi="Verdana" w:cs="Verdana"/>
      <w:sz w:val="20"/>
      <w:szCs w:val="20"/>
      <w:lang w:val="en-US" w:eastAsia="en-US"/>
    </w:rPr>
  </w:style>
  <w:style w:type="paragraph" w:styleId="24">
    <w:name w:val="Body Text Indent 2"/>
    <w:basedOn w:val="a1"/>
    <w:link w:val="25"/>
    <w:rsid w:val="00A029A4"/>
    <w:pPr>
      <w:ind w:left="360"/>
      <w:jc w:val="both"/>
    </w:pPr>
  </w:style>
  <w:style w:type="character" w:customStyle="1" w:styleId="25">
    <w:name w:val="Основний текст з відступом 2 Знак"/>
    <w:basedOn w:val="a2"/>
    <w:link w:val="24"/>
    <w:rsid w:val="00A029A4"/>
    <w:rPr>
      <w:rFonts w:ascii="Times New Roman" w:eastAsia="Times New Roman" w:hAnsi="Times New Roman" w:cs="Times New Roman"/>
      <w:sz w:val="24"/>
      <w:szCs w:val="24"/>
      <w:lang w:eastAsia="ru-RU"/>
    </w:rPr>
  </w:style>
  <w:style w:type="character" w:styleId="af3">
    <w:name w:val="Hyperlink"/>
    <w:uiPriority w:val="99"/>
    <w:qFormat/>
    <w:rsid w:val="00A029A4"/>
    <w:rPr>
      <w:color w:val="0000FF"/>
      <w:u w:val="single"/>
    </w:rPr>
  </w:style>
  <w:style w:type="paragraph" w:customStyle="1" w:styleId="210">
    <w:name w:val="Знак Знак2 Знак1"/>
    <w:basedOn w:val="a1"/>
    <w:rsid w:val="00A029A4"/>
    <w:rPr>
      <w:rFonts w:ascii="Verdana" w:hAnsi="Verdana" w:cs="Verdana"/>
      <w:sz w:val="20"/>
      <w:szCs w:val="20"/>
      <w:lang w:val="en-US" w:eastAsia="en-US"/>
    </w:rPr>
  </w:style>
  <w:style w:type="character" w:customStyle="1" w:styleId="apple-converted-space">
    <w:name w:val="apple-converted-space"/>
    <w:rsid w:val="00A029A4"/>
  </w:style>
  <w:style w:type="paragraph" w:styleId="af4">
    <w:name w:val="Body Text"/>
    <w:aliases w:val="ISO,ISO т"/>
    <w:basedOn w:val="a1"/>
    <w:link w:val="af5"/>
    <w:unhideWhenUsed/>
    <w:qFormat/>
    <w:rsid w:val="00A029A4"/>
    <w:pPr>
      <w:spacing w:after="120"/>
    </w:pPr>
    <w:rPr>
      <w:lang w:val="ru-RU"/>
    </w:rPr>
  </w:style>
  <w:style w:type="character" w:customStyle="1" w:styleId="af5">
    <w:name w:val="Основний текст Знак"/>
    <w:aliases w:val="ISO Знак,ISO т Знак"/>
    <w:basedOn w:val="a2"/>
    <w:link w:val="af4"/>
    <w:rsid w:val="00A029A4"/>
    <w:rPr>
      <w:rFonts w:ascii="Times New Roman" w:eastAsia="Times New Roman" w:hAnsi="Times New Roman" w:cs="Times New Roman"/>
      <w:sz w:val="24"/>
      <w:szCs w:val="24"/>
      <w:lang w:val="ru-RU" w:eastAsia="ru-RU"/>
    </w:rPr>
  </w:style>
  <w:style w:type="paragraph" w:styleId="26">
    <w:name w:val="Body Text 2"/>
    <w:basedOn w:val="a1"/>
    <w:link w:val="27"/>
    <w:uiPriority w:val="99"/>
    <w:unhideWhenUsed/>
    <w:rsid w:val="00A029A4"/>
    <w:pPr>
      <w:spacing w:after="120" w:line="480" w:lineRule="auto"/>
    </w:pPr>
    <w:rPr>
      <w:lang w:val="ru-RU"/>
    </w:rPr>
  </w:style>
  <w:style w:type="character" w:customStyle="1" w:styleId="27">
    <w:name w:val="Основний текст 2 Знак"/>
    <w:basedOn w:val="a2"/>
    <w:link w:val="26"/>
    <w:uiPriority w:val="99"/>
    <w:rsid w:val="00A029A4"/>
    <w:rPr>
      <w:rFonts w:ascii="Times New Roman" w:eastAsia="Times New Roman" w:hAnsi="Times New Roman" w:cs="Times New Roman"/>
      <w:sz w:val="24"/>
      <w:szCs w:val="24"/>
      <w:lang w:val="ru-RU" w:eastAsia="ru-RU"/>
    </w:rPr>
  </w:style>
  <w:style w:type="paragraph" w:customStyle="1" w:styleId="Style6">
    <w:name w:val="Style6"/>
    <w:basedOn w:val="a1"/>
    <w:rsid w:val="00A029A4"/>
    <w:pPr>
      <w:widowControl w:val="0"/>
      <w:autoSpaceDE w:val="0"/>
      <w:autoSpaceDN w:val="0"/>
      <w:adjustRightInd w:val="0"/>
      <w:spacing w:line="271" w:lineRule="exact"/>
      <w:jc w:val="both"/>
    </w:pPr>
    <w:rPr>
      <w:lang w:eastAsia="uk-UA"/>
    </w:rPr>
  </w:style>
  <w:style w:type="paragraph" w:customStyle="1" w:styleId="af6">
    <w:name w:val="Содержимое таблицы"/>
    <w:basedOn w:val="a1"/>
    <w:qFormat/>
    <w:rsid w:val="00A029A4"/>
    <w:pPr>
      <w:widowControl w:val="0"/>
      <w:suppressLineNumbers/>
      <w:suppressAutoHyphens/>
    </w:pPr>
    <w:rPr>
      <w:rFonts w:eastAsia="Lucida Sans Unicode" w:cs="Mangal"/>
      <w:kern w:val="2"/>
      <w:lang w:val="ru-RU" w:eastAsia="zh-CN" w:bidi="hi-IN"/>
    </w:rPr>
  </w:style>
  <w:style w:type="character" w:customStyle="1" w:styleId="af2">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f1"/>
    <w:qFormat/>
    <w:rsid w:val="00A029A4"/>
    <w:rPr>
      <w:rFonts w:ascii="Times New Roman" w:eastAsia="Times New Roman" w:hAnsi="Times New Roman" w:cs="Times New Roman"/>
      <w:sz w:val="24"/>
      <w:szCs w:val="24"/>
      <w:lang w:val="ru-RU" w:eastAsia="ru-RU"/>
    </w:rPr>
  </w:style>
  <w:style w:type="character" w:styleId="af7">
    <w:name w:val="Strong"/>
    <w:uiPriority w:val="22"/>
    <w:qFormat/>
    <w:rsid w:val="00A029A4"/>
    <w:rPr>
      <w:b/>
      <w:bCs/>
    </w:rPr>
  </w:style>
  <w:style w:type="paragraph" w:styleId="af8">
    <w:name w:val="Body Text Indent"/>
    <w:basedOn w:val="a1"/>
    <w:link w:val="af9"/>
    <w:rsid w:val="00A029A4"/>
    <w:pPr>
      <w:spacing w:after="120"/>
      <w:ind w:left="283"/>
    </w:pPr>
    <w:rPr>
      <w:lang w:eastAsia="x-none"/>
    </w:rPr>
  </w:style>
  <w:style w:type="character" w:customStyle="1" w:styleId="af9">
    <w:name w:val="Основний текст з відступом Знак"/>
    <w:basedOn w:val="a2"/>
    <w:link w:val="af8"/>
    <w:rsid w:val="00A029A4"/>
    <w:rPr>
      <w:rFonts w:ascii="Times New Roman" w:eastAsia="Times New Roman" w:hAnsi="Times New Roman" w:cs="Times New Roman"/>
      <w:sz w:val="24"/>
      <w:szCs w:val="24"/>
      <w:lang w:eastAsia="x-none"/>
    </w:rPr>
  </w:style>
  <w:style w:type="paragraph" w:styleId="34">
    <w:name w:val="Body Text 3"/>
    <w:basedOn w:val="a1"/>
    <w:link w:val="35"/>
    <w:rsid w:val="00A029A4"/>
    <w:pPr>
      <w:spacing w:after="120"/>
    </w:pPr>
    <w:rPr>
      <w:sz w:val="16"/>
      <w:szCs w:val="16"/>
      <w:lang w:eastAsia="x-none"/>
    </w:rPr>
  </w:style>
  <w:style w:type="character" w:customStyle="1" w:styleId="35">
    <w:name w:val="Основний текст 3 Знак"/>
    <w:basedOn w:val="a2"/>
    <w:link w:val="34"/>
    <w:rsid w:val="00A029A4"/>
    <w:rPr>
      <w:rFonts w:ascii="Times New Roman" w:eastAsia="Times New Roman" w:hAnsi="Times New Roman" w:cs="Times New Roman"/>
      <w:sz w:val="16"/>
      <w:szCs w:val="16"/>
      <w:lang w:eastAsia="x-none"/>
    </w:rPr>
  </w:style>
  <w:style w:type="paragraph" w:customStyle="1" w:styleId="28">
    <w:name w:val="Абзац списка2"/>
    <w:basedOn w:val="a1"/>
    <w:rsid w:val="00A029A4"/>
    <w:pPr>
      <w:suppressAutoHyphens/>
      <w:spacing w:after="200" w:line="276" w:lineRule="auto"/>
      <w:ind w:left="720"/>
      <w:contextualSpacing/>
    </w:pPr>
    <w:rPr>
      <w:rFonts w:ascii="Calibri" w:eastAsia="Lucida Sans Unicode" w:hAnsi="Calibri" w:cs="Calibri"/>
      <w:kern w:val="1"/>
      <w:sz w:val="22"/>
      <w:szCs w:val="22"/>
      <w:lang w:val="ru-RU" w:eastAsia="zh-CN" w:bidi="hi-IN"/>
    </w:rPr>
  </w:style>
  <w:style w:type="paragraph" w:styleId="HTML">
    <w:name w:val="HTML Preformatted"/>
    <w:aliases w:val="Знак9,Знак2"/>
    <w:basedOn w:val="a1"/>
    <w:link w:val="HTML0"/>
    <w:qFormat/>
    <w:rsid w:val="00A02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000000"/>
      <w:sz w:val="17"/>
      <w:szCs w:val="17"/>
      <w:lang w:val="x-none" w:eastAsia="ar-SA"/>
    </w:rPr>
  </w:style>
  <w:style w:type="character" w:customStyle="1" w:styleId="HTML0">
    <w:name w:val="Стандартний HTML Знак"/>
    <w:aliases w:val="Знак9 Знак,Знак2 Знак"/>
    <w:basedOn w:val="a2"/>
    <w:link w:val="HTML"/>
    <w:rsid w:val="00A029A4"/>
    <w:rPr>
      <w:rFonts w:ascii="Courier New" w:eastAsia="Times New Roman" w:hAnsi="Courier New" w:cs="Times New Roman"/>
      <w:color w:val="000000"/>
      <w:sz w:val="17"/>
      <w:szCs w:val="17"/>
      <w:lang w:val="x-none" w:eastAsia="ar-SA"/>
    </w:rPr>
  </w:style>
  <w:style w:type="paragraph" w:customStyle="1" w:styleId="14">
    <w:name w:val="Звичайний1"/>
    <w:rsid w:val="00A029A4"/>
    <w:pPr>
      <w:spacing w:after="0" w:line="276" w:lineRule="auto"/>
    </w:pPr>
    <w:rPr>
      <w:rFonts w:ascii="Arial" w:eastAsia="Arial" w:hAnsi="Arial" w:cs="Arial"/>
      <w:color w:val="000000"/>
      <w:lang w:val="ru-RU" w:eastAsia="ru-RU"/>
    </w:rPr>
  </w:style>
  <w:style w:type="character" w:customStyle="1" w:styleId="15">
    <w:name w:val="Основной шрифт абзаца1"/>
    <w:link w:val="afa"/>
    <w:rsid w:val="00A029A4"/>
    <w:rPr>
      <w:rFonts w:ascii="Verdana" w:eastAsia="Verdana" w:hAnsi="Verdana"/>
    </w:rPr>
  </w:style>
  <w:style w:type="paragraph" w:customStyle="1" w:styleId="310">
    <w:name w:val="Заголовок 31"/>
    <w:basedOn w:val="a1"/>
    <w:uiPriority w:val="99"/>
    <w:rsid w:val="00A029A4"/>
    <w:pPr>
      <w:spacing w:before="100" w:beforeAutospacing="1" w:after="100" w:afterAutospacing="1"/>
      <w:outlineLvl w:val="2"/>
    </w:pPr>
    <w:rPr>
      <w:b/>
      <w:sz w:val="27"/>
      <w:szCs w:val="20"/>
      <w:lang w:eastAsia="uk-UA"/>
    </w:rPr>
  </w:style>
  <w:style w:type="paragraph" w:customStyle="1" w:styleId="afa">
    <w:name w:val="Знак"/>
    <w:basedOn w:val="a1"/>
    <w:link w:val="15"/>
    <w:rsid w:val="00A029A4"/>
    <w:rPr>
      <w:rFonts w:ascii="Verdana" w:eastAsia="Verdana" w:hAnsi="Verdana" w:cstheme="minorBidi"/>
      <w:sz w:val="22"/>
      <w:szCs w:val="22"/>
      <w:lang w:eastAsia="en-US"/>
    </w:rPr>
  </w:style>
  <w:style w:type="paragraph" w:customStyle="1" w:styleId="Default">
    <w:name w:val="Default"/>
    <w:rsid w:val="00A029A4"/>
    <w:pPr>
      <w:autoSpaceDE w:val="0"/>
      <w:autoSpaceDN w:val="0"/>
      <w:adjustRightInd w:val="0"/>
      <w:spacing w:after="0" w:line="240" w:lineRule="auto"/>
    </w:pPr>
    <w:rPr>
      <w:rFonts w:ascii="Times New Roman" w:eastAsia="Times New Roman" w:hAnsi="Times New Roman" w:cs="Times New Roman"/>
      <w:color w:val="000000"/>
      <w:sz w:val="24"/>
      <w:szCs w:val="24"/>
      <w:lang w:eastAsia="uk-UA"/>
    </w:rPr>
  </w:style>
  <w:style w:type="paragraph" w:customStyle="1" w:styleId="afb">
    <w:name w:val="Заголовок таблицы"/>
    <w:basedOn w:val="a1"/>
    <w:rsid w:val="00A029A4"/>
    <w:pPr>
      <w:widowControl w:val="0"/>
      <w:suppressLineNumbers/>
      <w:suppressAutoHyphens/>
      <w:jc w:val="center"/>
    </w:pPr>
    <w:rPr>
      <w:rFonts w:ascii="Times New Roman CYR" w:hAnsi="Times New Roman CYR"/>
      <w:b/>
      <w:bCs/>
      <w:lang w:val="ru-RU" w:eastAsia="ar-SA"/>
    </w:rPr>
  </w:style>
  <w:style w:type="paragraph" w:customStyle="1" w:styleId="LO-normal">
    <w:name w:val="LO-normal"/>
    <w:qFormat/>
    <w:rsid w:val="00A029A4"/>
    <w:pPr>
      <w:spacing w:after="0" w:line="276" w:lineRule="auto"/>
    </w:pPr>
    <w:rPr>
      <w:rFonts w:ascii="Arial" w:eastAsia="Tahoma" w:hAnsi="Arial" w:cs="Arial"/>
      <w:color w:val="000000"/>
      <w:lang w:val="ru-RU" w:eastAsia="zh-CN"/>
    </w:rPr>
  </w:style>
  <w:style w:type="character" w:customStyle="1" w:styleId="apple-style-span">
    <w:name w:val="apple-style-span"/>
    <w:rsid w:val="00A029A4"/>
  </w:style>
  <w:style w:type="paragraph" w:customStyle="1" w:styleId="16">
    <w:name w:val="Обычный1"/>
    <w:link w:val="Normal"/>
    <w:qFormat/>
    <w:rsid w:val="00A029A4"/>
    <w:pPr>
      <w:widowControl w:val="0"/>
      <w:snapToGrid w:val="0"/>
      <w:spacing w:after="0" w:line="300" w:lineRule="auto"/>
      <w:ind w:firstLine="520"/>
    </w:pPr>
    <w:rPr>
      <w:rFonts w:ascii="Times New Roman" w:eastAsia="Times New Roman" w:hAnsi="Times New Roman" w:cs="Times New Roman"/>
      <w:szCs w:val="20"/>
      <w:lang w:eastAsia="ru-RU"/>
    </w:rPr>
  </w:style>
  <w:style w:type="character" w:customStyle="1" w:styleId="Garamond">
    <w:name w:val="Основной текст + Garamond"/>
    <w:aliases w:val="7,5 pt1,Масштаб 120%"/>
    <w:rsid w:val="00A029A4"/>
    <w:rPr>
      <w:rFonts w:ascii="Garamond" w:eastAsia="Times New Roman" w:hAnsi="Garamond" w:cs="Garamond"/>
      <w:w w:val="120"/>
      <w:sz w:val="15"/>
      <w:szCs w:val="15"/>
      <w:u w:val="none"/>
      <w:lang w:val="en-US" w:eastAsia="en-US" w:bidi="ar-SA"/>
    </w:rPr>
  </w:style>
  <w:style w:type="character" w:styleId="afc">
    <w:name w:val="annotation reference"/>
    <w:qFormat/>
    <w:rsid w:val="00A029A4"/>
    <w:rPr>
      <w:sz w:val="16"/>
      <w:szCs w:val="16"/>
    </w:rPr>
  </w:style>
  <w:style w:type="paragraph" w:styleId="afd">
    <w:name w:val="annotation text"/>
    <w:basedOn w:val="a1"/>
    <w:link w:val="afe"/>
    <w:uiPriority w:val="99"/>
    <w:rsid w:val="00A029A4"/>
    <w:rPr>
      <w:sz w:val="20"/>
      <w:szCs w:val="20"/>
      <w:lang w:val="x-none"/>
    </w:rPr>
  </w:style>
  <w:style w:type="character" w:customStyle="1" w:styleId="afe">
    <w:name w:val="Текст примітки Знак"/>
    <w:basedOn w:val="a2"/>
    <w:link w:val="afd"/>
    <w:uiPriority w:val="99"/>
    <w:rsid w:val="00A029A4"/>
    <w:rPr>
      <w:rFonts w:ascii="Times New Roman" w:eastAsia="Times New Roman" w:hAnsi="Times New Roman" w:cs="Times New Roman"/>
      <w:sz w:val="20"/>
      <w:szCs w:val="20"/>
      <w:lang w:val="x-none" w:eastAsia="ru-RU"/>
    </w:rPr>
  </w:style>
  <w:style w:type="paragraph" w:styleId="aff">
    <w:name w:val="annotation subject"/>
    <w:basedOn w:val="afd"/>
    <w:next w:val="afd"/>
    <w:link w:val="aff0"/>
    <w:rsid w:val="00A029A4"/>
    <w:rPr>
      <w:b/>
      <w:bCs/>
    </w:rPr>
  </w:style>
  <w:style w:type="character" w:customStyle="1" w:styleId="aff0">
    <w:name w:val="Тема примітки Знак"/>
    <w:basedOn w:val="afe"/>
    <w:link w:val="aff"/>
    <w:rsid w:val="00A029A4"/>
    <w:rPr>
      <w:rFonts w:ascii="Times New Roman" w:eastAsia="Times New Roman" w:hAnsi="Times New Roman" w:cs="Times New Roman"/>
      <w:b/>
      <w:bCs/>
      <w:sz w:val="20"/>
      <w:szCs w:val="20"/>
      <w:lang w:val="x-none" w:eastAsia="ru-RU"/>
    </w:rPr>
  </w:style>
  <w:style w:type="character" w:customStyle="1" w:styleId="Normal">
    <w:name w:val="Normal Знак"/>
    <w:link w:val="16"/>
    <w:rsid w:val="00A029A4"/>
    <w:rPr>
      <w:rFonts w:ascii="Times New Roman" w:eastAsia="Times New Roman" w:hAnsi="Times New Roman" w:cs="Times New Roman"/>
      <w:szCs w:val="20"/>
      <w:lang w:eastAsia="ru-RU"/>
    </w:rPr>
  </w:style>
  <w:style w:type="table" w:customStyle="1" w:styleId="17">
    <w:name w:val="Сетка таблицы1"/>
    <w:basedOn w:val="a3"/>
    <w:next w:val="a9"/>
    <w:uiPriority w:val="39"/>
    <w:rsid w:val="00A029A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1">
    <w:name w:val="Title"/>
    <w:basedOn w:val="a1"/>
    <w:link w:val="aff2"/>
    <w:qFormat/>
    <w:rsid w:val="00A029A4"/>
    <w:pPr>
      <w:jc w:val="center"/>
    </w:pPr>
    <w:rPr>
      <w:b/>
      <w:sz w:val="28"/>
      <w:szCs w:val="20"/>
      <w:lang w:val="x-none" w:eastAsia="x-none"/>
    </w:rPr>
  </w:style>
  <w:style w:type="character" w:customStyle="1" w:styleId="aff2">
    <w:name w:val="Назва Знак"/>
    <w:basedOn w:val="a2"/>
    <w:link w:val="aff1"/>
    <w:rsid w:val="00A029A4"/>
    <w:rPr>
      <w:rFonts w:ascii="Times New Roman" w:eastAsia="Times New Roman" w:hAnsi="Times New Roman" w:cs="Times New Roman"/>
      <w:b/>
      <w:sz w:val="28"/>
      <w:szCs w:val="20"/>
      <w:lang w:val="x-none" w:eastAsia="x-none"/>
    </w:rPr>
  </w:style>
  <w:style w:type="character" w:customStyle="1" w:styleId="aff3">
    <w:name w:val="Основний текст_"/>
    <w:link w:val="18"/>
    <w:locked/>
    <w:rsid w:val="00A029A4"/>
    <w:rPr>
      <w:sz w:val="23"/>
      <w:szCs w:val="23"/>
      <w:shd w:val="clear" w:color="auto" w:fill="FFFFFF"/>
    </w:rPr>
  </w:style>
  <w:style w:type="paragraph" w:customStyle="1" w:styleId="18">
    <w:name w:val="Основний текст1"/>
    <w:basedOn w:val="a1"/>
    <w:link w:val="aff3"/>
    <w:rsid w:val="00A029A4"/>
    <w:pPr>
      <w:shd w:val="clear" w:color="auto" w:fill="FFFFFF"/>
      <w:spacing w:line="240" w:lineRule="atLeast"/>
    </w:pPr>
    <w:rPr>
      <w:rFonts w:asciiTheme="minorHAnsi" w:eastAsiaTheme="minorHAnsi" w:hAnsiTheme="minorHAnsi" w:cstheme="minorBidi"/>
      <w:sz w:val="23"/>
      <w:szCs w:val="23"/>
      <w:lang w:eastAsia="en-US"/>
    </w:rPr>
  </w:style>
  <w:style w:type="paragraph" w:customStyle="1" w:styleId="19">
    <w:name w:val="Абзац списка1"/>
    <w:aliases w:val="AC List 01,Bullet Number,Bullet 1,Use Case List Paragraph,lp1,lp11,List Paragraph11,Литература"/>
    <w:basedOn w:val="a1"/>
    <w:qFormat/>
    <w:rsid w:val="00A029A4"/>
    <w:pPr>
      <w:spacing w:after="200" w:line="276" w:lineRule="auto"/>
      <w:ind w:left="720"/>
    </w:pPr>
    <w:rPr>
      <w:rFonts w:ascii="Calibri" w:hAnsi="Calibri"/>
      <w:sz w:val="22"/>
      <w:szCs w:val="22"/>
      <w:lang w:val="ru-RU" w:eastAsia="en-US"/>
    </w:rPr>
  </w:style>
  <w:style w:type="paragraph" w:customStyle="1" w:styleId="listparagraphcxspmiddle">
    <w:name w:val="listparagraphcxspmiddle"/>
    <w:basedOn w:val="a1"/>
    <w:rsid w:val="00A029A4"/>
    <w:pPr>
      <w:spacing w:before="100" w:beforeAutospacing="1" w:after="100" w:afterAutospacing="1"/>
    </w:pPr>
    <w:rPr>
      <w:lang w:val="ru-RU"/>
    </w:rPr>
  </w:style>
  <w:style w:type="paragraph" w:customStyle="1" w:styleId="listparagraphcxsplast">
    <w:name w:val="listparagraphcxsplast"/>
    <w:basedOn w:val="a1"/>
    <w:rsid w:val="00A029A4"/>
    <w:pPr>
      <w:spacing w:before="100" w:beforeAutospacing="1" w:after="100" w:afterAutospacing="1"/>
    </w:pPr>
    <w:rPr>
      <w:lang w:val="ru-RU"/>
    </w:rPr>
  </w:style>
  <w:style w:type="paragraph" w:customStyle="1" w:styleId="c7e0e3eeebeee2eeea">
    <w:name w:val="Зc7аe0гe3оeeлebоeeвe2оeeкea"/>
    <w:basedOn w:val="a1"/>
    <w:rsid w:val="00A029A4"/>
    <w:pPr>
      <w:widowControl w:val="0"/>
      <w:suppressAutoHyphens/>
      <w:overflowPunct w:val="0"/>
      <w:ind w:left="320"/>
      <w:jc w:val="center"/>
    </w:pPr>
    <w:rPr>
      <w:rFonts w:ascii="Liberation Serif" w:eastAsia="Tahoma" w:hAnsi="Liberation Serif" w:cs="Liberation Serif"/>
      <w:b/>
      <w:bCs/>
      <w:color w:val="00000A"/>
      <w:kern w:val="2"/>
      <w:sz w:val="18"/>
      <w:szCs w:val="18"/>
      <w:lang w:eastAsia="zh-CN"/>
    </w:rPr>
  </w:style>
  <w:style w:type="character" w:customStyle="1" w:styleId="h-hidden">
    <w:name w:val="h-hidden"/>
    <w:rsid w:val="00A029A4"/>
  </w:style>
  <w:style w:type="paragraph" w:customStyle="1" w:styleId="1a">
    <w:name w:val="Без интервала1"/>
    <w:qFormat/>
    <w:rsid w:val="00A029A4"/>
    <w:pPr>
      <w:spacing w:after="0" w:line="240" w:lineRule="auto"/>
    </w:pPr>
    <w:rPr>
      <w:rFonts w:ascii="Calibri" w:eastAsia="Times New Roman" w:hAnsi="Calibri" w:cs="Times New Roman"/>
      <w:lang w:val="ru-RU" w:eastAsia="ru-RU"/>
    </w:rPr>
  </w:style>
  <w:style w:type="paragraph" w:styleId="36">
    <w:name w:val="Body Text Indent 3"/>
    <w:basedOn w:val="a1"/>
    <w:link w:val="37"/>
    <w:rsid w:val="00A029A4"/>
    <w:pPr>
      <w:spacing w:after="120"/>
      <w:ind w:left="283"/>
    </w:pPr>
    <w:rPr>
      <w:sz w:val="16"/>
      <w:szCs w:val="16"/>
    </w:rPr>
  </w:style>
  <w:style w:type="character" w:customStyle="1" w:styleId="37">
    <w:name w:val="Основний текст з відступом 3 Знак"/>
    <w:basedOn w:val="a2"/>
    <w:link w:val="36"/>
    <w:rsid w:val="00A029A4"/>
    <w:rPr>
      <w:rFonts w:ascii="Times New Roman" w:eastAsia="Times New Roman" w:hAnsi="Times New Roman" w:cs="Times New Roman"/>
      <w:sz w:val="16"/>
      <w:szCs w:val="16"/>
      <w:lang w:eastAsia="ru-RU"/>
    </w:rPr>
  </w:style>
  <w:style w:type="character" w:styleId="aff4">
    <w:name w:val="FollowedHyperlink"/>
    <w:uiPriority w:val="99"/>
    <w:unhideWhenUsed/>
    <w:rsid w:val="00A029A4"/>
    <w:rPr>
      <w:color w:val="954F72"/>
      <w:u w:val="single"/>
    </w:rPr>
  </w:style>
  <w:style w:type="paragraph" w:customStyle="1" w:styleId="msonormal0">
    <w:name w:val="msonormal"/>
    <w:basedOn w:val="a1"/>
    <w:rsid w:val="00A029A4"/>
    <w:pPr>
      <w:spacing w:before="100" w:beforeAutospacing="1" w:after="100" w:afterAutospacing="1"/>
    </w:pPr>
    <w:rPr>
      <w:lang w:eastAsia="uk-UA"/>
    </w:rPr>
  </w:style>
  <w:style w:type="paragraph" w:customStyle="1" w:styleId="xl72">
    <w:name w:val="xl72"/>
    <w:basedOn w:val="a1"/>
    <w:rsid w:val="00A029A4"/>
    <w:pPr>
      <w:spacing w:before="100" w:beforeAutospacing="1" w:after="100" w:afterAutospacing="1"/>
      <w:jc w:val="center"/>
      <w:textAlignment w:val="center"/>
    </w:pPr>
    <w:rPr>
      <w:lang w:eastAsia="uk-UA"/>
    </w:rPr>
  </w:style>
  <w:style w:type="paragraph" w:customStyle="1" w:styleId="xl73">
    <w:name w:val="xl73"/>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4">
    <w:name w:val="xl74"/>
    <w:basedOn w:val="a1"/>
    <w:rsid w:val="00A029A4"/>
    <w:pPr>
      <w:pBdr>
        <w:top w:val="single" w:sz="4" w:space="0" w:color="auto"/>
        <w:left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5">
    <w:name w:val="xl75"/>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6">
    <w:name w:val="xl76"/>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7">
    <w:name w:val="xl77"/>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78">
    <w:name w:val="xl78"/>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79">
    <w:name w:val="xl79"/>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0">
    <w:name w:val="xl80"/>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1">
    <w:name w:val="xl81"/>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2">
    <w:name w:val="xl82"/>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3">
    <w:name w:val="xl83"/>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84">
    <w:name w:val="xl84"/>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5">
    <w:name w:val="xl85"/>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6">
    <w:name w:val="xl86"/>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7">
    <w:name w:val="xl87"/>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8">
    <w:name w:val="xl88"/>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9">
    <w:name w:val="xl89"/>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0">
    <w:name w:val="xl90"/>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1">
    <w:name w:val="xl91"/>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2">
    <w:name w:val="xl92"/>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3">
    <w:name w:val="xl93"/>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94">
    <w:name w:val="xl94"/>
    <w:basedOn w:val="a1"/>
    <w:rsid w:val="00A0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lang w:eastAsia="uk-UA"/>
    </w:rPr>
  </w:style>
  <w:style w:type="paragraph" w:customStyle="1" w:styleId="xl95">
    <w:name w:val="xl95"/>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6">
    <w:name w:val="xl96"/>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97">
    <w:name w:val="xl97"/>
    <w:basedOn w:val="a1"/>
    <w:rsid w:val="00A029A4"/>
    <w:pPr>
      <w:spacing w:before="100" w:beforeAutospacing="1" w:after="100" w:afterAutospacing="1"/>
      <w:jc w:val="center"/>
      <w:textAlignment w:val="center"/>
    </w:pPr>
    <w:rPr>
      <w:lang w:eastAsia="uk-UA"/>
    </w:rPr>
  </w:style>
  <w:style w:type="paragraph" w:customStyle="1" w:styleId="xl98">
    <w:name w:val="xl98"/>
    <w:basedOn w:val="a1"/>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eastAsia="uk-UA"/>
    </w:rPr>
  </w:style>
  <w:style w:type="character" w:customStyle="1" w:styleId="af0">
    <w:name w:val="Без інтервалів Знак"/>
    <w:aliases w:val="ТNR AMPU Знак"/>
    <w:link w:val="af"/>
    <w:qFormat/>
    <w:locked/>
    <w:rsid w:val="00A029A4"/>
    <w:rPr>
      <w:rFonts w:ascii="Calibri" w:eastAsia="Calibri" w:hAnsi="Calibri" w:cs="Times New Roman"/>
    </w:rPr>
  </w:style>
  <w:style w:type="paragraph" w:customStyle="1" w:styleId="1b">
    <w:name w:val="Заголовок1"/>
    <w:basedOn w:val="a1"/>
    <w:next w:val="af4"/>
    <w:qFormat/>
    <w:rsid w:val="00A029A4"/>
    <w:pPr>
      <w:keepNext/>
      <w:suppressAutoHyphens/>
      <w:spacing w:before="240" w:after="120" w:line="276" w:lineRule="auto"/>
    </w:pPr>
    <w:rPr>
      <w:rFonts w:ascii="Liberation Sans" w:eastAsia="Microsoft YaHei" w:hAnsi="Liberation Sans" w:cs="Arial"/>
      <w:sz w:val="28"/>
      <w:szCs w:val="28"/>
      <w:lang w:val="ru-RU" w:eastAsia="en-US"/>
    </w:rPr>
  </w:style>
  <w:style w:type="character" w:customStyle="1" w:styleId="a6">
    <w:name w:val="Абзац списку Знак"/>
    <w:aliases w:val="Elenco Normale Знак,---- Знак,EBRD List Знак,CA bullets Знак,Number Bullets Знак,List Paragraph (numbered (a)) Знак,Список уровня 2 Знак,название табл/рис Знак,Chapter10 Знак,List Paragraph Знак,Абзац списку 1 Знак,тв-Абзац списка Знак"/>
    <w:link w:val="a5"/>
    <w:uiPriority w:val="34"/>
    <w:qFormat/>
    <w:locked/>
    <w:rsid w:val="00A029A4"/>
    <w:rPr>
      <w:rFonts w:ascii="Times New Roman" w:eastAsia="Times New Roman" w:hAnsi="Times New Roman" w:cs="Times New Roman"/>
      <w:sz w:val="24"/>
      <w:szCs w:val="24"/>
      <w:lang w:eastAsia="ru-RU"/>
    </w:rPr>
  </w:style>
  <w:style w:type="paragraph" w:customStyle="1" w:styleId="TableParagraph">
    <w:name w:val="Table Paragraph"/>
    <w:basedOn w:val="a1"/>
    <w:uiPriority w:val="1"/>
    <w:qFormat/>
    <w:rsid w:val="00A029A4"/>
    <w:pPr>
      <w:widowControl w:val="0"/>
    </w:pPr>
    <w:rPr>
      <w:rFonts w:ascii="Calibri" w:eastAsia="Calibri" w:hAnsi="Calibri"/>
      <w:sz w:val="22"/>
      <w:szCs w:val="22"/>
      <w:lang w:val="en-US" w:eastAsia="en-US"/>
    </w:rPr>
  </w:style>
  <w:style w:type="character" w:customStyle="1" w:styleId="longtext">
    <w:name w:val="long_text"/>
    <w:qFormat/>
    <w:rsid w:val="00A029A4"/>
  </w:style>
  <w:style w:type="paragraph" w:customStyle="1" w:styleId="xfmc2">
    <w:name w:val="xfmc2"/>
    <w:basedOn w:val="a1"/>
    <w:rsid w:val="00A029A4"/>
    <w:pPr>
      <w:spacing w:before="100" w:beforeAutospacing="1" w:after="100" w:afterAutospacing="1"/>
    </w:pPr>
    <w:rPr>
      <w:lang w:val="ru-RU"/>
    </w:rPr>
  </w:style>
  <w:style w:type="character" w:customStyle="1" w:styleId="hps">
    <w:name w:val="hps"/>
    <w:rsid w:val="00A029A4"/>
  </w:style>
  <w:style w:type="character" w:customStyle="1" w:styleId="61">
    <w:name w:val="Заголовок 6 Знак"/>
    <w:basedOn w:val="a2"/>
    <w:link w:val="60"/>
    <w:uiPriority w:val="9"/>
    <w:semiHidden/>
    <w:rsid w:val="00A012B3"/>
    <w:rPr>
      <w:rFonts w:ascii="Times New Roman" w:eastAsia="Times New Roman" w:hAnsi="Times New Roman" w:cs="Times New Roman"/>
      <w:b/>
      <w:sz w:val="20"/>
      <w:szCs w:val="20"/>
      <w:lang w:eastAsia="uk-UA"/>
    </w:rPr>
  </w:style>
  <w:style w:type="paragraph" w:customStyle="1" w:styleId="111">
    <w:name w:val="Знак Знак1 Знак Знак Знак Знак1 Знак Знак Знак Знак Знак Знак Знак Знак Знак Знак Знак Знак Знак Знак Знак Знак Знак Знак"/>
    <w:basedOn w:val="a1"/>
    <w:rsid w:val="00A012B3"/>
    <w:rPr>
      <w:rFonts w:ascii="Verdana" w:hAnsi="Verdana" w:cs="Verdana"/>
      <w:sz w:val="20"/>
      <w:szCs w:val="20"/>
      <w:lang w:val="en-US" w:eastAsia="en-US"/>
    </w:rPr>
  </w:style>
  <w:style w:type="paragraph" w:customStyle="1" w:styleId="29">
    <w:name w:val="Звичайний2"/>
    <w:rsid w:val="00A012B3"/>
    <w:pPr>
      <w:spacing w:after="0" w:line="276" w:lineRule="auto"/>
    </w:pPr>
    <w:rPr>
      <w:rFonts w:ascii="Arial" w:eastAsia="Arial" w:hAnsi="Arial" w:cs="Arial"/>
      <w:color w:val="000000"/>
      <w:lang w:val="ru-RU" w:eastAsia="ru-RU"/>
    </w:rPr>
  </w:style>
  <w:style w:type="paragraph" w:customStyle="1" w:styleId="aff5">
    <w:name w:val="Знак"/>
    <w:basedOn w:val="a1"/>
    <w:rsid w:val="00A012B3"/>
    <w:rPr>
      <w:rFonts w:ascii="Verdana" w:eastAsia="Verdana" w:hAnsi="Verdana"/>
      <w:sz w:val="20"/>
      <w:szCs w:val="20"/>
      <w:lang w:val="x-none" w:eastAsia="x-none"/>
    </w:rPr>
  </w:style>
  <w:style w:type="character" w:customStyle="1" w:styleId="1c">
    <w:name w:val="Незакрита згадка1"/>
    <w:uiPriority w:val="99"/>
    <w:semiHidden/>
    <w:unhideWhenUsed/>
    <w:rsid w:val="00A012B3"/>
    <w:rPr>
      <w:color w:val="605E5C"/>
      <w:shd w:val="clear" w:color="auto" w:fill="E1DFDD"/>
    </w:rPr>
  </w:style>
  <w:style w:type="paragraph" w:customStyle="1" w:styleId="search-previewtext">
    <w:name w:val="search-preview__text"/>
    <w:basedOn w:val="a1"/>
    <w:rsid w:val="00A012B3"/>
    <w:pPr>
      <w:spacing w:before="100" w:beforeAutospacing="1" w:after="100" w:afterAutospacing="1"/>
    </w:pPr>
    <w:rPr>
      <w:lang w:eastAsia="uk-UA"/>
    </w:rPr>
  </w:style>
  <w:style w:type="paragraph" w:styleId="aff6">
    <w:name w:val="Subtitle"/>
    <w:basedOn w:val="a1"/>
    <w:link w:val="aff7"/>
    <w:uiPriority w:val="11"/>
    <w:qFormat/>
    <w:rsid w:val="00A012B3"/>
    <w:rPr>
      <w:sz w:val="26"/>
      <w:szCs w:val="20"/>
      <w:lang w:val="ru-RU"/>
    </w:rPr>
  </w:style>
  <w:style w:type="character" w:customStyle="1" w:styleId="aff7">
    <w:name w:val="Підзаголовок Знак"/>
    <w:basedOn w:val="a2"/>
    <w:link w:val="aff6"/>
    <w:uiPriority w:val="11"/>
    <w:rsid w:val="00A012B3"/>
    <w:rPr>
      <w:rFonts w:ascii="Times New Roman" w:eastAsia="Times New Roman" w:hAnsi="Times New Roman" w:cs="Times New Roman"/>
      <w:sz w:val="26"/>
      <w:szCs w:val="20"/>
      <w:lang w:val="ru-RU" w:eastAsia="ru-RU"/>
    </w:rPr>
  </w:style>
  <w:style w:type="character" w:styleId="aff8">
    <w:name w:val="Emphasis"/>
    <w:uiPriority w:val="20"/>
    <w:qFormat/>
    <w:rsid w:val="00A012B3"/>
    <w:rPr>
      <w:i/>
      <w:iCs/>
    </w:rPr>
  </w:style>
  <w:style w:type="paragraph" w:customStyle="1" w:styleId="font5">
    <w:name w:val="font5"/>
    <w:basedOn w:val="a1"/>
    <w:rsid w:val="00A012B3"/>
    <w:pPr>
      <w:spacing w:before="100" w:beforeAutospacing="1" w:after="100" w:afterAutospacing="1"/>
    </w:pPr>
    <w:rPr>
      <w:sz w:val="22"/>
      <w:szCs w:val="22"/>
      <w:lang w:val="ru-RU"/>
    </w:rPr>
  </w:style>
  <w:style w:type="paragraph" w:customStyle="1" w:styleId="font6">
    <w:name w:val="font6"/>
    <w:basedOn w:val="a1"/>
    <w:rsid w:val="00A012B3"/>
    <w:pPr>
      <w:spacing w:before="100" w:beforeAutospacing="1" w:after="100" w:afterAutospacing="1"/>
    </w:pPr>
    <w:rPr>
      <w:rFonts w:ascii="Calibri" w:hAnsi="Calibri" w:cs="Calibri"/>
      <w:sz w:val="22"/>
      <w:szCs w:val="22"/>
      <w:lang w:val="ru-RU"/>
    </w:rPr>
  </w:style>
  <w:style w:type="paragraph" w:customStyle="1" w:styleId="font7">
    <w:name w:val="font7"/>
    <w:basedOn w:val="a1"/>
    <w:rsid w:val="00A012B3"/>
    <w:pPr>
      <w:spacing w:before="100" w:beforeAutospacing="1" w:after="100" w:afterAutospacing="1"/>
    </w:pPr>
    <w:rPr>
      <w:sz w:val="22"/>
      <w:szCs w:val="22"/>
      <w:lang w:val="ru-RU"/>
    </w:rPr>
  </w:style>
  <w:style w:type="paragraph" w:customStyle="1" w:styleId="xl68">
    <w:name w:val="xl68"/>
    <w:basedOn w:val="a1"/>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ru-RU"/>
    </w:rPr>
  </w:style>
  <w:style w:type="paragraph" w:customStyle="1" w:styleId="xl69">
    <w:name w:val="xl69"/>
    <w:basedOn w:val="a1"/>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ru-RU"/>
    </w:rPr>
  </w:style>
  <w:style w:type="paragraph" w:customStyle="1" w:styleId="xl70">
    <w:name w:val="xl70"/>
    <w:basedOn w:val="a1"/>
    <w:rsid w:val="00A012B3"/>
    <w:pPr>
      <w:spacing w:before="100" w:beforeAutospacing="1" w:after="100" w:afterAutospacing="1"/>
    </w:pPr>
    <w:rPr>
      <w:lang w:val="ru-RU"/>
    </w:rPr>
  </w:style>
  <w:style w:type="paragraph" w:customStyle="1" w:styleId="xl71">
    <w:name w:val="xl71"/>
    <w:basedOn w:val="a1"/>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ru-RU"/>
    </w:rPr>
  </w:style>
  <w:style w:type="character" w:customStyle="1" w:styleId="xfm20008162">
    <w:name w:val="xfm_20008162"/>
    <w:rsid w:val="00A012B3"/>
  </w:style>
  <w:style w:type="paragraph" w:customStyle="1" w:styleId="38">
    <w:name w:val="Обычный3"/>
    <w:uiPriority w:val="99"/>
    <w:rsid w:val="00A012B3"/>
    <w:pPr>
      <w:spacing w:after="0" w:line="276" w:lineRule="auto"/>
    </w:pPr>
    <w:rPr>
      <w:rFonts w:ascii="Arial" w:eastAsia="Times New Roman" w:hAnsi="Arial" w:cs="Arial"/>
      <w:color w:val="000000"/>
      <w:lang w:val="ru-RU" w:eastAsia="ru-RU"/>
    </w:rPr>
  </w:style>
  <w:style w:type="character" w:customStyle="1" w:styleId="st42">
    <w:name w:val="st42"/>
    <w:uiPriority w:val="99"/>
    <w:qFormat/>
    <w:rsid w:val="00A012B3"/>
    <w:rPr>
      <w:color w:val="000000"/>
    </w:rPr>
  </w:style>
  <w:style w:type="paragraph" w:customStyle="1" w:styleId="a70">
    <w:name w:val="a7"/>
    <w:basedOn w:val="a1"/>
    <w:rsid w:val="00A012B3"/>
    <w:pPr>
      <w:spacing w:before="100" w:beforeAutospacing="1" w:after="100" w:afterAutospacing="1"/>
    </w:pPr>
    <w:rPr>
      <w:lang w:val="ru-RU"/>
    </w:rPr>
  </w:style>
  <w:style w:type="paragraph" w:customStyle="1" w:styleId="st2">
    <w:name w:val="st2"/>
    <w:uiPriority w:val="99"/>
    <w:qFormat/>
    <w:rsid w:val="00A012B3"/>
    <w:pPr>
      <w:spacing w:after="150" w:line="240" w:lineRule="auto"/>
      <w:ind w:firstLine="450"/>
      <w:jc w:val="both"/>
    </w:pPr>
    <w:rPr>
      <w:rFonts w:ascii="Calibri" w:eastAsia="Calibri" w:hAnsi="Calibri" w:cs="Calibri"/>
      <w:sz w:val="24"/>
      <w:szCs w:val="24"/>
      <w:lang w:val="ru-RU" w:eastAsia="uk-UA"/>
    </w:rPr>
  </w:style>
  <w:style w:type="table" w:customStyle="1" w:styleId="TableNormal1">
    <w:name w:val="Table Normal1"/>
    <w:uiPriority w:val="2"/>
    <w:semiHidden/>
    <w:unhideWhenUsed/>
    <w:qFormat/>
    <w:rsid w:val="00A012B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Heading11">
    <w:name w:val="Heading 11"/>
    <w:basedOn w:val="a1"/>
    <w:uiPriority w:val="1"/>
    <w:qFormat/>
    <w:rsid w:val="00A012B3"/>
    <w:pPr>
      <w:widowControl w:val="0"/>
      <w:ind w:left="1475" w:right="1484"/>
      <w:jc w:val="center"/>
      <w:outlineLvl w:val="1"/>
    </w:pPr>
    <w:rPr>
      <w:b/>
      <w:bCs/>
      <w:sz w:val="28"/>
      <w:szCs w:val="28"/>
      <w:lang w:val="en-US" w:eastAsia="en-US"/>
    </w:rPr>
  </w:style>
  <w:style w:type="paragraph" w:customStyle="1" w:styleId="Standard">
    <w:name w:val="Standard"/>
    <w:rsid w:val="00A012B3"/>
    <w:pPr>
      <w:widowControl w:val="0"/>
      <w:suppressAutoHyphens/>
      <w:autoSpaceDN w:val="0"/>
      <w:spacing w:after="0" w:line="240" w:lineRule="auto"/>
      <w:textAlignment w:val="baseline"/>
    </w:pPr>
    <w:rPr>
      <w:rFonts w:ascii="Times New Roman" w:eastAsia="Calibri" w:hAnsi="Times New Roman" w:cs="Times New Roman"/>
      <w:kern w:val="3"/>
      <w:sz w:val="24"/>
      <w:szCs w:val="24"/>
      <w:lang w:val="en-US"/>
    </w:rPr>
  </w:style>
  <w:style w:type="paragraph" w:customStyle="1" w:styleId="1d">
    <w:name w:val="Обычный (веб)1"/>
    <w:basedOn w:val="a1"/>
    <w:rsid w:val="00A012B3"/>
    <w:pPr>
      <w:suppressAutoHyphens/>
      <w:spacing w:before="280" w:after="280"/>
    </w:pPr>
    <w:rPr>
      <w:lang w:val="ru-RU" w:eastAsia="ar-SA"/>
    </w:rPr>
  </w:style>
  <w:style w:type="table" w:customStyle="1" w:styleId="TableNormal">
    <w:name w:val="Table Normal"/>
    <w:uiPriority w:val="2"/>
    <w:qFormat/>
    <w:rsid w:val="00A012B3"/>
    <w:pPr>
      <w:suppressAutoHyphens/>
      <w:spacing w:after="0" w:line="240" w:lineRule="auto"/>
    </w:pPr>
    <w:rPr>
      <w:rFonts w:ascii="Calibri" w:eastAsia="Calibri" w:hAnsi="Calibri" w:cs="Calibri"/>
      <w:sz w:val="20"/>
      <w:lang w:eastAsia="zh-CN" w:bidi="hi-IN"/>
    </w:rPr>
    <w:tblPr>
      <w:tblCellMar>
        <w:top w:w="0" w:type="dxa"/>
        <w:left w:w="0" w:type="dxa"/>
        <w:bottom w:w="0" w:type="dxa"/>
        <w:right w:w="0" w:type="dxa"/>
      </w:tblCellMar>
    </w:tblPr>
  </w:style>
  <w:style w:type="character" w:customStyle="1" w:styleId="ListParagraphChar">
    <w:name w:val="List Paragraph Char"/>
    <w:locked/>
    <w:rsid w:val="00A012B3"/>
    <w:rPr>
      <w:rFonts w:ascii="Cambria" w:eastAsia="Arial Unicode MS" w:hAnsi="Cambria" w:cs="Times New Roman"/>
      <w:kern w:val="2"/>
      <w:sz w:val="24"/>
      <w:szCs w:val="24"/>
      <w:lang w:val="ru-RU" w:eastAsia="zh-CN"/>
    </w:rPr>
  </w:style>
  <w:style w:type="paragraph" w:customStyle="1" w:styleId="xfmc1">
    <w:name w:val="xfmc1"/>
    <w:basedOn w:val="a1"/>
    <w:rsid w:val="00A012B3"/>
    <w:pPr>
      <w:spacing w:before="100" w:beforeAutospacing="1" w:after="100" w:afterAutospacing="1"/>
    </w:pPr>
    <w:rPr>
      <w:lang w:eastAsia="uk-UA"/>
    </w:rPr>
  </w:style>
  <w:style w:type="paragraph" w:customStyle="1" w:styleId="1e">
    <w:name w:val="Без інтервалів1"/>
    <w:uiPriority w:val="1"/>
    <w:qFormat/>
    <w:rsid w:val="00A012B3"/>
    <w:pPr>
      <w:spacing w:after="0" w:line="240" w:lineRule="auto"/>
    </w:pPr>
    <w:rPr>
      <w:rFonts w:ascii="Calibri" w:eastAsia="Times New Roman" w:hAnsi="Calibri" w:cs="Times New Roman"/>
    </w:rPr>
  </w:style>
  <w:style w:type="character" w:customStyle="1" w:styleId="docdata">
    <w:name w:val="docdata"/>
    <w:aliases w:val="docy,v5,2547,baiaagaaboqcaaadawyaaav5bgaaaaaaaaaaaaaaaaaaaaaaaaaaaaaaaaaaaaaaaaaaaaaaaaaaaaaaaaaaaaaaaaaaaaaaaaaaaaaaaaaaaaaaaaaaaaaaaaaaaaaaaaaaaaaaaaaaaaaaaaaaaaaaaaaaaaaaaaaaaaaaaaaaaaaaaaaaaaaaaaaaaaaaaaaaaaaaaaaaaaaaaaaaaaaaaaaaaaaaaaaaaaaa"/>
    <w:rsid w:val="00A012B3"/>
  </w:style>
  <w:style w:type="paragraph" w:customStyle="1" w:styleId="211">
    <w:name w:val="Основной текст с отступом 21"/>
    <w:basedOn w:val="a1"/>
    <w:rsid w:val="00A012B3"/>
    <w:pPr>
      <w:suppressAutoHyphens/>
      <w:spacing w:after="120" w:line="480" w:lineRule="auto"/>
      <w:ind w:left="283"/>
    </w:pPr>
    <w:rPr>
      <w:rFonts w:ascii="Calibri" w:hAnsi="Calibri"/>
      <w:sz w:val="22"/>
      <w:szCs w:val="22"/>
      <w:lang w:val="ru-RU" w:eastAsia="zh-CN"/>
    </w:rPr>
  </w:style>
  <w:style w:type="character" w:customStyle="1" w:styleId="st">
    <w:name w:val="st"/>
    <w:rsid w:val="00A012B3"/>
  </w:style>
  <w:style w:type="paragraph" w:customStyle="1" w:styleId="212">
    <w:name w:val="Список 21"/>
    <w:basedOn w:val="a1"/>
    <w:rsid w:val="00A012B3"/>
    <w:pPr>
      <w:suppressAutoHyphens/>
      <w:ind w:left="566" w:hanging="283"/>
    </w:pPr>
    <w:rPr>
      <w:lang w:eastAsia="ar-SA"/>
    </w:rPr>
  </w:style>
  <w:style w:type="paragraph" w:styleId="z-">
    <w:name w:val="HTML Top of Form"/>
    <w:basedOn w:val="a1"/>
    <w:next w:val="a1"/>
    <w:link w:val="z-0"/>
    <w:hidden/>
    <w:uiPriority w:val="99"/>
    <w:unhideWhenUsed/>
    <w:rsid w:val="00A012B3"/>
    <w:pPr>
      <w:pBdr>
        <w:bottom w:val="single" w:sz="6" w:space="1" w:color="auto"/>
      </w:pBdr>
      <w:spacing w:line="256" w:lineRule="auto"/>
      <w:jc w:val="center"/>
    </w:pPr>
    <w:rPr>
      <w:rFonts w:ascii="Arial" w:eastAsia="Calibri" w:hAnsi="Arial" w:cs="Arial"/>
      <w:vanish/>
      <w:sz w:val="16"/>
      <w:szCs w:val="16"/>
      <w:lang w:eastAsia="en-US"/>
    </w:rPr>
  </w:style>
  <w:style w:type="character" w:customStyle="1" w:styleId="z-0">
    <w:name w:val="z-Початок форми Знак"/>
    <w:basedOn w:val="a2"/>
    <w:link w:val="z-"/>
    <w:uiPriority w:val="99"/>
    <w:rsid w:val="00A012B3"/>
    <w:rPr>
      <w:rFonts w:ascii="Arial" w:eastAsia="Calibri" w:hAnsi="Arial" w:cs="Arial"/>
      <w:vanish/>
      <w:sz w:val="16"/>
      <w:szCs w:val="16"/>
    </w:rPr>
  </w:style>
  <w:style w:type="paragraph" w:styleId="z-1">
    <w:name w:val="HTML Bottom of Form"/>
    <w:basedOn w:val="a1"/>
    <w:next w:val="a1"/>
    <w:link w:val="z-2"/>
    <w:hidden/>
    <w:uiPriority w:val="99"/>
    <w:unhideWhenUsed/>
    <w:rsid w:val="00A012B3"/>
    <w:pPr>
      <w:pBdr>
        <w:top w:val="single" w:sz="6" w:space="1" w:color="auto"/>
      </w:pBdr>
      <w:spacing w:line="256" w:lineRule="auto"/>
      <w:jc w:val="center"/>
    </w:pPr>
    <w:rPr>
      <w:rFonts w:ascii="Arial" w:eastAsia="Calibri" w:hAnsi="Arial" w:cs="Arial"/>
      <w:vanish/>
      <w:sz w:val="16"/>
      <w:szCs w:val="16"/>
      <w:lang w:eastAsia="en-US"/>
    </w:rPr>
  </w:style>
  <w:style w:type="character" w:customStyle="1" w:styleId="z-2">
    <w:name w:val="z-Кінець форми Знак"/>
    <w:basedOn w:val="a2"/>
    <w:link w:val="z-1"/>
    <w:uiPriority w:val="99"/>
    <w:rsid w:val="00A012B3"/>
    <w:rPr>
      <w:rFonts w:ascii="Arial" w:eastAsia="Calibri" w:hAnsi="Arial" w:cs="Arial"/>
      <w:vanish/>
      <w:sz w:val="16"/>
      <w:szCs w:val="16"/>
    </w:rPr>
  </w:style>
  <w:style w:type="character" w:customStyle="1" w:styleId="emoji">
    <w:name w:val="emoji"/>
    <w:rsid w:val="00A012B3"/>
  </w:style>
  <w:style w:type="paragraph" w:customStyle="1" w:styleId="aff9">
    <w:name w:val="Нормальний текст"/>
    <w:basedOn w:val="a1"/>
    <w:link w:val="affa"/>
    <w:rsid w:val="00A012B3"/>
    <w:pPr>
      <w:spacing w:before="120"/>
      <w:ind w:firstLine="567"/>
    </w:pPr>
    <w:rPr>
      <w:rFonts w:ascii="Antiqua" w:hAnsi="Antiqua"/>
      <w:sz w:val="26"/>
      <w:szCs w:val="20"/>
      <w:lang w:val="ru-RU"/>
    </w:rPr>
  </w:style>
  <w:style w:type="character" w:customStyle="1" w:styleId="affa">
    <w:name w:val="Нормальний текст Знак"/>
    <w:link w:val="aff9"/>
    <w:locked/>
    <w:rsid w:val="00A012B3"/>
    <w:rPr>
      <w:rFonts w:ascii="Antiqua" w:eastAsia="Times New Roman" w:hAnsi="Antiqua" w:cs="Times New Roman"/>
      <w:sz w:val="26"/>
      <w:szCs w:val="20"/>
      <w:lang w:val="ru-RU" w:eastAsia="ru-RU"/>
    </w:rPr>
  </w:style>
  <w:style w:type="character" w:customStyle="1" w:styleId="affb">
    <w:name w:val="Обычный (Интернет) Знак"/>
    <w:qFormat/>
    <w:locked/>
    <w:rsid w:val="00A012B3"/>
    <w:rPr>
      <w:rFonts w:ascii="Times New Roman" w:eastAsia="Times New Roman" w:hAnsi="Times New Roman" w:cs="Times New Roman"/>
      <w:sz w:val="24"/>
      <w:szCs w:val="24"/>
    </w:rPr>
  </w:style>
  <w:style w:type="character" w:customStyle="1" w:styleId="tm81">
    <w:name w:val="tm81"/>
    <w:rsid w:val="00A012B3"/>
    <w:rPr>
      <w:sz w:val="24"/>
      <w:szCs w:val="24"/>
    </w:rPr>
  </w:style>
  <w:style w:type="numbering" w:customStyle="1" w:styleId="1f">
    <w:name w:val="Немає списку1"/>
    <w:next w:val="a4"/>
    <w:uiPriority w:val="99"/>
    <w:semiHidden/>
    <w:rsid w:val="00A012B3"/>
  </w:style>
  <w:style w:type="character" w:customStyle="1" w:styleId="affc">
    <w:name w:val="Текст виноски Знак"/>
    <w:link w:val="affd"/>
    <w:uiPriority w:val="99"/>
    <w:rsid w:val="00A012B3"/>
    <w:rPr>
      <w:rFonts w:ascii="Arial" w:hAnsi="Arial" w:cs="Arial"/>
    </w:rPr>
  </w:style>
  <w:style w:type="paragraph" w:styleId="affd">
    <w:name w:val="footnote text"/>
    <w:basedOn w:val="a1"/>
    <w:link w:val="affc"/>
    <w:uiPriority w:val="99"/>
    <w:unhideWhenUsed/>
    <w:rsid w:val="00A012B3"/>
    <w:pPr>
      <w:autoSpaceDE w:val="0"/>
      <w:autoSpaceDN w:val="0"/>
      <w:adjustRightInd w:val="0"/>
    </w:pPr>
    <w:rPr>
      <w:rFonts w:ascii="Arial" w:eastAsiaTheme="minorHAnsi" w:hAnsi="Arial" w:cs="Arial"/>
      <w:sz w:val="22"/>
      <w:szCs w:val="22"/>
      <w:lang w:eastAsia="en-US"/>
    </w:rPr>
  </w:style>
  <w:style w:type="character" w:customStyle="1" w:styleId="1f0">
    <w:name w:val="Текст виноски Знак1"/>
    <w:basedOn w:val="a2"/>
    <w:uiPriority w:val="99"/>
    <w:rsid w:val="00A012B3"/>
    <w:rPr>
      <w:rFonts w:ascii="Times New Roman" w:eastAsia="Times New Roman" w:hAnsi="Times New Roman" w:cs="Times New Roman"/>
      <w:sz w:val="20"/>
      <w:szCs w:val="20"/>
      <w:lang w:eastAsia="ru-RU"/>
    </w:rPr>
  </w:style>
  <w:style w:type="character" w:customStyle="1" w:styleId="1f1">
    <w:name w:val="Текст сноски Знак1"/>
    <w:uiPriority w:val="99"/>
    <w:rsid w:val="00A012B3"/>
    <w:rPr>
      <w:lang w:val="uk-UA"/>
    </w:rPr>
  </w:style>
  <w:style w:type="character" w:customStyle="1" w:styleId="affe">
    <w:name w:val="Текст Знак"/>
    <w:link w:val="afff"/>
    <w:rsid w:val="00A012B3"/>
    <w:rPr>
      <w:rFonts w:ascii="Courier New" w:hAnsi="Courier New" w:cs="Courier New"/>
    </w:rPr>
  </w:style>
  <w:style w:type="paragraph" w:styleId="afff">
    <w:name w:val="Plain Text"/>
    <w:basedOn w:val="a1"/>
    <w:link w:val="affe"/>
    <w:rsid w:val="00A012B3"/>
    <w:rPr>
      <w:rFonts w:ascii="Courier New" w:eastAsiaTheme="minorHAnsi" w:hAnsi="Courier New" w:cs="Courier New"/>
      <w:sz w:val="22"/>
      <w:szCs w:val="22"/>
      <w:lang w:eastAsia="en-US"/>
    </w:rPr>
  </w:style>
  <w:style w:type="character" w:customStyle="1" w:styleId="1f2">
    <w:name w:val="Текст Знак1"/>
    <w:basedOn w:val="a2"/>
    <w:uiPriority w:val="99"/>
    <w:rsid w:val="00A012B3"/>
    <w:rPr>
      <w:rFonts w:ascii="Consolas" w:eastAsia="Times New Roman" w:hAnsi="Consolas" w:cs="Times New Roman"/>
      <w:sz w:val="21"/>
      <w:szCs w:val="21"/>
      <w:lang w:eastAsia="ru-RU"/>
    </w:rPr>
  </w:style>
  <w:style w:type="character" w:customStyle="1" w:styleId="10pt">
    <w:name w:val="Основной текст + 10 pt;Не полужирный"/>
    <w:rsid w:val="00A012B3"/>
    <w:rPr>
      <w:rFonts w:ascii="Calibri" w:eastAsia="Calibri" w:hAnsi="Calibri" w:cs="Calibri"/>
      <w:b/>
      <w:bCs/>
      <w:i w:val="0"/>
      <w:iCs w:val="0"/>
      <w:smallCaps w:val="0"/>
      <w:strike w:val="0"/>
      <w:color w:val="000000"/>
      <w:spacing w:val="0"/>
      <w:w w:val="100"/>
      <w:position w:val="0"/>
      <w:sz w:val="20"/>
      <w:szCs w:val="20"/>
      <w:u w:val="none"/>
      <w:lang w:val="ru-RU"/>
    </w:rPr>
  </w:style>
  <w:style w:type="paragraph" w:customStyle="1" w:styleId="130">
    <w:name w:val="Обычный + 13 пт"/>
    <w:basedOn w:val="a1"/>
    <w:link w:val="131"/>
    <w:rsid w:val="00A012B3"/>
    <w:pPr>
      <w:ind w:left="143" w:firstLine="708"/>
    </w:pPr>
    <w:rPr>
      <w:sz w:val="26"/>
      <w:szCs w:val="26"/>
      <w:lang w:val="ru-RU"/>
    </w:rPr>
  </w:style>
  <w:style w:type="character" w:customStyle="1" w:styleId="131">
    <w:name w:val="Обычный + 13 пт Знак"/>
    <w:link w:val="130"/>
    <w:rsid w:val="00A012B3"/>
    <w:rPr>
      <w:rFonts w:ascii="Times New Roman" w:eastAsia="Times New Roman" w:hAnsi="Times New Roman" w:cs="Times New Roman"/>
      <w:sz w:val="26"/>
      <w:szCs w:val="26"/>
      <w:lang w:val="ru-RU" w:eastAsia="ru-RU"/>
    </w:rPr>
  </w:style>
  <w:style w:type="paragraph" w:customStyle="1" w:styleId="CM96">
    <w:name w:val="CM96"/>
    <w:basedOn w:val="Default"/>
    <w:next w:val="Default"/>
    <w:rsid w:val="00A012B3"/>
    <w:pPr>
      <w:widowControl w:val="0"/>
    </w:pPr>
    <w:rPr>
      <w:rFonts w:ascii="Arial" w:hAnsi="Arial"/>
      <w:color w:val="auto"/>
      <w:lang w:val="it-IT" w:eastAsia="it-IT"/>
    </w:rPr>
  </w:style>
  <w:style w:type="character" w:customStyle="1" w:styleId="WW8Num2z4">
    <w:name w:val="WW8Num2z4"/>
    <w:rsid w:val="00A012B3"/>
  </w:style>
  <w:style w:type="paragraph" w:customStyle="1" w:styleId="1382">
    <w:name w:val="1382"/>
    <w:aliases w:val="baiaagaaboqcaaadnwmaaawtawaaaaaaaaaaaaaaaaaaaaaaaaaaaaaaaaaaaaaaaaaaaaaaaaaaaaaaaaaaaaaaaaaaaaaaaaaaaaaaaaaaaaaaaaaaaaaaaaaaaaaaaaaaaaaaaaaaaaaaaaaaaaaaaaaaaaaaaaaaaaaaaaaaaaaaaaaaaaaaaaaaaaaaaaaaaaaaaaaaaaaaaaaaaaaaaaaaaaaaaaaaaaaa"/>
    <w:basedOn w:val="a1"/>
    <w:rsid w:val="00A012B3"/>
    <w:pPr>
      <w:spacing w:before="100" w:beforeAutospacing="1" w:after="100" w:afterAutospacing="1"/>
    </w:pPr>
    <w:rPr>
      <w:lang w:val="ru-RU" w:eastAsia="en-US"/>
    </w:rPr>
  </w:style>
  <w:style w:type="table" w:customStyle="1" w:styleId="1f3">
    <w:name w:val="Сітка таблиці1"/>
    <w:basedOn w:val="a3"/>
    <w:next w:val="a9"/>
    <w:uiPriority w:val="39"/>
    <w:rsid w:val="00A012B3"/>
    <w:pPr>
      <w:spacing w:after="0" w:line="240" w:lineRule="auto"/>
    </w:pPr>
    <w:rPr>
      <w:rFonts w:ascii="Arial" w:eastAsia="Arial" w:hAnsi="Arial" w:cs="Arial"/>
      <w:lang w:val="uk"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23">
    <w:name w:val="rvts23"/>
    <w:rsid w:val="00D8326E"/>
  </w:style>
  <w:style w:type="character" w:customStyle="1" w:styleId="rvts9">
    <w:name w:val="rvts9"/>
    <w:rsid w:val="00D8326E"/>
  </w:style>
  <w:style w:type="character" w:customStyle="1" w:styleId="2a">
    <w:name w:val="Основной текст (2)_"/>
    <w:link w:val="2b"/>
    <w:locked/>
    <w:rsid w:val="00D8326E"/>
    <w:rPr>
      <w:shd w:val="clear" w:color="auto" w:fill="FFFFFF"/>
    </w:rPr>
  </w:style>
  <w:style w:type="paragraph" w:customStyle="1" w:styleId="2b">
    <w:name w:val="Основной текст (2)"/>
    <w:basedOn w:val="a1"/>
    <w:link w:val="2a"/>
    <w:rsid w:val="00D8326E"/>
    <w:pPr>
      <w:widowControl w:val="0"/>
      <w:shd w:val="clear" w:color="auto" w:fill="FFFFFF"/>
      <w:spacing w:before="1140" w:after="900" w:line="240" w:lineRule="atLeast"/>
      <w:ind w:hanging="360"/>
    </w:pPr>
    <w:rPr>
      <w:rFonts w:asciiTheme="minorHAnsi" w:eastAsiaTheme="minorHAnsi" w:hAnsiTheme="minorHAnsi" w:cstheme="minorBidi"/>
      <w:sz w:val="22"/>
      <w:szCs w:val="22"/>
      <w:lang w:eastAsia="en-US"/>
    </w:rPr>
  </w:style>
  <w:style w:type="character" w:customStyle="1" w:styleId="xfm76776046">
    <w:name w:val="xfm_76776046"/>
    <w:rsid w:val="00D8326E"/>
  </w:style>
  <w:style w:type="table" w:customStyle="1" w:styleId="2c">
    <w:name w:val="Сітка таблиці2"/>
    <w:basedOn w:val="a3"/>
    <w:next w:val="a9"/>
    <w:uiPriority w:val="39"/>
    <w:rsid w:val="00D8326E"/>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Сітка таблиці3"/>
    <w:basedOn w:val="a3"/>
    <w:next w:val="a9"/>
    <w:uiPriority w:val="39"/>
    <w:rsid w:val="00D8326E"/>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ітка таблиці4"/>
    <w:basedOn w:val="a3"/>
    <w:next w:val="a9"/>
    <w:uiPriority w:val="39"/>
    <w:rsid w:val="00D8326E"/>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ітка таблиці5"/>
    <w:basedOn w:val="a3"/>
    <w:next w:val="a9"/>
    <w:uiPriority w:val="39"/>
    <w:rsid w:val="00D8326E"/>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0">
    <w:name w:val="Пункт"/>
    <w:basedOn w:val="a1"/>
    <w:rsid w:val="00D8326E"/>
    <w:pPr>
      <w:tabs>
        <w:tab w:val="num" w:pos="1980"/>
      </w:tabs>
      <w:ind w:left="1404" w:hanging="504"/>
      <w:jc w:val="both"/>
    </w:pPr>
    <w:rPr>
      <w:lang w:val="ru-RU"/>
    </w:rPr>
  </w:style>
  <w:style w:type="character" w:customStyle="1" w:styleId="fontstyle01">
    <w:name w:val="fontstyle01"/>
    <w:basedOn w:val="a2"/>
    <w:rsid w:val="00D8326E"/>
    <w:rPr>
      <w:rFonts w:ascii="ArialMT" w:hAnsi="ArialMT" w:hint="default"/>
      <w:b w:val="0"/>
      <w:bCs w:val="0"/>
      <w:i w:val="0"/>
      <w:iCs w:val="0"/>
      <w:color w:val="000000"/>
      <w:sz w:val="24"/>
      <w:szCs w:val="24"/>
    </w:rPr>
  </w:style>
  <w:style w:type="paragraph" w:customStyle="1" w:styleId="12863">
    <w:name w:val="12863"/>
    <w:aliases w:val="baiaagaaboqcaaadhs4aaawtlgaaaaaaaaaaaaaaaaaaaaaaaaaaaaaaaaaaaaaaaaaaaaaaaaaaaaaaaaaaaaaaaaaaaaaaaaaaaaaaaaaaaaaaaaaaaaaaaaaaaaaaaaaaaaaaaaaaaaaaaaaaaaaaaaaaaaaaaaaaaaaaaaaaaaaaaaaaaaaaaaaaaaaaaaaaaaaaaaaaaaaaaaaaaaaaaaaaaaaaaaaaaaa"/>
    <w:basedOn w:val="a1"/>
    <w:rsid w:val="004849BE"/>
    <w:pPr>
      <w:spacing w:before="100" w:beforeAutospacing="1" w:after="100" w:afterAutospacing="1"/>
    </w:pPr>
    <w:rPr>
      <w:lang w:eastAsia="uk-UA"/>
    </w:rPr>
  </w:style>
  <w:style w:type="character" w:customStyle="1" w:styleId="80">
    <w:name w:val="Заголовок 8 Знак"/>
    <w:basedOn w:val="a2"/>
    <w:link w:val="8"/>
    <w:uiPriority w:val="9"/>
    <w:rsid w:val="003C0FB3"/>
    <w:rPr>
      <w:rFonts w:ascii="Times New Roman" w:eastAsia="Times New Roman" w:hAnsi="Times New Roman" w:cs="Times New Roman"/>
      <w:sz w:val="24"/>
      <w:u w:val="single"/>
      <w:lang w:eastAsia="uk-UA"/>
    </w:rPr>
  </w:style>
  <w:style w:type="character" w:customStyle="1" w:styleId="90">
    <w:name w:val="Заголовок 9 Знак"/>
    <w:basedOn w:val="a2"/>
    <w:link w:val="9"/>
    <w:uiPriority w:val="9"/>
    <w:rsid w:val="003C0FB3"/>
    <w:rPr>
      <w:rFonts w:ascii="Arial" w:eastAsia="Times New Roman" w:hAnsi="Arial" w:cs="Arial"/>
      <w:lang w:val="uk" w:eastAsia="ru-RU"/>
    </w:rPr>
  </w:style>
  <w:style w:type="paragraph" w:customStyle="1" w:styleId="112">
    <w:name w:val="Знак Знак1 Знак Знак Знак Знак1 Знак Знак Знак Знак Знак Знак Знак Знак Знак Знак Знак Знак Знак Знак Знак Знак Знак Знак"/>
    <w:basedOn w:val="a1"/>
    <w:rsid w:val="003C0FB3"/>
    <w:rPr>
      <w:rFonts w:ascii="Verdana" w:hAnsi="Verdana" w:cs="Verdana"/>
      <w:sz w:val="20"/>
      <w:szCs w:val="20"/>
      <w:lang w:val="en-US" w:eastAsia="en-US"/>
    </w:rPr>
  </w:style>
  <w:style w:type="paragraph" w:customStyle="1" w:styleId="3a">
    <w:name w:val="Звичайний3"/>
    <w:rsid w:val="003C0FB3"/>
    <w:pPr>
      <w:spacing w:after="0" w:line="276" w:lineRule="auto"/>
    </w:pPr>
    <w:rPr>
      <w:rFonts w:ascii="Arial" w:eastAsia="Arial" w:hAnsi="Arial" w:cs="Arial"/>
      <w:color w:val="000000"/>
      <w:lang w:val="ru-RU" w:eastAsia="ru-RU"/>
    </w:rPr>
  </w:style>
  <w:style w:type="paragraph" w:customStyle="1" w:styleId="afff1">
    <w:name w:val="Знак"/>
    <w:basedOn w:val="a1"/>
    <w:rsid w:val="003C0FB3"/>
    <w:rPr>
      <w:rFonts w:ascii="Verdana" w:eastAsia="Verdana" w:hAnsi="Verdana"/>
      <w:sz w:val="20"/>
      <w:szCs w:val="20"/>
      <w:lang w:val="x-none" w:eastAsia="x-none"/>
    </w:rPr>
  </w:style>
  <w:style w:type="character" w:styleId="afff2">
    <w:name w:val="Unresolved Mention"/>
    <w:uiPriority w:val="99"/>
    <w:semiHidden/>
    <w:unhideWhenUsed/>
    <w:rsid w:val="003C0FB3"/>
    <w:rPr>
      <w:color w:val="605E5C"/>
      <w:shd w:val="clear" w:color="auto" w:fill="E1DFDD"/>
    </w:rPr>
  </w:style>
  <w:style w:type="table" w:customStyle="1" w:styleId="TableNormal0">
    <w:name w:val="TableNormal"/>
    <w:rsid w:val="003C0FB3"/>
    <w:rPr>
      <w:rFonts w:ascii="Calibri" w:eastAsia="Calibri" w:hAnsi="Calibri" w:cs="Calibri"/>
      <w:lang w:val="uk" w:eastAsia="uk-UA"/>
    </w:rPr>
    <w:tblPr>
      <w:tblCellMar>
        <w:top w:w="100" w:type="dxa"/>
        <w:left w:w="100" w:type="dxa"/>
        <w:bottom w:w="100" w:type="dxa"/>
        <w:right w:w="100" w:type="dxa"/>
      </w:tblCellMar>
    </w:tblPr>
  </w:style>
  <w:style w:type="numbering" w:customStyle="1" w:styleId="1f4">
    <w:name w:val="Нет списка1"/>
    <w:next w:val="a4"/>
    <w:uiPriority w:val="99"/>
    <w:semiHidden/>
    <w:unhideWhenUsed/>
    <w:rsid w:val="003C0FB3"/>
  </w:style>
  <w:style w:type="paragraph" w:customStyle="1" w:styleId="afff3">
    <w:name w:val="Îáû÷íûé"/>
    <w:rsid w:val="003C0FB3"/>
    <w:pPr>
      <w:overflowPunct w:val="0"/>
      <w:autoSpaceDE w:val="0"/>
      <w:autoSpaceDN w:val="0"/>
      <w:adjustRightInd w:val="0"/>
      <w:spacing w:after="0" w:line="240" w:lineRule="auto"/>
    </w:pPr>
    <w:rPr>
      <w:rFonts w:ascii="Times New Roman" w:eastAsia="Times New Roman" w:hAnsi="Times New Roman" w:cs="Times New Roman"/>
      <w:sz w:val="20"/>
      <w:szCs w:val="20"/>
      <w:lang w:val="en-US" w:eastAsia="ru-RU"/>
    </w:rPr>
  </w:style>
  <w:style w:type="paragraph" w:customStyle="1" w:styleId="1f5">
    <w:name w:val="Название1"/>
    <w:qFormat/>
    <w:rsid w:val="003C0FB3"/>
    <w:pPr>
      <w:spacing w:after="0" w:line="240" w:lineRule="auto"/>
      <w:jc w:val="center"/>
    </w:pPr>
    <w:rPr>
      <w:rFonts w:ascii="Times New Roman" w:eastAsia="Times New Roman" w:hAnsi="Times New Roman" w:cs="Times New Roman"/>
      <w:b/>
      <w:i/>
      <w:sz w:val="28"/>
      <w:szCs w:val="20"/>
      <w:lang w:eastAsia="ru-RU"/>
    </w:rPr>
  </w:style>
  <w:style w:type="paragraph" w:customStyle="1" w:styleId="Iauiue">
    <w:name w:val="Iau?iue"/>
    <w:rsid w:val="003C0FB3"/>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ru-RU"/>
    </w:rPr>
  </w:style>
  <w:style w:type="character" w:customStyle="1" w:styleId="iiianoaieou">
    <w:name w:val="iiia? no?aieou"/>
    <w:rsid w:val="003C0FB3"/>
  </w:style>
  <w:style w:type="paragraph" w:customStyle="1" w:styleId="afff4">
    <w:name w:val="Знак Знак Знак Знак"/>
    <w:rsid w:val="003C0FB3"/>
    <w:pPr>
      <w:spacing w:after="0" w:line="240" w:lineRule="auto"/>
    </w:pPr>
    <w:rPr>
      <w:rFonts w:ascii="Verdana" w:eastAsia="Times New Roman" w:hAnsi="Verdana" w:cs="Times New Roman"/>
      <w:sz w:val="20"/>
      <w:szCs w:val="20"/>
      <w:lang w:val="en-US" w:eastAsia="uk-UA"/>
    </w:rPr>
  </w:style>
  <w:style w:type="paragraph" w:customStyle="1" w:styleId="CharChar1">
    <w:name w:val="Char Знак Знак Char Знак Знак Знак Знак Знак Знак Знак Знак Знак Знак Знак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2d">
    <w:name w:val="Знак Знак Знак Знак2"/>
    <w:rsid w:val="003C0FB3"/>
    <w:pPr>
      <w:spacing w:after="0" w:line="240" w:lineRule="auto"/>
    </w:pPr>
    <w:rPr>
      <w:rFonts w:ascii="Verdana" w:eastAsia="Times New Roman" w:hAnsi="Verdana" w:cs="Times New Roman"/>
      <w:sz w:val="20"/>
      <w:szCs w:val="20"/>
      <w:lang w:val="en-US" w:eastAsia="uk-UA"/>
    </w:rPr>
  </w:style>
  <w:style w:type="paragraph" w:customStyle="1" w:styleId="113">
    <w:name w:val="Знак Знак Знак Знак1 Знак Знак Знак1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afff5">
    <w:name w:val="a"/>
    <w:rsid w:val="003C0FB3"/>
    <w:pPr>
      <w:spacing w:before="100" w:beforeAutospacing="1" w:after="100" w:afterAutospacing="1" w:line="240" w:lineRule="auto"/>
    </w:pPr>
    <w:rPr>
      <w:rFonts w:ascii="Times New Roman" w:eastAsia="Times New Roman" w:hAnsi="Times New Roman" w:cs="Times New Roman"/>
      <w:sz w:val="24"/>
      <w:szCs w:val="24"/>
      <w:lang w:val="uk" w:eastAsia="ru-RU"/>
    </w:rPr>
  </w:style>
  <w:style w:type="paragraph" w:customStyle="1" w:styleId="afff6">
    <w:name w:val="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CharChar10">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afff7">
    <w:name w:val="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afff8">
    <w:name w:val="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CharChar11">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f6">
    <w:name w:val="Знак Знак Знак1 Знак"/>
    <w:rsid w:val="003C0FB3"/>
    <w:pPr>
      <w:spacing w:after="0" w:line="240" w:lineRule="auto"/>
    </w:pPr>
    <w:rPr>
      <w:rFonts w:ascii="Verdana" w:eastAsia="Times New Roman" w:hAnsi="Verdana" w:cs="Verdana"/>
      <w:sz w:val="20"/>
      <w:szCs w:val="20"/>
      <w:lang w:val="en-US" w:eastAsia="uk-UA"/>
    </w:rPr>
  </w:style>
  <w:style w:type="paragraph" w:customStyle="1" w:styleId="FR1">
    <w:name w:val="FR1"/>
    <w:rsid w:val="003C0FB3"/>
    <w:pPr>
      <w:widowControl w:val="0"/>
      <w:snapToGrid w:val="0"/>
      <w:spacing w:after="0" w:line="240" w:lineRule="auto"/>
      <w:ind w:left="40"/>
      <w:jc w:val="both"/>
    </w:pPr>
    <w:rPr>
      <w:rFonts w:ascii="Times New Roman" w:eastAsia="Times New Roman" w:hAnsi="Times New Roman" w:cs="Times New Roman"/>
      <w:sz w:val="20"/>
      <w:szCs w:val="20"/>
      <w:lang w:eastAsia="uk-UA"/>
    </w:rPr>
  </w:style>
  <w:style w:type="paragraph" w:styleId="afff9">
    <w:name w:val="Block Text"/>
    <w:rsid w:val="003C0FB3"/>
    <w:pPr>
      <w:spacing w:after="0" w:line="240" w:lineRule="auto"/>
      <w:ind w:left="-567" w:right="-1050"/>
      <w:jc w:val="both"/>
    </w:pPr>
    <w:rPr>
      <w:rFonts w:ascii="Times New Roman" w:eastAsia="Times New Roman" w:hAnsi="Times New Roman" w:cs="Times New Roman"/>
      <w:sz w:val="28"/>
      <w:szCs w:val="24"/>
      <w:lang w:eastAsia="uk-UA"/>
    </w:rPr>
  </w:style>
  <w:style w:type="paragraph" w:customStyle="1" w:styleId="CharChar12">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afffa">
    <w:name w:val="Öåíòð"/>
    <w:rsid w:val="003C0FB3"/>
    <w:pPr>
      <w:widowControl w:val="0"/>
      <w:spacing w:after="0" w:line="210" w:lineRule="atLeast"/>
      <w:jc w:val="center"/>
    </w:pPr>
    <w:rPr>
      <w:rFonts w:ascii="Times New Roman" w:eastAsia="Times New Roman" w:hAnsi="Times New Roman" w:cs="Times New Roman"/>
      <w:sz w:val="20"/>
      <w:szCs w:val="20"/>
      <w:lang w:val="en-US" w:eastAsia="ru-RU"/>
    </w:rPr>
  </w:style>
  <w:style w:type="paragraph" w:customStyle="1" w:styleId="1f7">
    <w:name w:val="Знак Знак Знак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4">
    <w:name w:val="Знак Знак Знак Знак1 Знак Знак Знак1"/>
    <w:rsid w:val="003C0FB3"/>
    <w:pPr>
      <w:spacing w:after="0" w:line="240" w:lineRule="auto"/>
    </w:pPr>
    <w:rPr>
      <w:rFonts w:ascii="Verdana" w:eastAsia="Times New Roman" w:hAnsi="Verdana" w:cs="Verdana"/>
      <w:sz w:val="20"/>
      <w:szCs w:val="20"/>
      <w:lang w:val="en-US" w:eastAsia="uk-UA"/>
    </w:rPr>
  </w:style>
  <w:style w:type="paragraph" w:styleId="afffb">
    <w:name w:val="List Bullet"/>
    <w:basedOn w:val="afffc"/>
    <w:uiPriority w:val="99"/>
    <w:rsid w:val="003C0FB3"/>
    <w:pPr>
      <w:spacing w:after="120" w:line="280" w:lineRule="exact"/>
      <w:ind w:left="1363"/>
    </w:pPr>
    <w:rPr>
      <w:rFonts w:ascii="Arial Narrow" w:hAnsi="Arial Narrow"/>
      <w:sz w:val="22"/>
      <w:szCs w:val="20"/>
      <w:lang w:val="ru-RU" w:eastAsia="ru-RU"/>
    </w:rPr>
  </w:style>
  <w:style w:type="paragraph" w:styleId="afffc">
    <w:name w:val="List"/>
    <w:uiPriority w:val="99"/>
    <w:rsid w:val="003C0FB3"/>
    <w:pPr>
      <w:spacing w:after="0" w:line="240" w:lineRule="auto"/>
      <w:ind w:left="283" w:hanging="283"/>
    </w:pPr>
    <w:rPr>
      <w:rFonts w:ascii="Times New Roman" w:eastAsia="Times New Roman" w:hAnsi="Times New Roman" w:cs="Times New Roman"/>
      <w:sz w:val="24"/>
      <w:szCs w:val="24"/>
      <w:lang w:val="en-GB" w:eastAsia="uk-UA"/>
    </w:rPr>
  </w:style>
  <w:style w:type="paragraph" w:customStyle="1" w:styleId="Aaoieeeieiioeooe">
    <w:name w:val="Aa?oiee eieiioeooe"/>
    <w:rsid w:val="003C0FB3"/>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paragraph" w:customStyle="1" w:styleId="DefinitionList">
    <w:name w:val="Definition List"/>
    <w:rsid w:val="003C0FB3"/>
    <w:pPr>
      <w:suppressAutoHyphens/>
      <w:spacing w:after="0" w:line="240" w:lineRule="auto"/>
      <w:ind w:left="360"/>
    </w:pPr>
    <w:rPr>
      <w:rFonts w:ascii="Times New Roman" w:eastAsia="Times New Roman" w:hAnsi="Times New Roman" w:cs="Times New Roman"/>
      <w:sz w:val="24"/>
      <w:szCs w:val="24"/>
      <w:lang w:eastAsia="ar-SA"/>
    </w:rPr>
  </w:style>
  <w:style w:type="paragraph" w:customStyle="1" w:styleId="xl24">
    <w:name w:val="xl24"/>
    <w:rsid w:val="003C0FB3"/>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25">
    <w:name w:val="xl25"/>
    <w:rsid w:val="003C0FB3"/>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26">
    <w:name w:val="xl26"/>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27">
    <w:name w:val="xl27"/>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28">
    <w:name w:val="xl28"/>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val="uk" w:eastAsia="ru-RU"/>
    </w:rPr>
  </w:style>
  <w:style w:type="paragraph" w:customStyle="1" w:styleId="xl29">
    <w:name w:val="xl29"/>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val="uk" w:eastAsia="ru-RU"/>
    </w:rPr>
  </w:style>
  <w:style w:type="paragraph" w:customStyle="1" w:styleId="xl30">
    <w:name w:val="xl30"/>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31">
    <w:name w:val="xl31"/>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8000"/>
      <w:sz w:val="28"/>
      <w:szCs w:val="28"/>
      <w:lang w:val="uk" w:eastAsia="ru-RU"/>
    </w:rPr>
  </w:style>
  <w:style w:type="paragraph" w:customStyle="1" w:styleId="xl32">
    <w:name w:val="xl32"/>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8000"/>
      <w:sz w:val="28"/>
      <w:szCs w:val="28"/>
      <w:lang w:val="uk" w:eastAsia="ru-RU"/>
    </w:rPr>
  </w:style>
  <w:style w:type="paragraph" w:customStyle="1" w:styleId="xl33">
    <w:name w:val="xl33"/>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FF"/>
      <w:sz w:val="28"/>
      <w:szCs w:val="28"/>
      <w:lang w:val="uk" w:eastAsia="ru-RU"/>
    </w:rPr>
  </w:style>
  <w:style w:type="paragraph" w:customStyle="1" w:styleId="xl34">
    <w:name w:val="xl34"/>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FF"/>
      <w:sz w:val="28"/>
      <w:szCs w:val="28"/>
      <w:lang w:val="uk" w:eastAsia="ru-RU"/>
    </w:rPr>
  </w:style>
  <w:style w:type="paragraph" w:customStyle="1" w:styleId="xl35">
    <w:name w:val="xl35"/>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80"/>
      <w:sz w:val="28"/>
      <w:szCs w:val="28"/>
      <w:lang w:val="uk" w:eastAsia="ru-RU"/>
    </w:rPr>
  </w:style>
  <w:style w:type="paragraph" w:customStyle="1" w:styleId="xl36">
    <w:name w:val="xl36"/>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800080"/>
      <w:sz w:val="28"/>
      <w:szCs w:val="28"/>
      <w:lang w:val="uk" w:eastAsia="ru-RU"/>
    </w:rPr>
  </w:style>
  <w:style w:type="paragraph" w:customStyle="1" w:styleId="xl37">
    <w:name w:val="xl37"/>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800080"/>
      <w:sz w:val="28"/>
      <w:szCs w:val="28"/>
      <w:lang w:val="uk" w:eastAsia="ru-RU"/>
    </w:rPr>
  </w:style>
  <w:style w:type="paragraph" w:customStyle="1" w:styleId="xl38">
    <w:name w:val="xl38"/>
    <w:rsid w:val="003C0FB3"/>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FF0000"/>
      <w:sz w:val="28"/>
      <w:szCs w:val="28"/>
      <w:lang w:val="uk" w:eastAsia="ru-RU"/>
    </w:rPr>
  </w:style>
  <w:style w:type="paragraph" w:customStyle="1" w:styleId="xl39">
    <w:name w:val="xl39"/>
    <w:rsid w:val="003C0FB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FF0000"/>
      <w:sz w:val="28"/>
      <w:szCs w:val="28"/>
      <w:lang w:val="uk" w:eastAsia="ru-RU"/>
    </w:rPr>
  </w:style>
  <w:style w:type="paragraph" w:customStyle="1" w:styleId="xl40">
    <w:name w:val="xl40"/>
    <w:rsid w:val="003C0FB3"/>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val="uk" w:eastAsia="ru-RU"/>
    </w:rPr>
  </w:style>
  <w:style w:type="paragraph" w:customStyle="1" w:styleId="xl41">
    <w:name w:val="xl41"/>
    <w:rsid w:val="003C0FB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val="uk" w:eastAsia="ru-RU"/>
    </w:rPr>
  </w:style>
  <w:style w:type="paragraph" w:customStyle="1" w:styleId="xl42">
    <w:name w:val="xl42"/>
    <w:rsid w:val="003C0FB3"/>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43">
    <w:name w:val="xl43"/>
    <w:rsid w:val="003C0FB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44">
    <w:name w:val="xl44"/>
    <w:rsid w:val="003C0FB3"/>
    <w:pPr>
      <w:pBdr>
        <w:left w:val="single" w:sz="4" w:space="0" w:color="auto"/>
        <w:right w:val="single" w:sz="4" w:space="0" w:color="auto"/>
      </w:pBdr>
      <w:spacing w:before="100" w:beforeAutospacing="1" w:after="100" w:afterAutospacing="1" w:line="240" w:lineRule="auto"/>
      <w:textAlignment w:val="center"/>
    </w:pPr>
    <w:rPr>
      <w:rFonts w:ascii="Arial Unicode MS" w:eastAsia="Arial Unicode MS" w:hAnsi="Arial Unicode MS" w:cs="Arial Unicode MS"/>
      <w:sz w:val="24"/>
      <w:szCs w:val="24"/>
      <w:lang w:val="uk" w:eastAsia="ru-RU"/>
    </w:rPr>
  </w:style>
  <w:style w:type="paragraph" w:customStyle="1" w:styleId="xl45">
    <w:name w:val="xl45"/>
    <w:rsid w:val="003C0FB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Unicode MS" w:eastAsia="Arial Unicode MS" w:hAnsi="Arial Unicode MS" w:cs="Arial Unicode MS"/>
      <w:sz w:val="24"/>
      <w:szCs w:val="24"/>
      <w:lang w:val="uk" w:eastAsia="ru-RU"/>
    </w:rPr>
  </w:style>
  <w:style w:type="paragraph" w:customStyle="1" w:styleId="xl46">
    <w:name w:val="xl46"/>
    <w:rsid w:val="003C0FB3"/>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Times New Roman" w:eastAsia="Arial Unicode MS" w:hAnsi="Times New Roman" w:cs="Times New Roman"/>
      <w:color w:val="000000"/>
      <w:sz w:val="28"/>
      <w:szCs w:val="28"/>
      <w:lang w:val="uk" w:eastAsia="ru-RU"/>
    </w:rPr>
  </w:style>
  <w:style w:type="paragraph" w:customStyle="1" w:styleId="xl47">
    <w:name w:val="xl47"/>
    <w:rsid w:val="003C0FB3"/>
    <w:pPr>
      <w:pBdr>
        <w:top w:val="single" w:sz="4" w:space="0" w:color="auto"/>
        <w:bottom w:val="single" w:sz="4" w:space="0" w:color="auto"/>
      </w:pBdr>
      <w:spacing w:before="100" w:beforeAutospacing="1" w:after="100" w:afterAutospacing="1" w:line="240" w:lineRule="auto"/>
      <w:textAlignment w:val="center"/>
    </w:pPr>
    <w:rPr>
      <w:rFonts w:ascii="Arial Unicode MS" w:eastAsia="Arial Unicode MS" w:hAnsi="Arial Unicode MS" w:cs="Arial Unicode MS"/>
      <w:sz w:val="24"/>
      <w:szCs w:val="24"/>
      <w:lang w:val="uk" w:eastAsia="ru-RU"/>
    </w:rPr>
  </w:style>
  <w:style w:type="paragraph" w:customStyle="1" w:styleId="xl48">
    <w:name w:val="xl48"/>
    <w:rsid w:val="003C0FB3"/>
    <w:pPr>
      <w:pBdr>
        <w:top w:val="single" w:sz="4" w:space="0" w:color="auto"/>
        <w:left w:val="single" w:sz="8" w:space="0" w:color="auto"/>
        <w:bottom w:val="single" w:sz="4" w:space="0" w:color="auto"/>
      </w:pBdr>
      <w:spacing w:before="100" w:beforeAutospacing="1" w:after="100" w:afterAutospacing="1" w:line="240" w:lineRule="auto"/>
      <w:textAlignment w:val="center"/>
    </w:pPr>
    <w:rPr>
      <w:rFonts w:ascii="Times New Roman" w:eastAsia="Arial Unicode MS" w:hAnsi="Times New Roman" w:cs="Times New Roman"/>
      <w:sz w:val="28"/>
      <w:szCs w:val="28"/>
      <w:lang w:val="uk" w:eastAsia="ru-RU"/>
    </w:rPr>
  </w:style>
  <w:style w:type="paragraph" w:customStyle="1" w:styleId="xl49">
    <w:name w:val="xl49"/>
    <w:rsid w:val="003C0FB3"/>
    <w:pPr>
      <w:pBdr>
        <w:bottom w:val="single" w:sz="8" w:space="0" w:color="auto"/>
      </w:pBdr>
      <w:spacing w:before="100" w:beforeAutospacing="1" w:after="100" w:afterAutospacing="1" w:line="240" w:lineRule="auto"/>
      <w:textAlignment w:val="center"/>
    </w:pPr>
    <w:rPr>
      <w:rFonts w:ascii="Arial Unicode MS" w:eastAsia="Arial Unicode MS" w:hAnsi="Arial Unicode MS" w:cs="Arial Unicode MS"/>
      <w:sz w:val="24"/>
      <w:szCs w:val="24"/>
      <w:lang w:val="uk" w:eastAsia="ru-RU"/>
    </w:rPr>
  </w:style>
  <w:style w:type="paragraph" w:customStyle="1" w:styleId="afffd">
    <w:name w:val="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a0">
    <w:name w:val="Нумерация"/>
    <w:rsid w:val="003C0FB3"/>
    <w:pPr>
      <w:numPr>
        <w:numId w:val="2"/>
      </w:numPr>
      <w:spacing w:after="0" w:line="240" w:lineRule="auto"/>
    </w:pPr>
    <w:rPr>
      <w:rFonts w:ascii="Times New Roman" w:eastAsia="Times New Roman" w:hAnsi="Times New Roman" w:cs="Times New Roman"/>
      <w:sz w:val="28"/>
      <w:szCs w:val="20"/>
      <w:lang w:val="uk" w:eastAsia="ru-RU"/>
    </w:rPr>
  </w:style>
  <w:style w:type="character" w:customStyle="1" w:styleId="spelle">
    <w:name w:val="spelle"/>
    <w:rsid w:val="003C0FB3"/>
  </w:style>
  <w:style w:type="paragraph" w:customStyle="1" w:styleId="1f8">
    <w:name w:val="Знак1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CharChar0">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f9">
    <w:name w:val="Знак Знак Знак Знак1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15">
    <w:name w:val="Знак Знак Знак Знак1 Знак Знак1 Знак"/>
    <w:rsid w:val="003C0FB3"/>
    <w:pPr>
      <w:spacing w:after="0" w:line="240" w:lineRule="auto"/>
    </w:pPr>
    <w:rPr>
      <w:rFonts w:ascii="Verdana" w:eastAsia="Times New Roman" w:hAnsi="Verdana" w:cs="Verdana"/>
      <w:sz w:val="20"/>
      <w:szCs w:val="20"/>
      <w:lang w:val="en-US" w:eastAsia="uk-UA"/>
    </w:rPr>
  </w:style>
  <w:style w:type="paragraph" w:customStyle="1" w:styleId="1fa">
    <w:name w:val="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6">
    <w:name w:val="Знак Знак Знак Знак1 Знак Знак1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fb">
    <w:name w:val="Знак Знак Знак Знак Знак Знак1 Знак"/>
    <w:rsid w:val="003C0FB3"/>
    <w:pPr>
      <w:spacing w:after="0" w:line="240" w:lineRule="auto"/>
    </w:pPr>
    <w:rPr>
      <w:rFonts w:ascii="Verdana" w:eastAsia="Times New Roman" w:hAnsi="Verdana" w:cs="Verdana"/>
      <w:sz w:val="20"/>
      <w:szCs w:val="20"/>
      <w:lang w:val="en-US" w:eastAsia="uk-UA"/>
    </w:rPr>
  </w:style>
  <w:style w:type="paragraph" w:customStyle="1" w:styleId="1fc">
    <w:name w:val="Знак1"/>
    <w:rsid w:val="003C0FB3"/>
    <w:pPr>
      <w:spacing w:after="0" w:line="240" w:lineRule="auto"/>
    </w:pPr>
    <w:rPr>
      <w:rFonts w:ascii="Verdana" w:eastAsia="Times New Roman" w:hAnsi="Verdana" w:cs="Verdana"/>
      <w:sz w:val="20"/>
      <w:szCs w:val="20"/>
      <w:lang w:val="en-US" w:eastAsia="uk-UA"/>
    </w:rPr>
  </w:style>
  <w:style w:type="paragraph" w:customStyle="1" w:styleId="1fd">
    <w:name w:val="Знак Знак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7">
    <w:name w:val="Знак Знак Знак1 Знак1"/>
    <w:rsid w:val="003C0FB3"/>
    <w:pPr>
      <w:spacing w:after="0" w:line="240" w:lineRule="auto"/>
    </w:pPr>
    <w:rPr>
      <w:rFonts w:ascii="Verdana" w:eastAsia="Times New Roman" w:hAnsi="Verdana" w:cs="Verdana"/>
      <w:sz w:val="20"/>
      <w:szCs w:val="20"/>
      <w:lang w:val="en-US" w:eastAsia="uk-UA"/>
    </w:rPr>
  </w:style>
  <w:style w:type="paragraph" w:customStyle="1" w:styleId="WW-3">
    <w:name w:val="WW-Основной текст 3"/>
    <w:rsid w:val="003C0FB3"/>
    <w:pPr>
      <w:widowControl w:val="0"/>
      <w:suppressAutoHyphens/>
      <w:spacing w:after="0" w:line="240" w:lineRule="auto"/>
    </w:pPr>
    <w:rPr>
      <w:rFonts w:ascii="Garamond" w:eastAsia="Tahoma" w:hAnsi="Garamond" w:cs="Times New Roman"/>
      <w:sz w:val="24"/>
      <w:szCs w:val="20"/>
      <w:lang w:val="uk" w:eastAsia="ru-RU"/>
    </w:rPr>
  </w:style>
  <w:style w:type="character" w:customStyle="1" w:styleId="blocktitle">
    <w:name w:val="blocktitle"/>
    <w:rsid w:val="003C0FB3"/>
  </w:style>
  <w:style w:type="character" w:customStyle="1" w:styleId="ts8">
    <w:name w:val="ts8"/>
    <w:rsid w:val="003C0FB3"/>
  </w:style>
  <w:style w:type="character" w:customStyle="1" w:styleId="ts3">
    <w:name w:val="ts3"/>
    <w:rsid w:val="003C0FB3"/>
  </w:style>
  <w:style w:type="paragraph" w:customStyle="1" w:styleId="CharChar2">
    <w:name w:val="Char Знак Знак Char Знак Знак Знак Знак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fe">
    <w:name w:val="Знак Знак Знак Знак1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18">
    <w:name w:val="Знак Знак Знак Знак1 Знак Знак Знак Знак Знак Знак Знак Знак Знак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ff">
    <w:name w:val="заголовок 1"/>
    <w:rsid w:val="003C0FB3"/>
    <w:pPr>
      <w:keepNext/>
      <w:spacing w:after="0" w:line="240" w:lineRule="auto"/>
    </w:pPr>
    <w:rPr>
      <w:rFonts w:ascii="Arial" w:eastAsia="Times New Roman" w:hAnsi="Arial" w:cs="Times New Roman"/>
      <w:b/>
      <w:caps/>
      <w:sz w:val="18"/>
      <w:szCs w:val="20"/>
      <w:lang w:val="uk" w:eastAsia="ru-RU"/>
    </w:rPr>
  </w:style>
  <w:style w:type="paragraph" w:customStyle="1" w:styleId="2e">
    <w:name w:val="заголовок 2"/>
    <w:rsid w:val="003C0FB3"/>
    <w:pPr>
      <w:keepNext/>
      <w:spacing w:after="0" w:line="240" w:lineRule="auto"/>
      <w:jc w:val="center"/>
    </w:pPr>
    <w:rPr>
      <w:rFonts w:ascii="Arial" w:eastAsia="Times New Roman" w:hAnsi="Arial" w:cs="Times New Roman"/>
      <w:b/>
      <w:caps/>
      <w:sz w:val="18"/>
      <w:szCs w:val="20"/>
      <w:lang w:val="uk" w:eastAsia="ru-RU"/>
    </w:rPr>
  </w:style>
  <w:style w:type="character" w:customStyle="1" w:styleId="42">
    <w:name w:val="Знак Знак4"/>
    <w:rsid w:val="003C0FB3"/>
    <w:rPr>
      <w:rFonts w:ascii="Arial" w:hAnsi="Arial"/>
      <w:b/>
      <w:caps/>
      <w:spacing w:val="20"/>
      <w:sz w:val="18"/>
      <w:lang w:val="ru-RU" w:eastAsia="ru-RU" w:bidi="ar-SA"/>
    </w:rPr>
  </w:style>
  <w:style w:type="character" w:customStyle="1" w:styleId="3b">
    <w:name w:val="Знак Знак3"/>
    <w:rsid w:val="003C0FB3"/>
    <w:rPr>
      <w:rFonts w:ascii="Arial" w:hAnsi="Arial"/>
      <w:b/>
      <w:caps/>
      <w:spacing w:val="20"/>
      <w:sz w:val="18"/>
      <w:lang w:val="ru-RU" w:eastAsia="ru-RU" w:bidi="ar-SA"/>
    </w:rPr>
  </w:style>
  <w:style w:type="paragraph" w:customStyle="1" w:styleId="afffe">
    <w:name w:val="Òåêñò"/>
    <w:rsid w:val="003C0FB3"/>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1ff0">
    <w:name w:val="Знак1 Знак Знак Знак"/>
    <w:rsid w:val="003C0FB3"/>
    <w:pPr>
      <w:spacing w:after="0" w:line="240" w:lineRule="auto"/>
    </w:pPr>
    <w:rPr>
      <w:rFonts w:ascii="Verdana" w:eastAsia="Times New Roman" w:hAnsi="Verdana" w:cs="Verdana"/>
      <w:sz w:val="20"/>
      <w:szCs w:val="20"/>
      <w:lang w:val="en-US" w:eastAsia="uk-UA"/>
    </w:rPr>
  </w:style>
  <w:style w:type="character" w:customStyle="1" w:styleId="2f">
    <w:name w:val="Знак Знак2"/>
    <w:rsid w:val="003C0FB3"/>
    <w:rPr>
      <w:b/>
      <w:bCs/>
      <w:sz w:val="24"/>
      <w:szCs w:val="24"/>
      <w:lang w:val="uk-UA" w:eastAsia="ru-RU" w:bidi="ar-SA"/>
    </w:rPr>
  </w:style>
  <w:style w:type="character" w:customStyle="1" w:styleId="1ff1">
    <w:name w:val="Знак Знак1"/>
    <w:rsid w:val="003C0FB3"/>
    <w:rPr>
      <w:b/>
      <w:bCs/>
      <w:i/>
      <w:iCs/>
      <w:sz w:val="32"/>
      <w:szCs w:val="24"/>
      <w:lang w:val="uk-UA" w:eastAsia="ru-RU" w:bidi="ar-SA"/>
    </w:rPr>
  </w:style>
  <w:style w:type="character" w:customStyle="1" w:styleId="52">
    <w:name w:val="Знак Знак5"/>
    <w:locked/>
    <w:rsid w:val="003C0FB3"/>
    <w:rPr>
      <w:sz w:val="24"/>
      <w:szCs w:val="24"/>
      <w:lang w:val="ru-RU" w:eastAsia="ru-RU" w:bidi="ar-SA"/>
    </w:rPr>
  </w:style>
  <w:style w:type="paragraph" w:customStyle="1" w:styleId="119">
    <w:name w:val="Знак11"/>
    <w:rsid w:val="003C0FB3"/>
    <w:pPr>
      <w:spacing w:after="0" w:line="240" w:lineRule="auto"/>
    </w:pPr>
    <w:rPr>
      <w:rFonts w:ascii="Verdana" w:eastAsia="Times New Roman" w:hAnsi="Verdana" w:cs="Verdana"/>
      <w:sz w:val="20"/>
      <w:szCs w:val="20"/>
      <w:lang w:val="en-US" w:eastAsia="uk-UA"/>
    </w:rPr>
  </w:style>
  <w:style w:type="paragraph" w:customStyle="1" w:styleId="1110">
    <w:name w:val="Знак Знак Знак Знак1 Знак Знак1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11">
    <w:name w:val="Знак Знак Знак Знак1 Знак Знак1 Знак1"/>
    <w:rsid w:val="003C0FB3"/>
    <w:pPr>
      <w:spacing w:after="0" w:line="240" w:lineRule="auto"/>
    </w:pPr>
    <w:rPr>
      <w:rFonts w:ascii="Verdana" w:eastAsia="Times New Roman" w:hAnsi="Verdana" w:cs="Verdana"/>
      <w:sz w:val="20"/>
      <w:szCs w:val="20"/>
      <w:lang w:val="en-US" w:eastAsia="uk-UA"/>
    </w:rPr>
  </w:style>
  <w:style w:type="paragraph" w:customStyle="1" w:styleId="11a">
    <w:name w:val="Знак1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b">
    <w:name w:val="Знак1 Знак Знак Знак Знак Знак Знак Знак Знак Знак1"/>
    <w:rsid w:val="003C0FB3"/>
    <w:pPr>
      <w:spacing w:after="0" w:line="240" w:lineRule="auto"/>
    </w:pPr>
    <w:rPr>
      <w:rFonts w:ascii="Verdana" w:eastAsia="Times New Roman" w:hAnsi="Verdana" w:cs="Verdana"/>
      <w:sz w:val="20"/>
      <w:szCs w:val="20"/>
      <w:lang w:val="en-US" w:eastAsia="uk-UA"/>
    </w:rPr>
  </w:style>
  <w:style w:type="paragraph" w:customStyle="1" w:styleId="1112">
    <w:name w:val="Знак Знак Знак Знак1 Знак Знак Знак1 Знак Знак Знак Знак Знак Знак1"/>
    <w:rsid w:val="003C0FB3"/>
    <w:pPr>
      <w:spacing w:after="0" w:line="240" w:lineRule="auto"/>
    </w:pPr>
    <w:rPr>
      <w:rFonts w:ascii="Verdana" w:eastAsia="Times New Roman" w:hAnsi="Verdana" w:cs="Verdana"/>
      <w:sz w:val="20"/>
      <w:szCs w:val="20"/>
      <w:lang w:val="en-US" w:eastAsia="uk-UA"/>
    </w:rPr>
  </w:style>
  <w:style w:type="character" w:customStyle="1" w:styleId="410">
    <w:name w:val="Знак Знак41"/>
    <w:rsid w:val="003C0FB3"/>
    <w:rPr>
      <w:rFonts w:ascii="Arial" w:hAnsi="Arial" w:cs="Arial" w:hint="default"/>
      <w:b/>
      <w:bCs w:val="0"/>
      <w:caps/>
      <w:spacing w:val="20"/>
      <w:sz w:val="18"/>
      <w:lang w:val="ru-RU" w:eastAsia="ru-RU" w:bidi="ar-SA"/>
    </w:rPr>
  </w:style>
  <w:style w:type="character" w:customStyle="1" w:styleId="311">
    <w:name w:val="Знак Знак31"/>
    <w:rsid w:val="003C0FB3"/>
    <w:rPr>
      <w:rFonts w:ascii="Arial" w:hAnsi="Arial" w:cs="Arial" w:hint="default"/>
      <w:b/>
      <w:bCs w:val="0"/>
      <w:caps/>
      <w:spacing w:val="20"/>
      <w:sz w:val="18"/>
      <w:lang w:val="ru-RU" w:eastAsia="ru-RU" w:bidi="ar-SA"/>
    </w:rPr>
  </w:style>
  <w:style w:type="character" w:customStyle="1" w:styleId="213">
    <w:name w:val="Знак Знак21"/>
    <w:rsid w:val="003C0FB3"/>
    <w:rPr>
      <w:b/>
      <w:bCs/>
      <w:sz w:val="24"/>
      <w:szCs w:val="24"/>
      <w:lang w:val="uk-UA" w:eastAsia="ru-RU" w:bidi="ar-SA"/>
    </w:rPr>
  </w:style>
  <w:style w:type="character" w:customStyle="1" w:styleId="11c">
    <w:name w:val="Знак Знак11"/>
    <w:rsid w:val="003C0FB3"/>
    <w:rPr>
      <w:b/>
      <w:bCs/>
      <w:i/>
      <w:iCs/>
      <w:sz w:val="32"/>
      <w:szCs w:val="24"/>
      <w:lang w:val="uk-UA" w:eastAsia="ru-RU" w:bidi="ar-SA"/>
    </w:rPr>
  </w:style>
  <w:style w:type="paragraph" w:customStyle="1" w:styleId="1ff2">
    <w:name w:val="Знак Знак Знак Знак1 Знак Знак Знак Знак Знак Знак Знак Знак Знак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styleId="affff">
    <w:name w:val="caption"/>
    <w:uiPriority w:val="35"/>
    <w:qFormat/>
    <w:rsid w:val="003C0FB3"/>
    <w:pPr>
      <w:spacing w:after="0" w:line="240" w:lineRule="auto"/>
    </w:pPr>
    <w:rPr>
      <w:rFonts w:ascii="Times New Roman" w:eastAsia="Times New Roman" w:hAnsi="Times New Roman" w:cs="Times New Roman"/>
      <w:sz w:val="28"/>
      <w:szCs w:val="24"/>
      <w:lang w:eastAsia="ru-RU"/>
    </w:rPr>
  </w:style>
  <w:style w:type="paragraph" w:customStyle="1" w:styleId="1ff3">
    <w:name w:val="Знак Знак Знак1 Знак Знак Знак Знак Знак Знак"/>
    <w:rsid w:val="003C0FB3"/>
    <w:pPr>
      <w:spacing w:after="0" w:line="240" w:lineRule="auto"/>
    </w:pPr>
    <w:rPr>
      <w:rFonts w:ascii="Verdana" w:eastAsia="Times New Roman" w:hAnsi="Verdana" w:cs="Verdana"/>
      <w:sz w:val="20"/>
      <w:szCs w:val="20"/>
      <w:lang w:val="en-US" w:eastAsia="uk-UA"/>
    </w:rPr>
  </w:style>
  <w:style w:type="paragraph" w:customStyle="1" w:styleId="11d">
    <w:name w:val="Знак Знак Знак1 Знак Знак Знак Знак Знак Знак Знак Знак Знак Знак Знак1 Знак"/>
    <w:rsid w:val="003C0FB3"/>
    <w:pPr>
      <w:spacing w:after="0" w:line="240" w:lineRule="auto"/>
    </w:pPr>
    <w:rPr>
      <w:rFonts w:ascii="Verdana" w:eastAsia="Times New Roman" w:hAnsi="Verdana" w:cs="Verdana"/>
      <w:sz w:val="20"/>
      <w:szCs w:val="20"/>
      <w:lang w:val="en-US" w:eastAsia="uk-UA"/>
    </w:rPr>
  </w:style>
  <w:style w:type="paragraph" w:styleId="affff0">
    <w:name w:val="Revision"/>
    <w:hidden/>
    <w:uiPriority w:val="99"/>
    <w:semiHidden/>
    <w:rsid w:val="003C0FB3"/>
    <w:pPr>
      <w:spacing w:after="0" w:line="240" w:lineRule="auto"/>
    </w:pPr>
    <w:rPr>
      <w:rFonts w:ascii="Times New Roman CYR" w:eastAsia="Times New Roman" w:hAnsi="Times New Roman CYR" w:cs="Times New Roman"/>
      <w:sz w:val="24"/>
      <w:szCs w:val="24"/>
      <w:lang w:eastAsia="ru-RU"/>
    </w:rPr>
  </w:style>
  <w:style w:type="character" w:customStyle="1" w:styleId="xfm40946700">
    <w:name w:val="xfm_40946700"/>
    <w:rsid w:val="003C0FB3"/>
  </w:style>
  <w:style w:type="paragraph" w:customStyle="1" w:styleId="Style7">
    <w:name w:val="Style7"/>
    <w:uiPriority w:val="99"/>
    <w:rsid w:val="003C0FB3"/>
    <w:pPr>
      <w:widowControl w:val="0"/>
      <w:autoSpaceDE w:val="0"/>
      <w:autoSpaceDN w:val="0"/>
      <w:adjustRightInd w:val="0"/>
      <w:spacing w:after="0" w:line="320" w:lineRule="exact"/>
      <w:ind w:firstLine="742"/>
      <w:jc w:val="both"/>
    </w:pPr>
    <w:rPr>
      <w:rFonts w:ascii="Times New Roman" w:eastAsia="Times New Roman" w:hAnsi="Times New Roman" w:cs="Times New Roman"/>
      <w:sz w:val="24"/>
      <w:szCs w:val="24"/>
      <w:lang w:val="uk" w:eastAsia="ru-RU"/>
    </w:rPr>
  </w:style>
  <w:style w:type="numbering" w:customStyle="1" w:styleId="11e">
    <w:name w:val="Нет списка11"/>
    <w:next w:val="a4"/>
    <w:uiPriority w:val="99"/>
    <w:semiHidden/>
    <w:unhideWhenUsed/>
    <w:rsid w:val="003C0FB3"/>
  </w:style>
  <w:style w:type="numbering" w:customStyle="1" w:styleId="1113">
    <w:name w:val="Нет списка111"/>
    <w:next w:val="a4"/>
    <w:uiPriority w:val="99"/>
    <w:semiHidden/>
    <w:unhideWhenUsed/>
    <w:rsid w:val="003C0FB3"/>
  </w:style>
  <w:style w:type="table" w:customStyle="1" w:styleId="11f">
    <w:name w:val="Сетка таблицы11"/>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4"/>
    <w:uiPriority w:val="99"/>
    <w:semiHidden/>
    <w:unhideWhenUsed/>
    <w:rsid w:val="003C0FB3"/>
  </w:style>
  <w:style w:type="table" w:customStyle="1" w:styleId="1114">
    <w:name w:val="Сетка таблицы111"/>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0">
    <w:name w:val="Нет списка2"/>
    <w:next w:val="a4"/>
    <w:uiPriority w:val="99"/>
    <w:semiHidden/>
    <w:unhideWhenUsed/>
    <w:rsid w:val="003C0FB3"/>
  </w:style>
  <w:style w:type="table" w:customStyle="1" w:styleId="2f1">
    <w:name w:val="Сетка таблицы2"/>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c">
    <w:name w:val="Нет списка3"/>
    <w:next w:val="a4"/>
    <w:uiPriority w:val="99"/>
    <w:semiHidden/>
    <w:unhideWhenUsed/>
    <w:rsid w:val="003C0FB3"/>
  </w:style>
  <w:style w:type="table" w:customStyle="1" w:styleId="3d">
    <w:name w:val="Сетка таблицы3"/>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4"/>
    <w:uiPriority w:val="99"/>
    <w:semiHidden/>
    <w:unhideWhenUsed/>
    <w:rsid w:val="003C0FB3"/>
  </w:style>
  <w:style w:type="table" w:customStyle="1" w:styleId="121">
    <w:name w:val="Сетка таблицы12"/>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4"/>
    <w:uiPriority w:val="99"/>
    <w:semiHidden/>
    <w:unhideWhenUsed/>
    <w:rsid w:val="003C0FB3"/>
  </w:style>
  <w:style w:type="table" w:customStyle="1" w:styleId="1121">
    <w:name w:val="Сетка таблицы112"/>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
    <w:name w:val="Нет списка21"/>
    <w:next w:val="a4"/>
    <w:uiPriority w:val="99"/>
    <w:semiHidden/>
    <w:unhideWhenUsed/>
    <w:rsid w:val="003C0FB3"/>
  </w:style>
  <w:style w:type="table" w:customStyle="1" w:styleId="215">
    <w:name w:val="Сетка таблицы21"/>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
    <w:name w:val="Нет списка4"/>
    <w:next w:val="a4"/>
    <w:uiPriority w:val="99"/>
    <w:semiHidden/>
    <w:unhideWhenUsed/>
    <w:rsid w:val="003C0FB3"/>
  </w:style>
  <w:style w:type="table" w:customStyle="1" w:styleId="44">
    <w:name w:val="Сетка таблицы4"/>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т списка13"/>
    <w:next w:val="a4"/>
    <w:uiPriority w:val="99"/>
    <w:semiHidden/>
    <w:unhideWhenUsed/>
    <w:rsid w:val="003C0FB3"/>
  </w:style>
  <w:style w:type="table" w:customStyle="1" w:styleId="133">
    <w:name w:val="Сетка таблицы13"/>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4"/>
    <w:uiPriority w:val="99"/>
    <w:semiHidden/>
    <w:unhideWhenUsed/>
    <w:rsid w:val="003C0FB3"/>
  </w:style>
  <w:style w:type="table" w:customStyle="1" w:styleId="1131">
    <w:name w:val="Сетка таблицы113"/>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Нет списка22"/>
    <w:next w:val="a4"/>
    <w:uiPriority w:val="99"/>
    <w:semiHidden/>
    <w:unhideWhenUsed/>
    <w:rsid w:val="003C0FB3"/>
  </w:style>
  <w:style w:type="table" w:customStyle="1" w:styleId="221">
    <w:name w:val="Сетка таблицы22"/>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
    <w:basedOn w:val="a3"/>
    <w:next w:val="a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2">
    <w:name w:val="Основной текст2"/>
    <w:qFormat/>
    <w:rsid w:val="003C0FB3"/>
    <w:pPr>
      <w:widowControl w:val="0"/>
      <w:shd w:val="clear" w:color="auto" w:fill="FFFFFF"/>
      <w:spacing w:after="0" w:line="0" w:lineRule="atLeast"/>
      <w:ind w:hanging="420"/>
    </w:pPr>
    <w:rPr>
      <w:rFonts w:ascii="Times New Roman" w:eastAsia="Times New Roman" w:hAnsi="Times New Roman" w:cs="Times New Roman"/>
      <w:sz w:val="23"/>
      <w:szCs w:val="23"/>
      <w:lang w:eastAsia="uk-UA"/>
    </w:rPr>
  </w:style>
  <w:style w:type="numbering" w:customStyle="1" w:styleId="53">
    <w:name w:val="Нет списка5"/>
    <w:next w:val="a4"/>
    <w:uiPriority w:val="99"/>
    <w:semiHidden/>
    <w:unhideWhenUsed/>
    <w:rsid w:val="003C0FB3"/>
  </w:style>
  <w:style w:type="numbering" w:customStyle="1" w:styleId="140">
    <w:name w:val="Нет списка14"/>
    <w:next w:val="a4"/>
    <w:uiPriority w:val="99"/>
    <w:semiHidden/>
    <w:unhideWhenUsed/>
    <w:rsid w:val="003C0FB3"/>
  </w:style>
  <w:style w:type="table" w:customStyle="1" w:styleId="54">
    <w:name w:val="Сетка таблицы5"/>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0">
    <w:name w:val="Нет списка114"/>
    <w:next w:val="a4"/>
    <w:uiPriority w:val="99"/>
    <w:semiHidden/>
    <w:unhideWhenUsed/>
    <w:rsid w:val="003C0FB3"/>
  </w:style>
  <w:style w:type="table" w:customStyle="1" w:styleId="141">
    <w:name w:val="Сетка таблицы14"/>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0">
    <w:name w:val="Нет списка11111"/>
    <w:next w:val="a4"/>
    <w:uiPriority w:val="99"/>
    <w:semiHidden/>
    <w:unhideWhenUsed/>
    <w:rsid w:val="003C0FB3"/>
  </w:style>
  <w:style w:type="table" w:customStyle="1" w:styleId="1141">
    <w:name w:val="Сетка таблицы114"/>
    <w:basedOn w:val="a3"/>
    <w:next w:val="a9"/>
    <w:uiPriority w:val="39"/>
    <w:locked/>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
    <w:name w:val="Нет списка111111"/>
    <w:next w:val="a4"/>
    <w:uiPriority w:val="99"/>
    <w:semiHidden/>
    <w:unhideWhenUsed/>
    <w:rsid w:val="003C0FB3"/>
  </w:style>
  <w:style w:type="table" w:customStyle="1" w:styleId="11120">
    <w:name w:val="Сетка таблицы1112"/>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Нет списка23"/>
    <w:next w:val="a4"/>
    <w:uiPriority w:val="99"/>
    <w:semiHidden/>
    <w:unhideWhenUsed/>
    <w:rsid w:val="003C0FB3"/>
  </w:style>
  <w:style w:type="table" w:customStyle="1" w:styleId="231">
    <w:name w:val="Сетка таблицы23"/>
    <w:basedOn w:val="a3"/>
    <w:next w:val="a9"/>
    <w:uiPriority w:val="39"/>
    <w:rsid w:val="003C0FB3"/>
    <w:pPr>
      <w:spacing w:after="0" w:line="240" w:lineRule="auto"/>
    </w:pPr>
    <w:rPr>
      <w:rFonts w:ascii="Calibri" w:eastAsia="Calibri" w:hAnsi="Calibri" w:cs="Calibri"/>
      <w:lang w:val="en-US"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19">
    <w:name w:val="1519"/>
    <w:aliases w:val="baiaagaaboqcaaadkaqaaau2baaaaaaaaaaaaaaaaaaaaaaaaaaaaaaaaaaaaaaaaaaaaaaaaaaaaaaaaaaaaaaaaaaaaaaaaaaaaaaaaaaaaaaaaaaaaaaaaaaaaaaaaaaaaaaaaaaaaaaaaaaaaaaaaaaaaaaaaaaaaaaaaaaaaaaaaaaaaaaaaaaaaaaaaaaaaaaaaaaaaaaaaaaaaaaaaaaaaaaaaaaaaaaa"/>
    <w:rsid w:val="003C0FB3"/>
    <w:pPr>
      <w:spacing w:before="100" w:beforeAutospacing="1" w:after="100" w:afterAutospacing="1" w:line="240" w:lineRule="auto"/>
    </w:pPr>
    <w:rPr>
      <w:rFonts w:ascii="Times New Roman" w:eastAsia="Times New Roman" w:hAnsi="Times New Roman" w:cs="Times New Roman"/>
      <w:sz w:val="24"/>
      <w:szCs w:val="24"/>
      <w:lang w:val="uk" w:eastAsia="ru-RU"/>
    </w:rPr>
  </w:style>
  <w:style w:type="character" w:customStyle="1" w:styleId="3e">
    <w:name w:val="Основной текст (3)"/>
    <w:rsid w:val="003C0FB3"/>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character" w:customStyle="1" w:styleId="2f3">
    <w:name w:val="Основной текст (2) + Полужирный"/>
    <w:rsid w:val="003C0FB3"/>
    <w:rPr>
      <w:rFonts w:ascii="Times New Roman" w:eastAsia="Times New Roman" w:hAnsi="Times New Roman" w:cs="Times New Roman"/>
      <w:b/>
      <w:bCs/>
      <w:i w:val="0"/>
      <w:iCs w:val="0"/>
      <w:smallCaps w:val="0"/>
      <w:strike w:val="0"/>
      <w:color w:val="000000"/>
      <w:spacing w:val="0"/>
      <w:w w:val="100"/>
      <w:position w:val="0"/>
      <w:sz w:val="22"/>
      <w:szCs w:val="22"/>
      <w:u w:val="none"/>
      <w:lang w:val="uk-UA" w:eastAsia="uk-UA" w:bidi="uk-UA"/>
    </w:rPr>
  </w:style>
  <w:style w:type="character" w:customStyle="1" w:styleId="affff1">
    <w:name w:val="Основной текст_"/>
    <w:link w:val="3f"/>
    <w:rsid w:val="003C0FB3"/>
    <w:rPr>
      <w:shd w:val="clear" w:color="auto" w:fill="FFFFFF"/>
    </w:rPr>
  </w:style>
  <w:style w:type="paragraph" w:customStyle="1" w:styleId="3f">
    <w:name w:val="Основной текст3"/>
    <w:link w:val="affff1"/>
    <w:rsid w:val="003C0FB3"/>
    <w:pPr>
      <w:widowControl w:val="0"/>
      <w:shd w:val="clear" w:color="auto" w:fill="FFFFFF"/>
      <w:spacing w:before="600" w:after="600" w:line="0" w:lineRule="atLeast"/>
      <w:jc w:val="both"/>
    </w:pPr>
  </w:style>
  <w:style w:type="table" w:customStyle="1" w:styleId="62">
    <w:name w:val="Сетка таблицы6"/>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3"/>
    <w:next w:val="a9"/>
    <w:uiPriority w:val="59"/>
    <w:rsid w:val="003C0FB3"/>
    <w:pPr>
      <w:spacing w:after="0" w:line="240" w:lineRule="auto"/>
    </w:pPr>
    <w:rPr>
      <w:rFonts w:ascii="Times New Roman" w:eastAsia="Calibri" w:hAnsi="Times New Roman" w:cs="Calibri"/>
      <w:lang w:val="uk" w:eastAsia="uk-U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
    <w:name w:val="Сетка таблицы8"/>
    <w:basedOn w:val="a3"/>
    <w:next w:val="a9"/>
    <w:uiPriority w:val="39"/>
    <w:rsid w:val="003C0FB3"/>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3"/>
    <w:next w:val="a9"/>
    <w:uiPriority w:val="39"/>
    <w:rsid w:val="003C0FB3"/>
    <w:pPr>
      <w:spacing w:after="0" w:line="240" w:lineRule="auto"/>
    </w:pPr>
    <w:rPr>
      <w:rFonts w:ascii="Calibri" w:eastAsia="Calibri" w:hAnsi="Calibri" w:cs="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3"/>
    <w:next w:val="a9"/>
    <w:uiPriority w:val="39"/>
    <w:rsid w:val="003C0FB3"/>
    <w:pPr>
      <w:spacing w:after="0" w:line="240" w:lineRule="auto"/>
    </w:pPr>
    <w:rPr>
      <w:rFonts w:ascii="Calibri" w:eastAsia="Calibri" w:hAnsi="Calibri" w:cs="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3"/>
    <w:next w:val="a9"/>
    <w:uiPriority w:val="39"/>
    <w:rsid w:val="003C0FB3"/>
    <w:pPr>
      <w:spacing w:after="0" w:line="240" w:lineRule="auto"/>
    </w:pPr>
    <w:rPr>
      <w:rFonts w:ascii="Calibri" w:eastAsia="Calibri" w:hAnsi="Calibri" w:cs="Calibri"/>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rsid w:val="003C0FB3"/>
    <w:pPr>
      <w:spacing w:after="0" w:line="240" w:lineRule="auto"/>
    </w:pPr>
    <w:rPr>
      <w:rFonts w:ascii="Calibri" w:eastAsia="Times New Roman" w:hAnsi="Calibri" w:cs="Times New Roman"/>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4">
    <w:name w:val="Підзаголовок Знак1"/>
    <w:rsid w:val="003C0FB3"/>
    <w:rPr>
      <w:b/>
      <w:sz w:val="24"/>
      <w:szCs w:val="24"/>
      <w:lang w:val="uk"/>
    </w:rPr>
  </w:style>
  <w:style w:type="numbering" w:customStyle="1" w:styleId="11f0">
    <w:name w:val="Немає списку11"/>
    <w:next w:val="a4"/>
    <w:uiPriority w:val="99"/>
    <w:semiHidden/>
    <w:rsid w:val="003C0FB3"/>
  </w:style>
  <w:style w:type="paragraph" w:styleId="2f4">
    <w:name w:val="List 2"/>
    <w:basedOn w:val="a1"/>
    <w:uiPriority w:val="99"/>
    <w:unhideWhenUsed/>
    <w:rsid w:val="003C0FB3"/>
    <w:pPr>
      <w:spacing w:after="200" w:line="276" w:lineRule="auto"/>
      <w:ind w:left="720" w:hanging="360"/>
      <w:contextualSpacing/>
    </w:pPr>
    <w:rPr>
      <w:rFonts w:ascii="Cambria" w:eastAsia="MS Mincho" w:hAnsi="Cambria"/>
      <w:sz w:val="22"/>
      <w:szCs w:val="22"/>
      <w:lang w:val="en-US" w:eastAsia="en-US"/>
    </w:rPr>
  </w:style>
  <w:style w:type="paragraph" w:styleId="3f0">
    <w:name w:val="List 3"/>
    <w:basedOn w:val="a1"/>
    <w:uiPriority w:val="99"/>
    <w:unhideWhenUsed/>
    <w:rsid w:val="003C0FB3"/>
    <w:pPr>
      <w:spacing w:after="200" w:line="276" w:lineRule="auto"/>
      <w:ind w:left="1080" w:hanging="360"/>
      <w:contextualSpacing/>
    </w:pPr>
    <w:rPr>
      <w:rFonts w:ascii="Cambria" w:eastAsia="MS Mincho" w:hAnsi="Cambria"/>
      <w:sz w:val="22"/>
      <w:szCs w:val="22"/>
      <w:lang w:val="en-US" w:eastAsia="en-US"/>
    </w:rPr>
  </w:style>
  <w:style w:type="paragraph" w:styleId="20">
    <w:name w:val="List Bullet 2"/>
    <w:basedOn w:val="a1"/>
    <w:uiPriority w:val="99"/>
    <w:unhideWhenUsed/>
    <w:rsid w:val="003C0FB3"/>
    <w:pPr>
      <w:numPr>
        <w:numId w:val="3"/>
      </w:numPr>
      <w:spacing w:after="200" w:line="276" w:lineRule="auto"/>
      <w:contextualSpacing/>
    </w:pPr>
    <w:rPr>
      <w:rFonts w:ascii="Cambria" w:eastAsia="MS Mincho" w:hAnsi="Cambria"/>
      <w:sz w:val="22"/>
      <w:szCs w:val="22"/>
      <w:lang w:val="en-US" w:eastAsia="en-US"/>
    </w:rPr>
  </w:style>
  <w:style w:type="paragraph" w:styleId="30">
    <w:name w:val="List Bullet 3"/>
    <w:basedOn w:val="a1"/>
    <w:uiPriority w:val="99"/>
    <w:unhideWhenUsed/>
    <w:rsid w:val="003C0FB3"/>
    <w:pPr>
      <w:numPr>
        <w:numId w:val="4"/>
      </w:numPr>
      <w:tabs>
        <w:tab w:val="clear" w:pos="1080"/>
      </w:tabs>
      <w:spacing w:after="200" w:line="276" w:lineRule="auto"/>
      <w:ind w:left="0" w:firstLine="0"/>
      <w:contextualSpacing/>
    </w:pPr>
    <w:rPr>
      <w:rFonts w:ascii="Cambria" w:eastAsia="MS Mincho" w:hAnsi="Cambria"/>
      <w:sz w:val="22"/>
      <w:szCs w:val="22"/>
      <w:lang w:val="en-US" w:eastAsia="en-US"/>
    </w:rPr>
  </w:style>
  <w:style w:type="paragraph" w:styleId="a">
    <w:name w:val="List Number"/>
    <w:basedOn w:val="a1"/>
    <w:uiPriority w:val="99"/>
    <w:unhideWhenUsed/>
    <w:rsid w:val="003C0FB3"/>
    <w:pPr>
      <w:numPr>
        <w:numId w:val="5"/>
      </w:numPr>
      <w:tabs>
        <w:tab w:val="clear" w:pos="360"/>
      </w:tabs>
      <w:spacing w:after="200" w:line="276" w:lineRule="auto"/>
      <w:ind w:left="502"/>
      <w:contextualSpacing/>
    </w:pPr>
    <w:rPr>
      <w:rFonts w:ascii="Cambria" w:eastAsia="MS Mincho" w:hAnsi="Cambria"/>
      <w:sz w:val="22"/>
      <w:szCs w:val="22"/>
      <w:lang w:val="en-US" w:eastAsia="en-US"/>
    </w:rPr>
  </w:style>
  <w:style w:type="paragraph" w:styleId="2">
    <w:name w:val="List Number 2"/>
    <w:basedOn w:val="a1"/>
    <w:uiPriority w:val="99"/>
    <w:unhideWhenUsed/>
    <w:rsid w:val="003C0FB3"/>
    <w:pPr>
      <w:numPr>
        <w:numId w:val="6"/>
      </w:numPr>
      <w:tabs>
        <w:tab w:val="clear" w:pos="720"/>
      </w:tabs>
      <w:spacing w:after="200" w:line="276" w:lineRule="auto"/>
      <w:ind w:left="360"/>
      <w:contextualSpacing/>
    </w:pPr>
    <w:rPr>
      <w:rFonts w:ascii="Cambria" w:eastAsia="MS Mincho" w:hAnsi="Cambria"/>
      <w:sz w:val="22"/>
      <w:szCs w:val="22"/>
      <w:lang w:val="en-US" w:eastAsia="en-US"/>
    </w:rPr>
  </w:style>
  <w:style w:type="paragraph" w:styleId="3">
    <w:name w:val="List Number 3"/>
    <w:basedOn w:val="a1"/>
    <w:uiPriority w:val="99"/>
    <w:unhideWhenUsed/>
    <w:rsid w:val="003C0FB3"/>
    <w:pPr>
      <w:numPr>
        <w:numId w:val="7"/>
      </w:numPr>
      <w:tabs>
        <w:tab w:val="clear" w:pos="1080"/>
        <w:tab w:val="num" w:pos="720"/>
      </w:tabs>
      <w:spacing w:after="200" w:line="276" w:lineRule="auto"/>
      <w:ind w:left="720"/>
      <w:contextualSpacing/>
    </w:pPr>
    <w:rPr>
      <w:rFonts w:ascii="Cambria" w:eastAsia="MS Mincho" w:hAnsi="Cambria"/>
      <w:sz w:val="22"/>
      <w:szCs w:val="22"/>
      <w:lang w:val="en-US" w:eastAsia="en-US"/>
    </w:rPr>
  </w:style>
  <w:style w:type="paragraph" w:styleId="affff2">
    <w:name w:val="List Continue"/>
    <w:basedOn w:val="a1"/>
    <w:uiPriority w:val="99"/>
    <w:unhideWhenUsed/>
    <w:rsid w:val="003C0FB3"/>
    <w:pPr>
      <w:spacing w:after="120" w:line="276" w:lineRule="auto"/>
      <w:ind w:left="360"/>
      <w:contextualSpacing/>
    </w:pPr>
    <w:rPr>
      <w:rFonts w:ascii="Cambria" w:eastAsia="MS Mincho" w:hAnsi="Cambria"/>
      <w:sz w:val="22"/>
      <w:szCs w:val="22"/>
      <w:lang w:val="en-US" w:eastAsia="en-US"/>
    </w:rPr>
  </w:style>
  <w:style w:type="paragraph" w:styleId="2f5">
    <w:name w:val="List Continue 2"/>
    <w:basedOn w:val="a1"/>
    <w:uiPriority w:val="99"/>
    <w:unhideWhenUsed/>
    <w:rsid w:val="003C0FB3"/>
    <w:pPr>
      <w:spacing w:after="120" w:line="276" w:lineRule="auto"/>
      <w:ind w:left="720"/>
      <w:contextualSpacing/>
    </w:pPr>
    <w:rPr>
      <w:rFonts w:ascii="Cambria" w:eastAsia="MS Mincho" w:hAnsi="Cambria"/>
      <w:sz w:val="22"/>
      <w:szCs w:val="22"/>
      <w:lang w:val="en-US" w:eastAsia="en-US"/>
    </w:rPr>
  </w:style>
  <w:style w:type="paragraph" w:styleId="3f1">
    <w:name w:val="List Continue 3"/>
    <w:basedOn w:val="a1"/>
    <w:uiPriority w:val="99"/>
    <w:unhideWhenUsed/>
    <w:rsid w:val="003C0FB3"/>
    <w:pPr>
      <w:spacing w:after="120" w:line="276" w:lineRule="auto"/>
      <w:ind w:left="1080"/>
      <w:contextualSpacing/>
    </w:pPr>
    <w:rPr>
      <w:rFonts w:ascii="Cambria" w:eastAsia="MS Mincho" w:hAnsi="Cambria"/>
      <w:sz w:val="22"/>
      <w:szCs w:val="22"/>
      <w:lang w:val="en-US" w:eastAsia="en-US"/>
    </w:rPr>
  </w:style>
  <w:style w:type="paragraph" w:styleId="affff3">
    <w:name w:val="macro"/>
    <w:link w:val="affff4"/>
    <w:uiPriority w:val="99"/>
    <w:unhideWhenUsed/>
    <w:rsid w:val="003C0FB3"/>
    <w:pPr>
      <w:tabs>
        <w:tab w:val="left" w:pos="576"/>
        <w:tab w:val="left" w:pos="1152"/>
        <w:tab w:val="left" w:pos="1728"/>
        <w:tab w:val="left" w:pos="2304"/>
        <w:tab w:val="left" w:pos="2880"/>
        <w:tab w:val="left" w:pos="3456"/>
        <w:tab w:val="left" w:pos="4032"/>
      </w:tabs>
      <w:spacing w:after="200" w:line="276" w:lineRule="auto"/>
    </w:pPr>
    <w:rPr>
      <w:rFonts w:ascii="Courier" w:eastAsia="MS Mincho" w:hAnsi="Courier" w:cs="Times New Roman"/>
      <w:sz w:val="20"/>
      <w:szCs w:val="20"/>
      <w:lang w:val="en-US"/>
    </w:rPr>
  </w:style>
  <w:style w:type="character" w:customStyle="1" w:styleId="affff4">
    <w:name w:val="Текст макросу Знак"/>
    <w:basedOn w:val="a2"/>
    <w:link w:val="affff3"/>
    <w:uiPriority w:val="99"/>
    <w:rsid w:val="003C0FB3"/>
    <w:rPr>
      <w:rFonts w:ascii="Courier" w:eastAsia="MS Mincho" w:hAnsi="Courier" w:cs="Times New Roman"/>
      <w:sz w:val="20"/>
      <w:szCs w:val="20"/>
      <w:lang w:val="en-US"/>
    </w:rPr>
  </w:style>
  <w:style w:type="paragraph" w:styleId="affff5">
    <w:name w:val="Quote"/>
    <w:basedOn w:val="a1"/>
    <w:next w:val="a1"/>
    <w:link w:val="affff6"/>
    <w:uiPriority w:val="29"/>
    <w:qFormat/>
    <w:rsid w:val="003C0FB3"/>
    <w:pPr>
      <w:spacing w:after="200" w:line="276" w:lineRule="auto"/>
    </w:pPr>
    <w:rPr>
      <w:rFonts w:ascii="Cambria" w:eastAsia="MS Mincho" w:hAnsi="Cambria"/>
      <w:i/>
      <w:iCs/>
      <w:color w:val="000000"/>
      <w:sz w:val="22"/>
      <w:szCs w:val="22"/>
      <w:lang w:val="en-US" w:eastAsia="en-US"/>
    </w:rPr>
  </w:style>
  <w:style w:type="character" w:customStyle="1" w:styleId="affff6">
    <w:name w:val="Цитата Знак"/>
    <w:basedOn w:val="a2"/>
    <w:link w:val="affff5"/>
    <w:uiPriority w:val="29"/>
    <w:rsid w:val="003C0FB3"/>
    <w:rPr>
      <w:rFonts w:ascii="Cambria" w:eastAsia="MS Mincho" w:hAnsi="Cambria" w:cs="Times New Roman"/>
      <w:i/>
      <w:iCs/>
      <w:color w:val="000000"/>
      <w:lang w:val="en-US"/>
    </w:rPr>
  </w:style>
  <w:style w:type="paragraph" w:styleId="affff7">
    <w:name w:val="Intense Quote"/>
    <w:basedOn w:val="a1"/>
    <w:next w:val="a1"/>
    <w:link w:val="affff8"/>
    <w:uiPriority w:val="30"/>
    <w:qFormat/>
    <w:rsid w:val="003C0FB3"/>
    <w:pPr>
      <w:pBdr>
        <w:bottom w:val="single" w:sz="4" w:space="4" w:color="4F81BD"/>
      </w:pBdr>
      <w:spacing w:before="200" w:after="280" w:line="276" w:lineRule="auto"/>
      <w:ind w:left="936" w:right="936"/>
    </w:pPr>
    <w:rPr>
      <w:rFonts w:ascii="Cambria" w:eastAsia="MS Mincho" w:hAnsi="Cambria"/>
      <w:b/>
      <w:bCs/>
      <w:i/>
      <w:iCs/>
      <w:color w:val="4F81BD"/>
      <w:sz w:val="22"/>
      <w:szCs w:val="22"/>
      <w:lang w:val="en-US" w:eastAsia="en-US"/>
    </w:rPr>
  </w:style>
  <w:style w:type="character" w:customStyle="1" w:styleId="affff8">
    <w:name w:val="Насичена цитата Знак"/>
    <w:basedOn w:val="a2"/>
    <w:link w:val="affff7"/>
    <w:uiPriority w:val="30"/>
    <w:rsid w:val="003C0FB3"/>
    <w:rPr>
      <w:rFonts w:ascii="Cambria" w:eastAsia="MS Mincho" w:hAnsi="Cambria" w:cs="Times New Roman"/>
      <w:b/>
      <w:bCs/>
      <w:i/>
      <w:iCs/>
      <w:color w:val="4F81BD"/>
      <w:lang w:val="en-US"/>
    </w:rPr>
  </w:style>
  <w:style w:type="character" w:styleId="affff9">
    <w:name w:val="Subtle Emphasis"/>
    <w:uiPriority w:val="19"/>
    <w:qFormat/>
    <w:rsid w:val="003C0FB3"/>
    <w:rPr>
      <w:i/>
      <w:iCs/>
      <w:color w:val="808080"/>
    </w:rPr>
  </w:style>
  <w:style w:type="character" w:styleId="affffa">
    <w:name w:val="Intense Emphasis"/>
    <w:uiPriority w:val="21"/>
    <w:qFormat/>
    <w:rsid w:val="003C0FB3"/>
    <w:rPr>
      <w:b/>
      <w:bCs/>
      <w:i/>
      <w:iCs/>
      <w:color w:val="4F81BD"/>
    </w:rPr>
  </w:style>
  <w:style w:type="character" w:styleId="affffb">
    <w:name w:val="Subtle Reference"/>
    <w:uiPriority w:val="31"/>
    <w:qFormat/>
    <w:rsid w:val="003C0FB3"/>
    <w:rPr>
      <w:smallCaps/>
      <w:color w:val="C0504D"/>
      <w:u w:val="single"/>
    </w:rPr>
  </w:style>
  <w:style w:type="character" w:styleId="affffc">
    <w:name w:val="Intense Reference"/>
    <w:uiPriority w:val="32"/>
    <w:qFormat/>
    <w:rsid w:val="003C0FB3"/>
    <w:rPr>
      <w:b/>
      <w:bCs/>
      <w:smallCaps/>
      <w:color w:val="C0504D"/>
      <w:spacing w:val="5"/>
      <w:u w:val="single"/>
    </w:rPr>
  </w:style>
  <w:style w:type="character" w:styleId="affffd">
    <w:name w:val="Book Title"/>
    <w:uiPriority w:val="33"/>
    <w:qFormat/>
    <w:rsid w:val="003C0FB3"/>
    <w:rPr>
      <w:b/>
      <w:bCs/>
      <w:smallCaps/>
      <w:spacing w:val="5"/>
    </w:rPr>
  </w:style>
  <w:style w:type="paragraph" w:styleId="affffe">
    <w:name w:val="TOC Heading"/>
    <w:basedOn w:val="11"/>
    <w:next w:val="a1"/>
    <w:uiPriority w:val="39"/>
    <w:semiHidden/>
    <w:unhideWhenUsed/>
    <w:qFormat/>
    <w:rsid w:val="003C0FB3"/>
    <w:pPr>
      <w:keepLines/>
      <w:spacing w:before="480" w:after="0" w:line="276" w:lineRule="auto"/>
      <w:outlineLvl w:val="9"/>
    </w:pPr>
    <w:rPr>
      <w:rFonts w:ascii="Calibri" w:eastAsia="MS Gothic" w:hAnsi="Calibri" w:cs="Times New Roman"/>
      <w:color w:val="365F91"/>
      <w:kern w:val="0"/>
      <w:sz w:val="28"/>
      <w:szCs w:val="28"/>
      <w:lang w:val="en-US" w:eastAsia="en-US"/>
    </w:rPr>
  </w:style>
  <w:style w:type="table" w:styleId="afffff">
    <w:name w:val="Light Shading"/>
    <w:basedOn w:val="a3"/>
    <w:uiPriority w:val="60"/>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ff5">
    <w:name w:val="Light Shading Accent 1"/>
    <w:basedOn w:val="a3"/>
    <w:uiPriority w:val="60"/>
    <w:rsid w:val="003C0FB3"/>
    <w:pPr>
      <w:spacing w:after="0" w:line="240" w:lineRule="auto"/>
    </w:pPr>
    <w:rPr>
      <w:rFonts w:ascii="Cambria" w:eastAsia="MS Mincho" w:hAnsi="Cambria" w:cs="Times New Roman"/>
      <w:color w:val="365F91"/>
      <w:lang w:val="en-US"/>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f6">
    <w:name w:val="Light Shading Accent 2"/>
    <w:basedOn w:val="a3"/>
    <w:uiPriority w:val="60"/>
    <w:rsid w:val="003C0FB3"/>
    <w:pPr>
      <w:spacing w:after="0" w:line="240" w:lineRule="auto"/>
    </w:pPr>
    <w:rPr>
      <w:rFonts w:ascii="Cambria" w:eastAsia="MS Mincho" w:hAnsi="Cambria" w:cs="Times New Roman"/>
      <w:color w:val="943634"/>
      <w:lang w:val="en-US"/>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3f2">
    <w:name w:val="Light Shading Accent 3"/>
    <w:basedOn w:val="a3"/>
    <w:uiPriority w:val="60"/>
    <w:rsid w:val="003C0FB3"/>
    <w:pPr>
      <w:spacing w:after="0" w:line="240" w:lineRule="auto"/>
    </w:pPr>
    <w:rPr>
      <w:rFonts w:ascii="Cambria" w:eastAsia="MS Mincho" w:hAnsi="Cambria" w:cs="Times New Roman"/>
      <w:color w:val="76923C"/>
      <w:lang w:val="en-US"/>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45">
    <w:name w:val="Light Shading Accent 4"/>
    <w:basedOn w:val="a3"/>
    <w:uiPriority w:val="60"/>
    <w:rsid w:val="003C0FB3"/>
    <w:pPr>
      <w:spacing w:after="0" w:line="240" w:lineRule="auto"/>
    </w:pPr>
    <w:rPr>
      <w:rFonts w:ascii="Cambria" w:eastAsia="MS Mincho" w:hAnsi="Cambria" w:cs="Times New Roman"/>
      <w:color w:val="5F497A"/>
      <w:lang w:val="en-US"/>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55">
    <w:name w:val="Light Shading Accent 5"/>
    <w:basedOn w:val="a3"/>
    <w:uiPriority w:val="60"/>
    <w:rsid w:val="003C0FB3"/>
    <w:pPr>
      <w:spacing w:after="0" w:line="240" w:lineRule="auto"/>
    </w:pPr>
    <w:rPr>
      <w:rFonts w:ascii="Cambria" w:eastAsia="MS Mincho" w:hAnsi="Cambria" w:cs="Times New Roman"/>
      <w:color w:val="31849B"/>
      <w:lang w:val="en-U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63">
    <w:name w:val="Light Shading Accent 6"/>
    <w:basedOn w:val="a3"/>
    <w:uiPriority w:val="60"/>
    <w:rsid w:val="003C0FB3"/>
    <w:pPr>
      <w:spacing w:after="0" w:line="240" w:lineRule="auto"/>
    </w:pPr>
    <w:rPr>
      <w:rFonts w:ascii="Cambria" w:eastAsia="MS Mincho" w:hAnsi="Cambria" w:cs="Times New Roman"/>
      <w:color w:val="E36C0A"/>
      <w:lang w:val="en-US"/>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afffff0">
    <w:name w:val="Light List"/>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1ff6">
    <w:name w:val="Light List Accent 1"/>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2f7">
    <w:name w:val="Light List Accent 2"/>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f3">
    <w:name w:val="Light List Accent 3"/>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46">
    <w:name w:val="Light List Accent 4"/>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56">
    <w:name w:val="Light List Accent 5"/>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64">
    <w:name w:val="Light List Accent 6"/>
    <w:basedOn w:val="a3"/>
    <w:uiPriority w:val="61"/>
    <w:rsid w:val="003C0FB3"/>
    <w:pPr>
      <w:spacing w:after="0" w:line="240" w:lineRule="auto"/>
    </w:pPr>
    <w:rPr>
      <w:rFonts w:ascii="Cambria" w:eastAsia="MS Mincho" w:hAnsi="Cambria" w:cs="Times New Roman"/>
      <w:lang w:val="en-U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afffff1">
    <w:name w:val="Light Grid"/>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1ff7">
    <w:name w:val="Light Grid Accent 1"/>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2f8">
    <w:name w:val="Light Grid Accent 2"/>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3f4">
    <w:name w:val="Light Grid Accent 3"/>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47">
    <w:name w:val="Light Grid Accent 4"/>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57">
    <w:name w:val="Light Grid Accent 5"/>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65">
    <w:name w:val="Light Grid Accent 6"/>
    <w:basedOn w:val="a3"/>
    <w:uiPriority w:val="62"/>
    <w:rsid w:val="003C0FB3"/>
    <w:pPr>
      <w:spacing w:after="0" w:line="240" w:lineRule="auto"/>
    </w:pPr>
    <w:rPr>
      <w:rFonts w:ascii="Cambria" w:eastAsia="MS Mincho" w:hAnsi="Cambria" w:cs="Times New Roman"/>
      <w:lang w:val="en-US"/>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1ff8">
    <w:name w:val="Medium Shading 1"/>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1f1">
    <w:name w:val="Medium Shading 1 Accent 1"/>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22">
    <w:name w:val="Medium Shading 1 Accent 2"/>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34">
    <w:name w:val="Medium Shading 1 Accent 3"/>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42">
    <w:name w:val="Medium Shading 1 Accent 4"/>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51">
    <w:name w:val="Medium Shading 1 Accent 5"/>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61">
    <w:name w:val="Medium Shading 1 Accent 6"/>
    <w:basedOn w:val="a3"/>
    <w:uiPriority w:val="63"/>
    <w:rsid w:val="003C0FB3"/>
    <w:pPr>
      <w:spacing w:after="0" w:line="240" w:lineRule="auto"/>
    </w:pPr>
    <w:rPr>
      <w:rFonts w:ascii="Cambria" w:eastAsia="MS Mincho" w:hAnsi="Cambria" w:cs="Times New Roman"/>
      <w:lang w:val="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2f9">
    <w:name w:val="Medium Shading 2"/>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16">
    <w:name w:val="Medium Shading 2 Accent 1"/>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22">
    <w:name w:val="Medium Shading 2 Accent 2"/>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32">
    <w:name w:val="Medium Shading 2 Accent 3"/>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rsid w:val="003C0FB3"/>
    <w:pPr>
      <w:spacing w:after="0" w:line="240" w:lineRule="auto"/>
    </w:pPr>
    <w:rPr>
      <w:rFonts w:ascii="Cambria" w:eastAsia="MS Mincho" w:hAnsi="Cambria" w:cs="Times New Roman"/>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1ff9">
    <w:name w:val="Medium List 1"/>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11f2">
    <w:name w:val="Medium List 1 Accent 1"/>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123">
    <w:name w:val="Medium List 1 Accent 2"/>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135">
    <w:name w:val="Medium List 1 Accent 3"/>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143">
    <w:name w:val="Medium List 1 Accent 4"/>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152">
    <w:name w:val="Medium List 1 Accent 5"/>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162">
    <w:name w:val="Medium List 1 Accent 6"/>
    <w:basedOn w:val="a3"/>
    <w:uiPriority w:val="65"/>
    <w:rsid w:val="003C0FB3"/>
    <w:pPr>
      <w:spacing w:after="0" w:line="240" w:lineRule="auto"/>
    </w:pPr>
    <w:rPr>
      <w:rFonts w:ascii="Cambria" w:eastAsia="MS Mincho" w:hAnsi="Cambria" w:cs="Times New Roman"/>
      <w:color w:val="000000"/>
      <w:lang w:val="en-US"/>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2fa">
    <w:name w:val="Medium List 2"/>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217">
    <w:name w:val="Medium List 2 Accent 1"/>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223">
    <w:name w:val="Medium List 2 Accent 2"/>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233">
    <w:name w:val="Medium List 2 Accent 3"/>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241">
    <w:name w:val="Medium List 2 Accent 4"/>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251">
    <w:name w:val="Medium List 2 Accent 5"/>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261">
    <w:name w:val="Medium List 2 Accent 6"/>
    <w:basedOn w:val="a3"/>
    <w:uiPriority w:val="66"/>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1ffa">
    <w:name w:val="Medium Grid 1"/>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11f3">
    <w:name w:val="Medium Grid 1 Accent 1"/>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124">
    <w:name w:val="Medium Grid 1 Accent 2"/>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136">
    <w:name w:val="Medium Grid 1 Accent 3"/>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144">
    <w:name w:val="Medium Grid 1 Accent 4"/>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153">
    <w:name w:val="Medium Grid 1 Accent 5"/>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163">
    <w:name w:val="Medium Grid 1 Accent 6"/>
    <w:basedOn w:val="a3"/>
    <w:uiPriority w:val="67"/>
    <w:rsid w:val="003C0FB3"/>
    <w:pPr>
      <w:spacing w:after="0" w:line="240" w:lineRule="auto"/>
    </w:pPr>
    <w:rPr>
      <w:rFonts w:ascii="Cambria" w:eastAsia="MS Mincho" w:hAnsi="Cambria" w:cs="Times New Roman"/>
      <w:lang w:val="en-US"/>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2fb">
    <w:name w:val="Medium Grid 2"/>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218">
    <w:name w:val="Medium Grid 2 Accent 1"/>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224">
    <w:name w:val="Medium Grid 2 Accent 2"/>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234">
    <w:name w:val="Medium Grid 2 Accent 3"/>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242">
    <w:name w:val="Medium Grid 2 Accent 4"/>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252">
    <w:name w:val="Medium Grid 2 Accent 5"/>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262">
    <w:name w:val="Medium Grid 2 Accent 6"/>
    <w:basedOn w:val="a3"/>
    <w:uiPriority w:val="68"/>
    <w:rsid w:val="003C0FB3"/>
    <w:pPr>
      <w:spacing w:after="0" w:line="240" w:lineRule="auto"/>
    </w:pPr>
    <w:rPr>
      <w:rFonts w:ascii="Calibri" w:eastAsia="MS Gothic" w:hAnsi="Calibri" w:cs="Times New Roman"/>
      <w:color w:val="000000"/>
      <w:lang w:val="en-US"/>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3f5">
    <w:name w:val="Medium Grid 3"/>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312">
    <w:name w:val="Medium Grid 3 Accent 1"/>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320">
    <w:name w:val="Medium Grid 3 Accent 2"/>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330">
    <w:name w:val="Medium Grid 3 Accent 3"/>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340">
    <w:name w:val="Medium Grid 3 Accent 4"/>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350">
    <w:name w:val="Medium Grid 3 Accent 5"/>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360">
    <w:name w:val="Medium Grid 3 Accent 6"/>
    <w:basedOn w:val="a3"/>
    <w:uiPriority w:val="69"/>
    <w:rsid w:val="003C0FB3"/>
    <w:pPr>
      <w:spacing w:after="0" w:line="240" w:lineRule="auto"/>
    </w:pPr>
    <w:rPr>
      <w:rFonts w:ascii="Cambria" w:eastAsia="MS Mincho" w:hAnsi="Cambria" w:cs="Times New Roman"/>
      <w:lang w:val="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afffff2">
    <w:name w:val="Dark List"/>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1ffb">
    <w:name w:val="Dark List Accent 1"/>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fc">
    <w:name w:val="Dark List Accent 2"/>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3f6">
    <w:name w:val="Dark List Accent 3"/>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48">
    <w:name w:val="Dark List Accent 4"/>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58">
    <w:name w:val="Dark List Accent 5"/>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66">
    <w:name w:val="Dark List Accent 6"/>
    <w:basedOn w:val="a3"/>
    <w:uiPriority w:val="70"/>
    <w:rsid w:val="003C0FB3"/>
    <w:pPr>
      <w:spacing w:after="0" w:line="240" w:lineRule="auto"/>
    </w:pPr>
    <w:rPr>
      <w:rFonts w:ascii="Cambria" w:eastAsia="MS Mincho" w:hAnsi="Cambria" w:cs="Times New Roman"/>
      <w:color w:val="FFFFFF"/>
      <w:lang w:val="en-US"/>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afffff3">
    <w:name w:val="Colorful Shading"/>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1ffc">
    <w:name w:val="Colorful Shading Accent 1"/>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fd">
    <w:name w:val="Colorful Shading Accent 2"/>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3f7">
    <w:name w:val="Colorful Shading Accent 3"/>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49">
    <w:name w:val="Colorful Shading Accent 4"/>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59">
    <w:name w:val="Colorful Shading Accent 5"/>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67">
    <w:name w:val="Colorful Shading Accent 6"/>
    <w:basedOn w:val="a3"/>
    <w:uiPriority w:val="71"/>
    <w:rsid w:val="003C0FB3"/>
    <w:pPr>
      <w:spacing w:after="0" w:line="240" w:lineRule="auto"/>
    </w:pPr>
    <w:rPr>
      <w:rFonts w:ascii="Cambria" w:eastAsia="MS Mincho" w:hAnsi="Cambria" w:cs="Times New Roman"/>
      <w:color w:val="000000"/>
      <w:lang w:val="en-US"/>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afffff4">
    <w:name w:val="Colorful List"/>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1ffd">
    <w:name w:val="Colorful List Accent 1"/>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fe">
    <w:name w:val="Colorful List Accent 2"/>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3f8">
    <w:name w:val="Colorful List Accent 3"/>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4a">
    <w:name w:val="Colorful List Accent 4"/>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5a">
    <w:name w:val="Colorful List Accent 5"/>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68">
    <w:name w:val="Colorful List Accent 6"/>
    <w:basedOn w:val="a3"/>
    <w:uiPriority w:val="72"/>
    <w:rsid w:val="003C0FB3"/>
    <w:pPr>
      <w:spacing w:after="0" w:line="240" w:lineRule="auto"/>
    </w:pPr>
    <w:rPr>
      <w:rFonts w:ascii="Cambria" w:eastAsia="MS Mincho" w:hAnsi="Cambria" w:cs="Times New Roman"/>
      <w:color w:val="000000"/>
      <w:lang w:val="en-US"/>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afffff5">
    <w:name w:val="Colorful Grid"/>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1ffe">
    <w:name w:val="Colorful Grid Accent 1"/>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ff">
    <w:name w:val="Colorful Grid Accent 2"/>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3f9">
    <w:name w:val="Colorful Grid Accent 3"/>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4b">
    <w:name w:val="Colorful Grid Accent 4"/>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5b">
    <w:name w:val="Colorful Grid Accent 5"/>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69">
    <w:name w:val="Colorful Grid Accent 6"/>
    <w:basedOn w:val="a3"/>
    <w:uiPriority w:val="73"/>
    <w:rsid w:val="003C0FB3"/>
    <w:pPr>
      <w:spacing w:after="0" w:line="240" w:lineRule="auto"/>
    </w:pPr>
    <w:rPr>
      <w:rFonts w:ascii="Cambria" w:eastAsia="MS Mincho" w:hAnsi="Cambria" w:cs="Times New Roman"/>
      <w:color w:val="000000"/>
      <w:lang w:val="en-US"/>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character" w:customStyle="1" w:styleId="FontStyle24">
    <w:name w:val="Font Style24"/>
    <w:rsid w:val="003C0FB3"/>
    <w:rPr>
      <w:rFonts w:ascii="Times New Roman" w:hAnsi="Times New Roman" w:cs="Times New Roman"/>
      <w:b/>
      <w:bCs/>
      <w:sz w:val="22"/>
      <w:szCs w:val="22"/>
    </w:rPr>
  </w:style>
  <w:style w:type="character" w:customStyle="1" w:styleId="FontStyle25">
    <w:name w:val="Font Style25"/>
    <w:rsid w:val="003C0FB3"/>
    <w:rPr>
      <w:rFonts w:ascii="Times New Roman" w:hAnsi="Times New Roman" w:cs="Times New Roman"/>
      <w:sz w:val="22"/>
      <w:szCs w:val="22"/>
    </w:rPr>
  </w:style>
  <w:style w:type="paragraph" w:customStyle="1" w:styleId="Oaeno">
    <w:name w:val="Oaeno"/>
    <w:rsid w:val="003C0FB3"/>
    <w:pPr>
      <w:widowControl w:val="0"/>
      <w:spacing w:after="0" w:line="210" w:lineRule="atLeast"/>
      <w:ind w:firstLine="454"/>
      <w:jc w:val="both"/>
    </w:pPr>
    <w:rPr>
      <w:rFonts w:ascii="Times New Roman" w:eastAsia="Times New Roman" w:hAnsi="Times New Roman" w:cs="Times New Roman"/>
      <w:color w:val="000000"/>
      <w:sz w:val="20"/>
      <w:szCs w:val="20"/>
      <w:lang w:val="ru-RU" w:eastAsia="ru-RU"/>
    </w:rPr>
  </w:style>
  <w:style w:type="paragraph" w:customStyle="1" w:styleId="afffff6">
    <w:name w:val="Проект договору"/>
    <w:basedOn w:val="a1"/>
    <w:rsid w:val="003C0FB3"/>
    <w:pPr>
      <w:shd w:val="clear" w:color="auto" w:fill="FFFFFF"/>
      <w:spacing w:after="480"/>
      <w:ind w:left="5954"/>
    </w:pPr>
    <w:rPr>
      <w:rFonts w:eastAsia="Calibri"/>
      <w:bCs/>
      <w:spacing w:val="-1"/>
      <w:lang w:eastAsia="uk-UA"/>
    </w:rPr>
  </w:style>
  <w:style w:type="paragraph" w:customStyle="1" w:styleId="afffff7">
    <w:name w:val="Назва договору"/>
    <w:rsid w:val="003C0FB3"/>
    <w:pPr>
      <w:keepNext/>
      <w:spacing w:after="360" w:line="240" w:lineRule="auto"/>
      <w:ind w:firstLine="567"/>
      <w:contextualSpacing/>
      <w:jc w:val="center"/>
      <w:outlineLvl w:val="0"/>
    </w:pPr>
    <w:rPr>
      <w:rFonts w:ascii="Times New Roman" w:eastAsia="Calibri" w:hAnsi="Times New Roman" w:cs="Times New Roman"/>
      <w:b/>
      <w:sz w:val="24"/>
      <w:szCs w:val="24"/>
      <w:lang w:eastAsia="uk-UA"/>
    </w:rPr>
  </w:style>
  <w:style w:type="paragraph" w:customStyle="1" w:styleId="afffff8">
    <w:name w:val="Місто і рік договору"/>
    <w:rsid w:val="003C0FB3"/>
    <w:pPr>
      <w:keepNext/>
      <w:tabs>
        <w:tab w:val="right" w:pos="567"/>
        <w:tab w:val="right" w:pos="9639"/>
      </w:tabs>
      <w:spacing w:after="240" w:line="240" w:lineRule="auto"/>
      <w:jc w:val="both"/>
    </w:pPr>
    <w:rPr>
      <w:rFonts w:ascii="Times New Roman" w:eastAsia="Calibri" w:hAnsi="Times New Roman" w:cs="Times New Roman"/>
      <w:sz w:val="24"/>
      <w:szCs w:val="24"/>
      <w:lang w:eastAsia="uk-UA"/>
    </w:rPr>
  </w:style>
  <w:style w:type="paragraph" w:customStyle="1" w:styleId="-1">
    <w:name w:val="Звичайний-1"/>
    <w:basedOn w:val="a1"/>
    <w:rsid w:val="003C0FB3"/>
    <w:pPr>
      <w:ind w:firstLine="567"/>
      <w:jc w:val="both"/>
    </w:pPr>
    <w:rPr>
      <w:rFonts w:eastAsia="Calibri"/>
      <w:lang w:eastAsia="uk-UA"/>
    </w:rPr>
  </w:style>
  <w:style w:type="paragraph" w:customStyle="1" w:styleId="1fff">
    <w:name w:val="Заголовок 1 договору"/>
    <w:basedOn w:val="11"/>
    <w:rsid w:val="003C0FB3"/>
    <w:pPr>
      <w:spacing w:after="240"/>
      <w:ind w:firstLine="567"/>
      <w:jc w:val="center"/>
      <w:outlineLvl w:val="1"/>
    </w:pPr>
    <w:rPr>
      <w:rFonts w:ascii="Times New Roman" w:eastAsia="Calibri" w:hAnsi="Times New Roman" w:cs="Times New Roman"/>
      <w:bCs w:val="0"/>
      <w:kern w:val="0"/>
      <w:sz w:val="24"/>
      <w:szCs w:val="24"/>
      <w:lang w:val="uk-UA" w:eastAsia="uk-UA"/>
    </w:rPr>
  </w:style>
  <w:style w:type="paragraph" w:customStyle="1" w:styleId="10">
    <w:name w:val="Звичайний нум.1"/>
    <w:basedOn w:val="a1"/>
    <w:rsid w:val="003C0FB3"/>
    <w:pPr>
      <w:numPr>
        <w:numId w:val="8"/>
      </w:numPr>
      <w:tabs>
        <w:tab w:val="left" w:pos="993"/>
      </w:tabs>
      <w:ind w:left="0" w:firstLine="567"/>
      <w:jc w:val="both"/>
    </w:pPr>
    <w:rPr>
      <w:rFonts w:eastAsia="Calibri"/>
      <w:lang w:eastAsia="uk-UA"/>
    </w:rPr>
  </w:style>
  <w:style w:type="paragraph" w:customStyle="1" w:styleId="21">
    <w:name w:val="Звичайний нум.2"/>
    <w:basedOn w:val="10"/>
    <w:rsid w:val="003C0FB3"/>
    <w:pPr>
      <w:numPr>
        <w:numId w:val="9"/>
      </w:numPr>
      <w:tabs>
        <w:tab w:val="left" w:pos="1134"/>
      </w:tabs>
      <w:ind w:left="0" w:firstLine="567"/>
    </w:pPr>
  </w:style>
  <w:style w:type="paragraph" w:customStyle="1" w:styleId="0">
    <w:name w:val="Звичайний без нум +0"/>
    <w:aliases w:val="5 вілступ"/>
    <w:basedOn w:val="a1"/>
    <w:rsid w:val="003C0FB3"/>
    <w:pPr>
      <w:ind w:firstLine="709"/>
      <w:jc w:val="both"/>
    </w:pPr>
    <w:rPr>
      <w:rFonts w:eastAsia="Calibri"/>
      <w:lang w:eastAsia="uk-UA"/>
    </w:rPr>
  </w:style>
  <w:style w:type="paragraph" w:customStyle="1" w:styleId="31">
    <w:name w:val="Звичайний нум.3"/>
    <w:basedOn w:val="10"/>
    <w:rsid w:val="003C0FB3"/>
    <w:pPr>
      <w:numPr>
        <w:numId w:val="10"/>
      </w:numPr>
      <w:tabs>
        <w:tab w:val="left" w:pos="1134"/>
      </w:tabs>
      <w:ind w:left="0" w:firstLine="567"/>
    </w:pPr>
  </w:style>
  <w:style w:type="paragraph" w:customStyle="1" w:styleId="6">
    <w:name w:val="Звичайний нум.6"/>
    <w:basedOn w:val="10"/>
    <w:rsid w:val="003C0FB3"/>
    <w:pPr>
      <w:numPr>
        <w:numId w:val="11"/>
      </w:numPr>
      <w:tabs>
        <w:tab w:val="left" w:pos="1134"/>
      </w:tabs>
      <w:ind w:left="0" w:firstLine="567"/>
    </w:pPr>
  </w:style>
  <w:style w:type="paragraph" w:customStyle="1" w:styleId="1fff0">
    <w:name w:val="Заголовок 1 із приміткою"/>
    <w:basedOn w:val="11"/>
    <w:rsid w:val="003C0FB3"/>
    <w:pPr>
      <w:spacing w:after="0"/>
      <w:ind w:firstLine="567"/>
      <w:jc w:val="center"/>
      <w:outlineLvl w:val="1"/>
    </w:pPr>
    <w:rPr>
      <w:rFonts w:ascii="Times New Roman" w:eastAsia="Calibri" w:hAnsi="Times New Roman" w:cs="Times New Roman"/>
      <w:bCs w:val="0"/>
      <w:kern w:val="0"/>
      <w:sz w:val="24"/>
      <w:szCs w:val="24"/>
      <w:lang w:val="uk-UA" w:eastAsia="uk-UA"/>
    </w:rPr>
  </w:style>
  <w:style w:type="paragraph" w:customStyle="1" w:styleId="83">
    <w:name w:val="Звичайний нум.8.3"/>
    <w:basedOn w:val="10"/>
    <w:rsid w:val="003C0FB3"/>
    <w:pPr>
      <w:numPr>
        <w:numId w:val="12"/>
      </w:numPr>
      <w:tabs>
        <w:tab w:val="left" w:pos="1134"/>
      </w:tabs>
      <w:ind w:left="0" w:firstLine="567"/>
    </w:pPr>
  </w:style>
  <w:style w:type="paragraph" w:customStyle="1" w:styleId="1">
    <w:name w:val="Заголовок 1 з нум."/>
    <w:basedOn w:val="11"/>
    <w:rsid w:val="003C0FB3"/>
    <w:pPr>
      <w:widowControl w:val="0"/>
      <w:numPr>
        <w:numId w:val="13"/>
      </w:numPr>
      <w:tabs>
        <w:tab w:val="left" w:pos="426"/>
      </w:tabs>
      <w:spacing w:after="240"/>
      <w:jc w:val="center"/>
      <w:outlineLvl w:val="1"/>
    </w:pPr>
    <w:rPr>
      <w:rFonts w:ascii="Times New Roman" w:eastAsia="Calibri" w:hAnsi="Times New Roman" w:cs="Times New Roman"/>
      <w:kern w:val="0"/>
      <w:sz w:val="24"/>
      <w:szCs w:val="24"/>
      <w:lang w:val="uk-UA" w:eastAsia="uk-UA"/>
    </w:rPr>
  </w:style>
  <w:style w:type="paragraph" w:customStyle="1" w:styleId="12">
    <w:name w:val="Звичайний нум. 12+"/>
    <w:basedOn w:val="10"/>
    <w:rsid w:val="003C0FB3"/>
    <w:pPr>
      <w:numPr>
        <w:ilvl w:val="1"/>
        <w:numId w:val="13"/>
      </w:numPr>
      <w:tabs>
        <w:tab w:val="clear" w:pos="993"/>
        <w:tab w:val="left" w:pos="992"/>
        <w:tab w:val="left" w:pos="1134"/>
      </w:tabs>
    </w:pPr>
  </w:style>
  <w:style w:type="paragraph" w:customStyle="1" w:styleId="afffff9">
    <w:name w:val="Реквізити договору"/>
    <w:basedOn w:val="a1"/>
    <w:rsid w:val="003C0FB3"/>
    <w:rPr>
      <w:rFonts w:eastAsia="Calibri"/>
      <w:lang w:eastAsia="uk-UA"/>
    </w:rPr>
  </w:style>
  <w:style w:type="paragraph" w:customStyle="1" w:styleId="afffffa">
    <w:name w:val="Найменування специфікації"/>
    <w:basedOn w:val="a1"/>
    <w:rsid w:val="003C0FB3"/>
    <w:pPr>
      <w:spacing w:before="240" w:after="240"/>
      <w:ind w:left="851"/>
      <w:jc w:val="center"/>
    </w:pPr>
    <w:rPr>
      <w:rFonts w:eastAsia="Calibri"/>
      <w:b/>
      <w:lang w:eastAsia="en-US"/>
    </w:rPr>
  </w:style>
  <w:style w:type="paragraph" w:customStyle="1" w:styleId="afffffb">
    <w:name w:val="Заголовок табл. специфікації"/>
    <w:basedOn w:val="a1"/>
    <w:rsid w:val="003C0FB3"/>
    <w:pPr>
      <w:contextualSpacing/>
      <w:jc w:val="center"/>
    </w:pPr>
    <w:rPr>
      <w:rFonts w:eastAsia="Calibri"/>
      <w:sz w:val="20"/>
      <w:szCs w:val="20"/>
      <w:lang w:eastAsia="en-US"/>
    </w:rPr>
  </w:style>
  <w:style w:type="paragraph" w:customStyle="1" w:styleId="afffffc">
    <w:name w:val="Клітинка таблиці специфікації"/>
    <w:basedOn w:val="a1"/>
    <w:rsid w:val="003C0FB3"/>
    <w:rPr>
      <w:rFonts w:eastAsia="Calibri"/>
      <w:sz w:val="20"/>
      <w:szCs w:val="22"/>
      <w:lang w:val="ru-RU" w:eastAsia="en-US"/>
    </w:rPr>
  </w:style>
  <w:style w:type="paragraph" w:customStyle="1" w:styleId="afffffd">
    <w:name w:val="Всього в табл. специфікації"/>
    <w:basedOn w:val="a1"/>
    <w:rsid w:val="003C0FB3"/>
    <w:pPr>
      <w:keepNext/>
      <w:ind w:right="-7" w:firstLine="567"/>
      <w:jc w:val="right"/>
    </w:pPr>
    <w:rPr>
      <w:rFonts w:eastAsia="Calibri"/>
      <w:b/>
      <w:sz w:val="20"/>
      <w:szCs w:val="20"/>
      <w:lang w:eastAsia="en-US"/>
    </w:rPr>
  </w:style>
  <w:style w:type="paragraph" w:customStyle="1" w:styleId="afffffe">
    <w:name w:val="Основний специфікації"/>
    <w:basedOn w:val="a1"/>
    <w:rsid w:val="003C0FB3"/>
    <w:pPr>
      <w:keepNext/>
      <w:keepLines/>
      <w:widowControl w:val="0"/>
      <w:spacing w:before="240"/>
      <w:ind w:firstLine="567"/>
      <w:jc w:val="both"/>
    </w:pPr>
    <w:rPr>
      <w:lang w:eastAsia="zh-CN"/>
    </w:rPr>
  </w:style>
  <w:style w:type="paragraph" w:customStyle="1" w:styleId="affffff">
    <w:name w:val="Заголовок підпису специфікації"/>
    <w:basedOn w:val="a1"/>
    <w:rsid w:val="003C0FB3"/>
    <w:pPr>
      <w:jc w:val="both"/>
    </w:pPr>
    <w:rPr>
      <w:rFonts w:eastAsia="Calibri"/>
      <w:b/>
      <w:lang w:eastAsia="en-US"/>
    </w:rPr>
  </w:style>
  <w:style w:type="paragraph" w:customStyle="1" w:styleId="affffff0">
    <w:name w:val="Підпис в специифікації"/>
    <w:basedOn w:val="a1"/>
    <w:rsid w:val="003C0FB3"/>
    <w:pPr>
      <w:spacing w:before="240"/>
      <w:jc w:val="both"/>
    </w:pPr>
    <w:rPr>
      <w:rFonts w:eastAsia="Calibri"/>
      <w:lang w:eastAsia="en-US"/>
    </w:rPr>
  </w:style>
  <w:style w:type="paragraph" w:customStyle="1" w:styleId="affffff1">
    <w:name w:val="Останній символ специфікації"/>
    <w:basedOn w:val="afffffe"/>
    <w:rsid w:val="003C0FB3"/>
    <w:pPr>
      <w:keepNext w:val="0"/>
      <w:keepLines w:val="0"/>
    </w:pPr>
  </w:style>
  <w:style w:type="character" w:customStyle="1" w:styleId="inqyif">
    <w:name w:val="inqyif"/>
    <w:basedOn w:val="a2"/>
    <w:rsid w:val="00CC6B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0615149">
      <w:bodyDiv w:val="1"/>
      <w:marLeft w:val="0"/>
      <w:marRight w:val="0"/>
      <w:marTop w:val="0"/>
      <w:marBottom w:val="0"/>
      <w:divBdr>
        <w:top w:val="none" w:sz="0" w:space="0" w:color="auto"/>
        <w:left w:val="none" w:sz="0" w:space="0" w:color="auto"/>
        <w:bottom w:val="none" w:sz="0" w:space="0" w:color="auto"/>
        <w:right w:val="none" w:sz="0" w:space="0" w:color="auto"/>
      </w:divBdr>
    </w:div>
    <w:div w:id="1183862552">
      <w:bodyDiv w:val="1"/>
      <w:marLeft w:val="0"/>
      <w:marRight w:val="0"/>
      <w:marTop w:val="0"/>
      <w:marBottom w:val="0"/>
      <w:divBdr>
        <w:top w:val="none" w:sz="0" w:space="0" w:color="auto"/>
        <w:left w:val="none" w:sz="0" w:space="0" w:color="auto"/>
        <w:bottom w:val="none" w:sz="0" w:space="0" w:color="auto"/>
        <w:right w:val="none" w:sz="0" w:space="0" w:color="auto"/>
      </w:divBdr>
    </w:div>
    <w:div w:id="1659380053">
      <w:bodyDiv w:val="1"/>
      <w:marLeft w:val="0"/>
      <w:marRight w:val="0"/>
      <w:marTop w:val="0"/>
      <w:marBottom w:val="0"/>
      <w:divBdr>
        <w:top w:val="none" w:sz="0" w:space="0" w:color="auto"/>
        <w:left w:val="none" w:sz="0" w:space="0" w:color="auto"/>
        <w:bottom w:val="none" w:sz="0" w:space="0" w:color="auto"/>
        <w:right w:val="none" w:sz="0" w:space="0" w:color="auto"/>
      </w:divBdr>
    </w:div>
    <w:div w:id="206158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6</Pages>
  <Words>10163</Words>
  <Characters>5794</Characters>
  <Application>Microsoft Office Word</Application>
  <DocSecurity>0</DocSecurity>
  <Lines>48</Lines>
  <Paragraphs>31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Бойко Катерина Михайлівна</cp:lastModifiedBy>
  <cp:revision>34</cp:revision>
  <cp:lastPrinted>2025-01-20T07:48:00Z</cp:lastPrinted>
  <dcterms:created xsi:type="dcterms:W3CDTF">2026-05-14T11:49:00Z</dcterms:created>
  <dcterms:modified xsi:type="dcterms:W3CDTF">2026-09-21T12:31:00Z</dcterms:modified>
</cp:coreProperties>
</file>